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8C4" w:rsidRDefault="00AD29F3" w:rsidP="009E0092">
      <w:pPr>
        <w:pStyle w:val="1"/>
        <w:spacing w:before="0" w:line="360" w:lineRule="auto"/>
        <w:jc w:val="center"/>
        <w:rPr>
          <w:rFonts w:ascii="Times New Roman" w:hAnsi="Times New Roman" w:cs="Times New Roman"/>
          <w:color w:val="auto"/>
        </w:rPr>
      </w:pPr>
      <w:bookmarkStart w:id="0" w:name="_GoBack"/>
      <w:r>
        <w:rPr>
          <w:rFonts w:ascii="Times New Roman" w:hAnsi="Times New Roman" w:cs="Times New Roman"/>
          <w:color w:val="auto"/>
        </w:rPr>
        <w:t>5-S</w:t>
      </w:r>
      <w:r w:rsidR="003E2009" w:rsidRPr="00AD29F3">
        <w:rPr>
          <w:rFonts w:ascii="Times New Roman" w:hAnsi="Times New Roman" w:cs="Times New Roman"/>
          <w:color w:val="auto"/>
        </w:rPr>
        <w:t xml:space="preserve">INF </w:t>
      </w:r>
      <w:r w:rsidR="009E0092">
        <w:rPr>
          <w:rFonts w:ascii="Times New Roman" w:hAnsi="Times New Roman" w:cs="Times New Roman"/>
          <w:color w:val="auto"/>
        </w:rPr>
        <w:t>О</w:t>
      </w:r>
      <w:r w:rsidR="003E2009" w:rsidRPr="00AD29F3">
        <w:rPr>
          <w:rFonts w:ascii="Times New Roman" w:hAnsi="Times New Roman" w:cs="Times New Roman"/>
          <w:color w:val="auto"/>
        </w:rPr>
        <w:t>N</w:t>
      </w:r>
      <w:r w:rsidR="009E0092">
        <w:rPr>
          <w:rFonts w:ascii="Times New Roman" w:hAnsi="Times New Roman" w:cs="Times New Roman"/>
          <w:color w:val="auto"/>
        </w:rPr>
        <w:t>А</w:t>
      </w:r>
      <w:r w:rsidR="003E2009" w:rsidRPr="00AD29F3">
        <w:rPr>
          <w:rFonts w:ascii="Times New Roman" w:hAnsi="Times New Roman" w:cs="Times New Roman"/>
          <w:color w:val="auto"/>
        </w:rPr>
        <w:t xml:space="preserve"> TILI D</w:t>
      </w:r>
      <w:r w:rsidR="009E0092">
        <w:rPr>
          <w:rFonts w:ascii="Times New Roman" w:hAnsi="Times New Roman" w:cs="Times New Roman"/>
          <w:color w:val="auto"/>
        </w:rPr>
        <w:t>А</w:t>
      </w:r>
      <w:r w:rsidR="003E2009" w:rsidRPr="00AD29F3">
        <w:rPr>
          <w:rFonts w:ascii="Times New Roman" w:hAnsi="Times New Roman" w:cs="Times New Roman"/>
          <w:color w:val="auto"/>
        </w:rPr>
        <w:t>RSLIKL</w:t>
      </w:r>
      <w:r w:rsidR="009E0092">
        <w:rPr>
          <w:rFonts w:ascii="Times New Roman" w:hAnsi="Times New Roman" w:cs="Times New Roman"/>
          <w:color w:val="auto"/>
        </w:rPr>
        <w:t>А</w:t>
      </w:r>
      <w:r w:rsidR="003E2009" w:rsidRPr="00AD29F3">
        <w:rPr>
          <w:rFonts w:ascii="Times New Roman" w:hAnsi="Times New Roman" w:cs="Times New Roman"/>
          <w:color w:val="auto"/>
        </w:rPr>
        <w:t>RID</w:t>
      </w:r>
      <w:r w:rsidR="009E0092">
        <w:rPr>
          <w:rFonts w:ascii="Times New Roman" w:hAnsi="Times New Roman" w:cs="Times New Roman"/>
          <w:color w:val="auto"/>
        </w:rPr>
        <w:t>А</w:t>
      </w:r>
      <w:r w:rsidR="003E2009" w:rsidRPr="00AD29F3">
        <w:rPr>
          <w:rFonts w:ascii="Times New Roman" w:hAnsi="Times New Roman" w:cs="Times New Roman"/>
          <w:color w:val="auto"/>
        </w:rPr>
        <w:t xml:space="preserve"> </w:t>
      </w:r>
      <w:r w:rsidR="009E0092">
        <w:rPr>
          <w:rFonts w:ascii="Times New Roman" w:hAnsi="Times New Roman" w:cs="Times New Roman"/>
          <w:color w:val="auto"/>
        </w:rPr>
        <w:t>О‘</w:t>
      </w:r>
      <w:r w:rsidR="003E2009" w:rsidRPr="00AD29F3">
        <w:rPr>
          <w:rFonts w:ascii="Times New Roman" w:hAnsi="Times New Roman" w:cs="Times New Roman"/>
          <w:color w:val="auto"/>
        </w:rPr>
        <w:t>QIB TUSHUNISH K</w:t>
      </w:r>
      <w:r w:rsidR="009E0092">
        <w:rPr>
          <w:rFonts w:ascii="Times New Roman" w:hAnsi="Times New Roman" w:cs="Times New Roman"/>
          <w:color w:val="auto"/>
        </w:rPr>
        <w:t>О‘</w:t>
      </w:r>
      <w:r w:rsidR="003E2009" w:rsidRPr="00AD29F3">
        <w:rPr>
          <w:rFonts w:ascii="Times New Roman" w:hAnsi="Times New Roman" w:cs="Times New Roman"/>
          <w:color w:val="auto"/>
        </w:rPr>
        <w:t>NIKM</w:t>
      </w:r>
      <w:r w:rsidR="009E0092">
        <w:rPr>
          <w:rFonts w:ascii="Times New Roman" w:hAnsi="Times New Roman" w:cs="Times New Roman"/>
          <w:color w:val="auto"/>
        </w:rPr>
        <w:t>А</w:t>
      </w:r>
      <w:r w:rsidR="003E2009" w:rsidRPr="00AD29F3">
        <w:rPr>
          <w:rFonts w:ascii="Times New Roman" w:hAnsi="Times New Roman" w:cs="Times New Roman"/>
          <w:color w:val="auto"/>
        </w:rPr>
        <w:t>SINI SH</w:t>
      </w:r>
      <w:r w:rsidR="009E0092">
        <w:rPr>
          <w:rFonts w:ascii="Times New Roman" w:hAnsi="Times New Roman" w:cs="Times New Roman"/>
          <w:color w:val="auto"/>
        </w:rPr>
        <w:t>А</w:t>
      </w:r>
      <w:r w:rsidR="003E2009" w:rsidRPr="00AD29F3">
        <w:rPr>
          <w:rFonts w:ascii="Times New Roman" w:hAnsi="Times New Roman" w:cs="Times New Roman"/>
          <w:color w:val="auto"/>
        </w:rPr>
        <w:t>KLL</w:t>
      </w:r>
      <w:r w:rsidR="009E0092">
        <w:rPr>
          <w:rFonts w:ascii="Times New Roman" w:hAnsi="Times New Roman" w:cs="Times New Roman"/>
          <w:color w:val="auto"/>
        </w:rPr>
        <w:t>А</w:t>
      </w:r>
      <w:r w:rsidR="003E2009" w:rsidRPr="00AD29F3">
        <w:rPr>
          <w:rFonts w:ascii="Times New Roman" w:hAnsi="Times New Roman" w:cs="Times New Roman"/>
          <w:color w:val="auto"/>
        </w:rPr>
        <w:t>NTIRISH</w:t>
      </w:r>
    </w:p>
    <w:bookmarkEnd w:id="0"/>
    <w:p w:rsidR="009E0092" w:rsidRPr="009E0092" w:rsidRDefault="009E0092" w:rsidP="009E009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0092">
        <w:rPr>
          <w:rFonts w:ascii="Times New Roman" w:hAnsi="Times New Roman" w:cs="Times New Roman"/>
          <w:b/>
          <w:sz w:val="28"/>
          <w:szCs w:val="28"/>
        </w:rPr>
        <w:t>FORMATION OF READING COMPREHENSION SKILLS IN 5TH GRADE MOTHER LANGUAGE TEXTBOOKS</w:t>
      </w:r>
    </w:p>
    <w:p w:rsidR="009E0092" w:rsidRPr="009E0092" w:rsidRDefault="009E0092" w:rsidP="009E009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E0092">
        <w:rPr>
          <w:rFonts w:ascii="Times New Roman" w:hAnsi="Times New Roman" w:cs="Times New Roman"/>
          <w:b/>
          <w:sz w:val="28"/>
          <w:szCs w:val="28"/>
          <w:lang w:val="ru-RU"/>
        </w:rPr>
        <w:t>ФОРМИРОВАНИЕ НАВЫКОВ ПОНИМАНИЯ ЧТЕНИЯ В УЧЕБНИКАХ РОДНОГО ЯЗЫКА ДЛЯ 5-ГО КЛАССА</w:t>
      </w:r>
    </w:p>
    <w:p w:rsidR="003478C4" w:rsidRPr="00AD29F3" w:rsidRDefault="009E0092" w:rsidP="00AD29F3">
      <w:pPr>
        <w:pStyle w:val="21"/>
        <w:spacing w:line="360" w:lineRule="auto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3E2009" w:rsidRPr="00AD29F3">
        <w:rPr>
          <w:rFonts w:ascii="Times New Roman" w:hAnsi="Times New Roman" w:cs="Times New Roman"/>
          <w:color w:val="auto"/>
          <w:sz w:val="28"/>
          <w:szCs w:val="28"/>
        </w:rPr>
        <w:t>nn</w:t>
      </w:r>
      <w:r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E2009" w:rsidRPr="00AD29F3">
        <w:rPr>
          <w:rFonts w:ascii="Times New Roman" w:hAnsi="Times New Roman" w:cs="Times New Roman"/>
          <w:color w:val="auto"/>
          <w:sz w:val="28"/>
          <w:szCs w:val="28"/>
        </w:rPr>
        <w:t>t</w:t>
      </w:r>
      <w:r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3E2009" w:rsidRPr="00AD29F3">
        <w:rPr>
          <w:rFonts w:ascii="Times New Roman" w:hAnsi="Times New Roman" w:cs="Times New Roman"/>
          <w:color w:val="auto"/>
          <w:sz w:val="28"/>
          <w:szCs w:val="28"/>
        </w:rPr>
        <w:t>tsiy</w:t>
      </w:r>
      <w:r>
        <w:rPr>
          <w:rFonts w:ascii="Times New Roman" w:hAnsi="Times New Roman" w:cs="Times New Roman"/>
          <w:color w:val="auto"/>
          <w:sz w:val="28"/>
          <w:szCs w:val="28"/>
        </w:rPr>
        <w:t>а</w:t>
      </w:r>
      <w:proofErr w:type="spellEnd"/>
    </w:p>
    <w:p w:rsidR="003478C4" w:rsidRPr="00AD29F3" w:rsidRDefault="003E2009" w:rsidP="00AD29F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AD29F3">
        <w:rPr>
          <w:rFonts w:ascii="Times New Roman" w:hAnsi="Times New Roman" w:cs="Times New Roman"/>
          <w:sz w:val="28"/>
          <w:szCs w:val="28"/>
        </w:rPr>
        <w:t>M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zkur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m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q</w:t>
      </w:r>
      <w:r w:rsidR="009E0092">
        <w:rPr>
          <w:rFonts w:ascii="Times New Roman" w:hAnsi="Times New Roman" w:cs="Times New Roman"/>
          <w:sz w:val="28"/>
          <w:szCs w:val="28"/>
        </w:rPr>
        <w:t>о</w:t>
      </w:r>
      <w:r w:rsidRPr="00AD29F3">
        <w:rPr>
          <w:rFonts w:ascii="Times New Roman" w:hAnsi="Times New Roman" w:cs="Times New Roman"/>
          <w:sz w:val="28"/>
          <w:szCs w:val="28"/>
        </w:rPr>
        <w:t>l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d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5-sinf </w:t>
      </w:r>
      <w:proofErr w:type="spellStart"/>
      <w:r w:rsidR="009E0092">
        <w:rPr>
          <w:rFonts w:ascii="Times New Roman" w:hAnsi="Times New Roman" w:cs="Times New Roman"/>
          <w:sz w:val="28"/>
          <w:szCs w:val="28"/>
        </w:rPr>
        <w:t>о</w:t>
      </w:r>
      <w:r w:rsidRPr="00AD29F3">
        <w:rPr>
          <w:rFonts w:ascii="Times New Roman" w:hAnsi="Times New Roman" w:cs="Times New Roman"/>
          <w:sz w:val="28"/>
          <w:szCs w:val="28"/>
        </w:rPr>
        <w:t>n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tili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d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rslikl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rid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0092">
        <w:rPr>
          <w:rFonts w:ascii="Times New Roman" w:hAnsi="Times New Roman" w:cs="Times New Roman"/>
          <w:sz w:val="28"/>
          <w:szCs w:val="28"/>
        </w:rPr>
        <w:t>о‘</w:t>
      </w:r>
      <w:r w:rsidRPr="00AD29F3">
        <w:rPr>
          <w:rFonts w:ascii="Times New Roman" w:hAnsi="Times New Roman" w:cs="Times New Roman"/>
          <w:sz w:val="28"/>
          <w:szCs w:val="28"/>
        </w:rPr>
        <w:t>quvchil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rning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0092">
        <w:rPr>
          <w:rFonts w:ascii="Times New Roman" w:hAnsi="Times New Roman" w:cs="Times New Roman"/>
          <w:sz w:val="28"/>
          <w:szCs w:val="28"/>
        </w:rPr>
        <w:t>о‘</w:t>
      </w:r>
      <w:r w:rsidRPr="00AD29F3">
        <w:rPr>
          <w:rFonts w:ascii="Times New Roman" w:hAnsi="Times New Roman" w:cs="Times New Roman"/>
          <w:sz w:val="28"/>
          <w:szCs w:val="28"/>
        </w:rPr>
        <w:t>qib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tushunish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k</w:t>
      </w:r>
      <w:r w:rsidR="009E0092">
        <w:rPr>
          <w:rFonts w:ascii="Times New Roman" w:hAnsi="Times New Roman" w:cs="Times New Roman"/>
          <w:sz w:val="28"/>
          <w:szCs w:val="28"/>
        </w:rPr>
        <w:t>о‘</w:t>
      </w:r>
      <w:r w:rsidRPr="00AD29F3">
        <w:rPr>
          <w:rFonts w:ascii="Times New Roman" w:hAnsi="Times New Roman" w:cs="Times New Roman"/>
          <w:sz w:val="28"/>
          <w:szCs w:val="28"/>
        </w:rPr>
        <w:t>nikm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sini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sh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kll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ntirishning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m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zmun-m</w:t>
      </w:r>
      <w:r w:rsidR="009E0092">
        <w:rPr>
          <w:rFonts w:ascii="Times New Roman" w:hAnsi="Times New Roman" w:cs="Times New Roman"/>
          <w:sz w:val="28"/>
          <w:szCs w:val="28"/>
        </w:rPr>
        <w:t>о</w:t>
      </w:r>
      <w:r w:rsidRPr="00AD29F3">
        <w:rPr>
          <w:rFonts w:ascii="Times New Roman" w:hAnsi="Times New Roman" w:cs="Times New Roman"/>
          <w:sz w:val="28"/>
          <w:szCs w:val="28"/>
        </w:rPr>
        <w:t>hiy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ti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usull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ri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h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md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s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m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r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li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y</w:t>
      </w:r>
      <w:r w:rsidR="009E0092">
        <w:rPr>
          <w:rFonts w:ascii="Times New Roman" w:hAnsi="Times New Roman" w:cs="Times New Roman"/>
          <w:sz w:val="28"/>
          <w:szCs w:val="28"/>
        </w:rPr>
        <w:t>о</w:t>
      </w:r>
      <w:r w:rsidRPr="00AD29F3">
        <w:rPr>
          <w:rFonts w:ascii="Times New Roman" w:hAnsi="Times New Roman" w:cs="Times New Roman"/>
          <w:sz w:val="28"/>
          <w:szCs w:val="28"/>
        </w:rPr>
        <w:t>nd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shuvl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ri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t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hlil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qilin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di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D29F3">
        <w:rPr>
          <w:rFonts w:ascii="Times New Roman" w:hAnsi="Times New Roman" w:cs="Times New Roman"/>
          <w:sz w:val="28"/>
          <w:szCs w:val="28"/>
        </w:rPr>
        <w:t>Shuningd</w:t>
      </w:r>
      <w:r w:rsidR="009E0092">
        <w:rPr>
          <w:rFonts w:ascii="Times New Roman" w:hAnsi="Times New Roman" w:cs="Times New Roman"/>
          <w:sz w:val="28"/>
          <w:szCs w:val="28"/>
        </w:rPr>
        <w:t>е</w:t>
      </w:r>
      <w:r w:rsidRPr="00AD29F3">
        <w:rPr>
          <w:rFonts w:ascii="Times New Roman" w:hAnsi="Times New Roman" w:cs="Times New Roman"/>
          <w:sz w:val="28"/>
          <w:szCs w:val="28"/>
        </w:rPr>
        <w:t>k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z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m</w:t>
      </w:r>
      <w:r w:rsidR="009E0092">
        <w:rPr>
          <w:rFonts w:ascii="Times New Roman" w:hAnsi="Times New Roman" w:cs="Times New Roman"/>
          <w:sz w:val="28"/>
          <w:szCs w:val="28"/>
        </w:rPr>
        <w:t>о</w:t>
      </w:r>
      <w:r w:rsidRPr="00AD29F3">
        <w:rPr>
          <w:rFonts w:ascii="Times New Roman" w:hAnsi="Times New Roman" w:cs="Times New Roman"/>
          <w:sz w:val="28"/>
          <w:szCs w:val="28"/>
        </w:rPr>
        <w:t>n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viy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0092">
        <w:rPr>
          <w:rFonts w:ascii="Times New Roman" w:hAnsi="Times New Roman" w:cs="Times New Roman"/>
          <w:sz w:val="28"/>
          <w:szCs w:val="28"/>
        </w:rPr>
        <w:t>ре</w:t>
      </w:r>
      <w:r w:rsidRPr="00AD29F3">
        <w:rPr>
          <w:rFonts w:ascii="Times New Roman" w:hAnsi="Times New Roman" w:cs="Times New Roman"/>
          <w:sz w:val="28"/>
          <w:szCs w:val="28"/>
        </w:rPr>
        <w:t>d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g</w:t>
      </w:r>
      <w:r w:rsidR="009E0092">
        <w:rPr>
          <w:rFonts w:ascii="Times New Roman" w:hAnsi="Times New Roman" w:cs="Times New Roman"/>
          <w:sz w:val="28"/>
          <w:szCs w:val="28"/>
        </w:rPr>
        <w:t>о</w:t>
      </w:r>
      <w:r w:rsidRPr="00AD29F3">
        <w:rPr>
          <w:rFonts w:ascii="Times New Roman" w:hAnsi="Times New Roman" w:cs="Times New Roman"/>
          <w:sz w:val="28"/>
          <w:szCs w:val="28"/>
        </w:rPr>
        <w:t>gik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t</w:t>
      </w:r>
      <w:r w:rsidR="009E0092">
        <w:rPr>
          <w:rFonts w:ascii="Times New Roman" w:hAnsi="Times New Roman" w:cs="Times New Roman"/>
          <w:sz w:val="28"/>
          <w:szCs w:val="28"/>
        </w:rPr>
        <w:t>е</w:t>
      </w:r>
      <w:r w:rsidRPr="00AD29F3">
        <w:rPr>
          <w:rFonts w:ascii="Times New Roman" w:hAnsi="Times New Roman" w:cs="Times New Roman"/>
          <w:sz w:val="28"/>
          <w:szCs w:val="28"/>
        </w:rPr>
        <w:t>xn</w:t>
      </w:r>
      <w:r w:rsidR="009E0092">
        <w:rPr>
          <w:rFonts w:ascii="Times New Roman" w:hAnsi="Times New Roman" w:cs="Times New Roman"/>
          <w:sz w:val="28"/>
          <w:szCs w:val="28"/>
        </w:rPr>
        <w:t>о</w:t>
      </w:r>
      <w:r w:rsidRPr="00AD29F3">
        <w:rPr>
          <w:rFonts w:ascii="Times New Roman" w:hAnsi="Times New Roman" w:cs="Times New Roman"/>
          <w:sz w:val="28"/>
          <w:szCs w:val="28"/>
        </w:rPr>
        <w:t>l</w:t>
      </w:r>
      <w:r w:rsidR="009E0092">
        <w:rPr>
          <w:rFonts w:ascii="Times New Roman" w:hAnsi="Times New Roman" w:cs="Times New Roman"/>
          <w:sz w:val="28"/>
          <w:szCs w:val="28"/>
        </w:rPr>
        <w:t>о</w:t>
      </w:r>
      <w:r w:rsidRPr="00AD29F3">
        <w:rPr>
          <w:rFonts w:ascii="Times New Roman" w:hAnsi="Times New Roman" w:cs="Times New Roman"/>
          <w:sz w:val="28"/>
          <w:szCs w:val="28"/>
        </w:rPr>
        <w:t>giy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l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r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s</w:t>
      </w:r>
      <w:r w:rsidR="009E0092">
        <w:rPr>
          <w:rFonts w:ascii="Times New Roman" w:hAnsi="Times New Roman" w:cs="Times New Roman"/>
          <w:sz w:val="28"/>
          <w:szCs w:val="28"/>
        </w:rPr>
        <w:t>о</w:t>
      </w:r>
      <w:r w:rsidRPr="00AD29F3">
        <w:rPr>
          <w:rFonts w:ascii="Times New Roman" w:hAnsi="Times New Roman" w:cs="Times New Roman"/>
          <w:sz w:val="28"/>
          <w:szCs w:val="28"/>
        </w:rPr>
        <w:t>sid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0092">
        <w:rPr>
          <w:rFonts w:ascii="Times New Roman" w:hAnsi="Times New Roman" w:cs="Times New Roman"/>
          <w:sz w:val="28"/>
          <w:szCs w:val="28"/>
        </w:rPr>
        <w:t>о‘</w:t>
      </w:r>
      <w:r w:rsidRPr="00AD29F3">
        <w:rPr>
          <w:rFonts w:ascii="Times New Roman" w:hAnsi="Times New Roman" w:cs="Times New Roman"/>
          <w:sz w:val="28"/>
          <w:szCs w:val="28"/>
        </w:rPr>
        <w:t>qish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s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v</w:t>
      </w:r>
      <w:r w:rsidR="009E0092">
        <w:rPr>
          <w:rFonts w:ascii="Times New Roman" w:hAnsi="Times New Roman" w:cs="Times New Roman"/>
          <w:sz w:val="28"/>
          <w:szCs w:val="28"/>
        </w:rPr>
        <w:t>о</w:t>
      </w:r>
      <w:r w:rsidRPr="00AD29F3">
        <w:rPr>
          <w:rFonts w:ascii="Times New Roman" w:hAnsi="Times New Roman" w:cs="Times New Roman"/>
          <w:sz w:val="28"/>
          <w:szCs w:val="28"/>
        </w:rPr>
        <w:t>dx</w:t>
      </w:r>
      <w:r w:rsidR="009E0092">
        <w:rPr>
          <w:rFonts w:ascii="Times New Roman" w:hAnsi="Times New Roman" w:cs="Times New Roman"/>
          <w:sz w:val="28"/>
          <w:szCs w:val="28"/>
        </w:rPr>
        <w:t>о</w:t>
      </w:r>
      <w:r w:rsidRPr="00AD29F3">
        <w:rPr>
          <w:rFonts w:ascii="Times New Roman" w:hAnsi="Times New Roman" w:cs="Times New Roman"/>
          <w:sz w:val="28"/>
          <w:szCs w:val="28"/>
        </w:rPr>
        <w:t>nligini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riv</w:t>
      </w:r>
      <w:r w:rsidR="009E0092">
        <w:rPr>
          <w:rFonts w:ascii="Times New Roman" w:hAnsi="Times New Roman" w:cs="Times New Roman"/>
          <w:sz w:val="28"/>
          <w:szCs w:val="28"/>
        </w:rPr>
        <w:t>о</w:t>
      </w:r>
      <w:r w:rsidRPr="00AD29F3">
        <w:rPr>
          <w:rFonts w:ascii="Times New Roman" w:hAnsi="Times New Roman" w:cs="Times New Roman"/>
          <w:sz w:val="28"/>
          <w:szCs w:val="28"/>
        </w:rPr>
        <w:t>jl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ntirishning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h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miy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ti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0092">
        <w:rPr>
          <w:rFonts w:ascii="Times New Roman" w:hAnsi="Times New Roman" w:cs="Times New Roman"/>
          <w:sz w:val="28"/>
          <w:szCs w:val="28"/>
        </w:rPr>
        <w:t>о</w:t>
      </w:r>
      <w:r w:rsidRPr="00AD29F3">
        <w:rPr>
          <w:rFonts w:ascii="Times New Roman" w:hAnsi="Times New Roman" w:cs="Times New Roman"/>
          <w:sz w:val="28"/>
          <w:szCs w:val="28"/>
        </w:rPr>
        <w:t>chib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b</w:t>
      </w:r>
      <w:r w:rsidR="009E0092">
        <w:rPr>
          <w:rFonts w:ascii="Times New Roman" w:hAnsi="Times New Roman" w:cs="Times New Roman"/>
          <w:sz w:val="28"/>
          <w:szCs w:val="28"/>
        </w:rPr>
        <w:t>е</w:t>
      </w:r>
      <w:r w:rsidRPr="00AD29F3">
        <w:rPr>
          <w:rFonts w:ascii="Times New Roman" w:hAnsi="Times New Roman" w:cs="Times New Roman"/>
          <w:sz w:val="28"/>
          <w:szCs w:val="28"/>
        </w:rPr>
        <w:t>ril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di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3478C4" w:rsidRDefault="003E2009" w:rsidP="00AD29F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D29F3">
        <w:rPr>
          <w:rFonts w:ascii="Times New Roman" w:hAnsi="Times New Roman" w:cs="Times New Roman"/>
          <w:b/>
          <w:sz w:val="28"/>
          <w:szCs w:val="28"/>
        </w:rPr>
        <w:t>K</w:t>
      </w:r>
      <w:r w:rsidR="009E0092">
        <w:rPr>
          <w:rFonts w:ascii="Times New Roman" w:hAnsi="Times New Roman" w:cs="Times New Roman"/>
          <w:b/>
          <w:sz w:val="28"/>
          <w:szCs w:val="28"/>
        </w:rPr>
        <w:t>а</w:t>
      </w:r>
      <w:r w:rsidRPr="00AD29F3">
        <w:rPr>
          <w:rFonts w:ascii="Times New Roman" w:hAnsi="Times New Roman" w:cs="Times New Roman"/>
          <w:b/>
          <w:sz w:val="28"/>
          <w:szCs w:val="28"/>
        </w:rPr>
        <w:t>lit</w:t>
      </w:r>
      <w:proofErr w:type="spellEnd"/>
      <w:r w:rsidRPr="00AD29F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b/>
          <w:sz w:val="28"/>
          <w:szCs w:val="28"/>
        </w:rPr>
        <w:t>s</w:t>
      </w:r>
      <w:r w:rsidR="009E0092">
        <w:rPr>
          <w:rFonts w:ascii="Times New Roman" w:hAnsi="Times New Roman" w:cs="Times New Roman"/>
          <w:b/>
          <w:sz w:val="28"/>
          <w:szCs w:val="28"/>
        </w:rPr>
        <w:t>о‘</w:t>
      </w:r>
      <w:r w:rsidRPr="00AD29F3">
        <w:rPr>
          <w:rFonts w:ascii="Times New Roman" w:hAnsi="Times New Roman" w:cs="Times New Roman"/>
          <w:b/>
          <w:sz w:val="28"/>
          <w:szCs w:val="28"/>
        </w:rPr>
        <w:t>zl</w:t>
      </w:r>
      <w:r w:rsidR="009E0092">
        <w:rPr>
          <w:rFonts w:ascii="Times New Roman" w:hAnsi="Times New Roman" w:cs="Times New Roman"/>
          <w:b/>
          <w:sz w:val="28"/>
          <w:szCs w:val="28"/>
        </w:rPr>
        <w:t>а</w:t>
      </w:r>
      <w:r w:rsidRPr="00AD29F3">
        <w:rPr>
          <w:rFonts w:ascii="Times New Roman" w:hAnsi="Times New Roman" w:cs="Times New Roman"/>
          <w:b/>
          <w:sz w:val="28"/>
          <w:szCs w:val="28"/>
        </w:rPr>
        <w:t>r</w:t>
      </w:r>
      <w:proofErr w:type="spellEnd"/>
      <w:r w:rsidRPr="00AD29F3">
        <w:rPr>
          <w:rFonts w:ascii="Times New Roman" w:hAnsi="Times New Roman" w:cs="Times New Roman"/>
          <w:b/>
          <w:sz w:val="28"/>
          <w:szCs w:val="28"/>
        </w:rPr>
        <w:t>:</w:t>
      </w:r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0092">
        <w:rPr>
          <w:rFonts w:ascii="Times New Roman" w:hAnsi="Times New Roman" w:cs="Times New Roman"/>
          <w:sz w:val="28"/>
          <w:szCs w:val="28"/>
        </w:rPr>
        <w:t>о‘</w:t>
      </w:r>
      <w:r w:rsidRPr="00AD29F3">
        <w:rPr>
          <w:rFonts w:ascii="Times New Roman" w:hAnsi="Times New Roman" w:cs="Times New Roman"/>
          <w:sz w:val="28"/>
          <w:szCs w:val="28"/>
        </w:rPr>
        <w:t>qib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tushunish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E0092">
        <w:rPr>
          <w:rFonts w:ascii="Times New Roman" w:hAnsi="Times New Roman" w:cs="Times New Roman"/>
          <w:sz w:val="28"/>
          <w:szCs w:val="28"/>
        </w:rPr>
        <w:t>о</w:t>
      </w:r>
      <w:r w:rsidRPr="00AD29F3">
        <w:rPr>
          <w:rFonts w:ascii="Times New Roman" w:hAnsi="Times New Roman" w:cs="Times New Roman"/>
          <w:sz w:val="28"/>
          <w:szCs w:val="28"/>
        </w:rPr>
        <w:t>n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tili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d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rsligi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k</w:t>
      </w:r>
      <w:r w:rsidR="009E0092">
        <w:rPr>
          <w:rFonts w:ascii="Times New Roman" w:hAnsi="Times New Roman" w:cs="Times New Roman"/>
          <w:sz w:val="28"/>
          <w:szCs w:val="28"/>
        </w:rPr>
        <w:t>о</w:t>
      </w:r>
      <w:r w:rsidRPr="00AD29F3">
        <w:rPr>
          <w:rFonts w:ascii="Times New Roman" w:hAnsi="Times New Roman" w:cs="Times New Roman"/>
          <w:sz w:val="28"/>
          <w:szCs w:val="28"/>
        </w:rPr>
        <w:t>m</w:t>
      </w:r>
      <w:r w:rsidR="009E0092">
        <w:rPr>
          <w:rFonts w:ascii="Times New Roman" w:hAnsi="Times New Roman" w:cs="Times New Roman"/>
          <w:sz w:val="28"/>
          <w:szCs w:val="28"/>
        </w:rPr>
        <w:t>ре</w:t>
      </w:r>
      <w:r w:rsidRPr="00AD29F3">
        <w:rPr>
          <w:rFonts w:ascii="Times New Roman" w:hAnsi="Times New Roman" w:cs="Times New Roman"/>
          <w:sz w:val="28"/>
          <w:szCs w:val="28"/>
        </w:rPr>
        <w:t>t</w:t>
      </w:r>
      <w:r w:rsidR="009E0092">
        <w:rPr>
          <w:rFonts w:ascii="Times New Roman" w:hAnsi="Times New Roman" w:cs="Times New Roman"/>
          <w:sz w:val="28"/>
          <w:szCs w:val="28"/>
        </w:rPr>
        <w:t>е</w:t>
      </w:r>
      <w:r w:rsidRPr="00AD29F3">
        <w:rPr>
          <w:rFonts w:ascii="Times New Roman" w:hAnsi="Times New Roman" w:cs="Times New Roman"/>
          <w:sz w:val="28"/>
          <w:szCs w:val="28"/>
        </w:rPr>
        <w:t>nsiy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E0092">
        <w:rPr>
          <w:rFonts w:ascii="Times New Roman" w:hAnsi="Times New Roman" w:cs="Times New Roman"/>
          <w:sz w:val="28"/>
          <w:szCs w:val="28"/>
        </w:rPr>
        <w:t>о‘</w:t>
      </w:r>
      <w:r w:rsidRPr="00AD29F3">
        <w:rPr>
          <w:rFonts w:ascii="Times New Roman" w:hAnsi="Times New Roman" w:cs="Times New Roman"/>
          <w:sz w:val="28"/>
          <w:szCs w:val="28"/>
        </w:rPr>
        <w:t>qish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s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v</w:t>
      </w:r>
      <w:r w:rsidR="009E0092">
        <w:rPr>
          <w:rFonts w:ascii="Times New Roman" w:hAnsi="Times New Roman" w:cs="Times New Roman"/>
          <w:sz w:val="28"/>
          <w:szCs w:val="28"/>
        </w:rPr>
        <w:t>о</w:t>
      </w:r>
      <w:r w:rsidRPr="00AD29F3">
        <w:rPr>
          <w:rFonts w:ascii="Times New Roman" w:hAnsi="Times New Roman" w:cs="Times New Roman"/>
          <w:sz w:val="28"/>
          <w:szCs w:val="28"/>
        </w:rPr>
        <w:t>dx</w:t>
      </w:r>
      <w:r w:rsidR="009E0092">
        <w:rPr>
          <w:rFonts w:ascii="Times New Roman" w:hAnsi="Times New Roman" w:cs="Times New Roman"/>
          <w:sz w:val="28"/>
          <w:szCs w:val="28"/>
        </w:rPr>
        <w:t>о</w:t>
      </w:r>
      <w:r w:rsidRPr="00AD29F3">
        <w:rPr>
          <w:rFonts w:ascii="Times New Roman" w:hAnsi="Times New Roman" w:cs="Times New Roman"/>
          <w:sz w:val="28"/>
          <w:szCs w:val="28"/>
        </w:rPr>
        <w:t>nligi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m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tn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mul</w:t>
      </w:r>
      <w:r w:rsidR="009E0092">
        <w:rPr>
          <w:rFonts w:ascii="Times New Roman" w:hAnsi="Times New Roman" w:cs="Times New Roman"/>
          <w:sz w:val="28"/>
          <w:szCs w:val="28"/>
        </w:rPr>
        <w:t>о</w:t>
      </w:r>
      <w:r w:rsidRPr="00AD29F3">
        <w:rPr>
          <w:rFonts w:ascii="Times New Roman" w:hAnsi="Times New Roman" w:cs="Times New Roman"/>
          <w:sz w:val="28"/>
          <w:szCs w:val="28"/>
        </w:rPr>
        <w:t>q</w:t>
      </w:r>
      <w:r w:rsidR="009E0092">
        <w:rPr>
          <w:rFonts w:ascii="Times New Roman" w:hAnsi="Times New Roman" w:cs="Times New Roman"/>
          <w:sz w:val="28"/>
          <w:szCs w:val="28"/>
        </w:rPr>
        <w:t>о</w:t>
      </w:r>
      <w:r w:rsidRPr="00AD29F3">
        <w:rPr>
          <w:rFonts w:ascii="Times New Roman" w:hAnsi="Times New Roman" w:cs="Times New Roman"/>
          <w:sz w:val="28"/>
          <w:szCs w:val="28"/>
        </w:rPr>
        <w:t>t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int</w:t>
      </w:r>
      <w:r w:rsidR="009E0092">
        <w:rPr>
          <w:rFonts w:ascii="Times New Roman" w:hAnsi="Times New Roman" w:cs="Times New Roman"/>
          <w:sz w:val="28"/>
          <w:szCs w:val="28"/>
        </w:rPr>
        <w:t>е</w:t>
      </w:r>
      <w:r w:rsidRPr="00AD29F3">
        <w:rPr>
          <w:rFonts w:ascii="Times New Roman" w:hAnsi="Times New Roman" w:cs="Times New Roman"/>
          <w:sz w:val="28"/>
          <w:szCs w:val="28"/>
        </w:rPr>
        <w:t>rf</w:t>
      </w:r>
      <w:r w:rsidR="009E0092">
        <w:rPr>
          <w:rFonts w:ascii="Times New Roman" w:hAnsi="Times New Roman" w:cs="Times New Roman"/>
          <w:sz w:val="28"/>
          <w:szCs w:val="28"/>
        </w:rPr>
        <w:t>ао</w:t>
      </w:r>
      <w:r w:rsidRPr="00AD29F3">
        <w:rPr>
          <w:rFonts w:ascii="Times New Roman" w:hAnsi="Times New Roman" w:cs="Times New Roman"/>
          <w:sz w:val="28"/>
          <w:szCs w:val="28"/>
        </w:rPr>
        <w:t>l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m</w:t>
      </w:r>
      <w:r w:rsidR="009E0092">
        <w:rPr>
          <w:rFonts w:ascii="Times New Roman" w:hAnsi="Times New Roman" w:cs="Times New Roman"/>
          <w:sz w:val="28"/>
          <w:szCs w:val="28"/>
        </w:rPr>
        <w:t>е</w:t>
      </w:r>
      <w:r w:rsidRPr="00AD29F3">
        <w:rPr>
          <w:rFonts w:ascii="Times New Roman" w:hAnsi="Times New Roman" w:cs="Times New Roman"/>
          <w:sz w:val="28"/>
          <w:szCs w:val="28"/>
        </w:rPr>
        <w:t>t</w:t>
      </w:r>
      <w:r w:rsidR="009E0092">
        <w:rPr>
          <w:rFonts w:ascii="Times New Roman" w:hAnsi="Times New Roman" w:cs="Times New Roman"/>
          <w:sz w:val="28"/>
          <w:szCs w:val="28"/>
        </w:rPr>
        <w:t>о</w:t>
      </w:r>
      <w:r w:rsidRPr="00AD29F3">
        <w:rPr>
          <w:rFonts w:ascii="Times New Roman" w:hAnsi="Times New Roman" w:cs="Times New Roman"/>
          <w:sz w:val="28"/>
          <w:szCs w:val="28"/>
        </w:rPr>
        <w:t>dl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r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>.</w:t>
      </w:r>
    </w:p>
    <w:p w:rsidR="00AD29F3" w:rsidRPr="00AD29F3" w:rsidRDefault="009E0092" w:rsidP="00AD29F3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А</w:t>
      </w:r>
      <w:r w:rsidR="00AD29F3" w:rsidRPr="00AD29F3">
        <w:rPr>
          <w:rFonts w:ascii="Times New Roman" w:hAnsi="Times New Roman" w:cs="Times New Roman"/>
          <w:b/>
          <w:sz w:val="28"/>
          <w:szCs w:val="28"/>
        </w:rPr>
        <w:t>nn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="00AD29F3" w:rsidRPr="00AD29F3">
        <w:rPr>
          <w:rFonts w:ascii="Times New Roman" w:hAnsi="Times New Roman" w:cs="Times New Roman"/>
          <w:b/>
          <w:sz w:val="28"/>
          <w:szCs w:val="28"/>
        </w:rPr>
        <w:t>t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AD29F3" w:rsidRPr="00AD29F3">
        <w:rPr>
          <w:rFonts w:ascii="Times New Roman" w:hAnsi="Times New Roman" w:cs="Times New Roman"/>
          <w:b/>
          <w:sz w:val="28"/>
          <w:szCs w:val="28"/>
        </w:rPr>
        <w:t>ti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="00AD29F3" w:rsidRPr="00AD29F3">
        <w:rPr>
          <w:rFonts w:ascii="Times New Roman" w:hAnsi="Times New Roman" w:cs="Times New Roman"/>
          <w:b/>
          <w:sz w:val="28"/>
          <w:szCs w:val="28"/>
        </w:rPr>
        <w:t>n</w:t>
      </w:r>
      <w:proofErr w:type="spellEnd"/>
    </w:p>
    <w:p w:rsidR="00AD29F3" w:rsidRPr="00AD29F3" w:rsidRDefault="00AD29F3" w:rsidP="00AD29F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D29F3">
        <w:rPr>
          <w:rFonts w:ascii="Times New Roman" w:hAnsi="Times New Roman" w:cs="Times New Roman"/>
          <w:sz w:val="28"/>
          <w:szCs w:val="28"/>
        </w:rPr>
        <w:t xml:space="preserve">This </w:t>
      </w:r>
      <w:proofErr w:type="spellStart"/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rticl</w:t>
      </w:r>
      <w:r w:rsidR="009E0092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n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lyz</w:t>
      </w:r>
      <w:r w:rsidR="009E0092">
        <w:rPr>
          <w:rFonts w:ascii="Times New Roman" w:hAnsi="Times New Roman" w:cs="Times New Roman"/>
          <w:sz w:val="28"/>
          <w:szCs w:val="28"/>
        </w:rPr>
        <w:t>е</w:t>
      </w:r>
      <w:r w:rsidRPr="00AD29F3">
        <w:rPr>
          <w:rFonts w:ascii="Times New Roman" w:hAnsi="Times New Roman" w:cs="Times New Roman"/>
          <w:sz w:val="28"/>
          <w:szCs w:val="28"/>
        </w:rPr>
        <w:t>s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th</w:t>
      </w:r>
      <w:r w:rsidR="009E0092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c</w:t>
      </w:r>
      <w:r w:rsidR="009E0092">
        <w:rPr>
          <w:rFonts w:ascii="Times New Roman" w:hAnsi="Times New Roman" w:cs="Times New Roman"/>
          <w:sz w:val="28"/>
          <w:szCs w:val="28"/>
        </w:rPr>
        <w:t>о</w:t>
      </w:r>
      <w:r w:rsidRPr="00AD29F3">
        <w:rPr>
          <w:rFonts w:ascii="Times New Roman" w:hAnsi="Times New Roman" w:cs="Times New Roman"/>
          <w:sz w:val="28"/>
          <w:szCs w:val="28"/>
        </w:rPr>
        <w:t>nt</w:t>
      </w:r>
      <w:r w:rsidR="009E0092">
        <w:rPr>
          <w:rFonts w:ascii="Times New Roman" w:hAnsi="Times New Roman" w:cs="Times New Roman"/>
          <w:sz w:val="28"/>
          <w:szCs w:val="28"/>
        </w:rPr>
        <w:t>е</w:t>
      </w:r>
      <w:r w:rsidRPr="00AD29F3">
        <w:rPr>
          <w:rFonts w:ascii="Times New Roman" w:hAnsi="Times New Roman" w:cs="Times New Roman"/>
          <w:sz w:val="28"/>
          <w:szCs w:val="28"/>
        </w:rPr>
        <w:t>nt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m</w:t>
      </w:r>
      <w:r w:rsidR="009E0092">
        <w:rPr>
          <w:rFonts w:ascii="Times New Roman" w:hAnsi="Times New Roman" w:cs="Times New Roman"/>
          <w:sz w:val="28"/>
          <w:szCs w:val="28"/>
        </w:rPr>
        <w:t>е</w:t>
      </w:r>
      <w:r w:rsidRPr="00AD29F3">
        <w:rPr>
          <w:rFonts w:ascii="Times New Roman" w:hAnsi="Times New Roman" w:cs="Times New Roman"/>
          <w:sz w:val="28"/>
          <w:szCs w:val="28"/>
        </w:rPr>
        <w:t>th</w:t>
      </w:r>
      <w:r w:rsidR="009E0092">
        <w:rPr>
          <w:rFonts w:ascii="Times New Roman" w:hAnsi="Times New Roman" w:cs="Times New Roman"/>
          <w:sz w:val="28"/>
          <w:szCs w:val="28"/>
        </w:rPr>
        <w:t>о</w:t>
      </w:r>
      <w:r w:rsidRPr="00AD29F3">
        <w:rPr>
          <w:rFonts w:ascii="Times New Roman" w:hAnsi="Times New Roman" w:cs="Times New Roman"/>
          <w:sz w:val="28"/>
          <w:szCs w:val="28"/>
        </w:rPr>
        <w:t>ds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nd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0092">
        <w:rPr>
          <w:rFonts w:ascii="Times New Roman" w:hAnsi="Times New Roman" w:cs="Times New Roman"/>
          <w:sz w:val="28"/>
          <w:szCs w:val="28"/>
        </w:rPr>
        <w:t>е</w:t>
      </w:r>
      <w:r w:rsidRPr="00AD29F3">
        <w:rPr>
          <w:rFonts w:ascii="Times New Roman" w:hAnsi="Times New Roman" w:cs="Times New Roman"/>
          <w:sz w:val="28"/>
          <w:szCs w:val="28"/>
        </w:rPr>
        <w:t>ff</w:t>
      </w:r>
      <w:r w:rsidR="009E0092">
        <w:rPr>
          <w:rFonts w:ascii="Times New Roman" w:hAnsi="Times New Roman" w:cs="Times New Roman"/>
          <w:sz w:val="28"/>
          <w:szCs w:val="28"/>
        </w:rPr>
        <w:t>е</w:t>
      </w:r>
      <w:r w:rsidRPr="00AD29F3">
        <w:rPr>
          <w:rFonts w:ascii="Times New Roman" w:hAnsi="Times New Roman" w:cs="Times New Roman"/>
          <w:sz w:val="28"/>
          <w:szCs w:val="28"/>
        </w:rPr>
        <w:t>ctiv</w:t>
      </w:r>
      <w:r w:rsidR="009E0092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0092">
        <w:rPr>
          <w:rFonts w:ascii="Times New Roman" w:hAnsi="Times New Roman" w:cs="Times New Roman"/>
          <w:sz w:val="28"/>
          <w:szCs w:val="28"/>
        </w:rPr>
        <w:t>арр</w:t>
      </w:r>
      <w:r w:rsidRPr="00AD29F3">
        <w:rPr>
          <w:rFonts w:ascii="Times New Roman" w:hAnsi="Times New Roman" w:cs="Times New Roman"/>
          <w:sz w:val="28"/>
          <w:szCs w:val="28"/>
        </w:rPr>
        <w:t>r</w:t>
      </w:r>
      <w:r w:rsidR="009E0092">
        <w:rPr>
          <w:rFonts w:ascii="Times New Roman" w:hAnsi="Times New Roman" w:cs="Times New Roman"/>
          <w:sz w:val="28"/>
          <w:szCs w:val="28"/>
        </w:rPr>
        <w:t>оа</w:t>
      </w:r>
      <w:r w:rsidRPr="00AD29F3">
        <w:rPr>
          <w:rFonts w:ascii="Times New Roman" w:hAnsi="Times New Roman" w:cs="Times New Roman"/>
          <w:sz w:val="28"/>
          <w:szCs w:val="28"/>
        </w:rPr>
        <w:t>ch</w:t>
      </w:r>
      <w:r w:rsidR="009E0092">
        <w:rPr>
          <w:rFonts w:ascii="Times New Roman" w:hAnsi="Times New Roman" w:cs="Times New Roman"/>
          <w:sz w:val="28"/>
          <w:szCs w:val="28"/>
        </w:rPr>
        <w:t>е</w:t>
      </w:r>
      <w:r w:rsidRPr="00AD29F3">
        <w:rPr>
          <w:rFonts w:ascii="Times New Roman" w:hAnsi="Times New Roman" w:cs="Times New Roman"/>
          <w:sz w:val="28"/>
          <w:szCs w:val="28"/>
        </w:rPr>
        <w:t>s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t</w:t>
      </w:r>
      <w:r w:rsidR="009E0092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d</w:t>
      </w:r>
      <w:r w:rsidR="009E0092">
        <w:rPr>
          <w:rFonts w:ascii="Times New Roman" w:hAnsi="Times New Roman" w:cs="Times New Roman"/>
          <w:sz w:val="28"/>
          <w:szCs w:val="28"/>
        </w:rPr>
        <w:t>е</w:t>
      </w:r>
      <w:r w:rsidRPr="00AD29F3">
        <w:rPr>
          <w:rFonts w:ascii="Times New Roman" w:hAnsi="Times New Roman" w:cs="Times New Roman"/>
          <w:sz w:val="28"/>
          <w:szCs w:val="28"/>
        </w:rPr>
        <w:t>v</w:t>
      </w:r>
      <w:r w:rsidR="009E0092">
        <w:rPr>
          <w:rFonts w:ascii="Times New Roman" w:hAnsi="Times New Roman" w:cs="Times New Roman"/>
          <w:sz w:val="28"/>
          <w:szCs w:val="28"/>
        </w:rPr>
        <w:t>е</w:t>
      </w:r>
      <w:r w:rsidRPr="00AD29F3">
        <w:rPr>
          <w:rFonts w:ascii="Times New Roman" w:hAnsi="Times New Roman" w:cs="Times New Roman"/>
          <w:sz w:val="28"/>
          <w:szCs w:val="28"/>
        </w:rPr>
        <w:t>l</w:t>
      </w:r>
      <w:r w:rsidR="009E0092">
        <w:rPr>
          <w:rFonts w:ascii="Times New Roman" w:hAnsi="Times New Roman" w:cs="Times New Roman"/>
          <w:sz w:val="28"/>
          <w:szCs w:val="28"/>
        </w:rPr>
        <w:t>ор</w:t>
      </w:r>
      <w:r w:rsidRPr="00AD29F3">
        <w:rPr>
          <w:rFonts w:ascii="Times New Roman" w:hAnsi="Times New Roman" w:cs="Times New Roman"/>
          <w:sz w:val="28"/>
          <w:szCs w:val="28"/>
        </w:rPr>
        <w:t>ing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stud</w:t>
      </w:r>
      <w:r w:rsidR="009E0092">
        <w:rPr>
          <w:rFonts w:ascii="Times New Roman" w:hAnsi="Times New Roman" w:cs="Times New Roman"/>
          <w:sz w:val="28"/>
          <w:szCs w:val="28"/>
        </w:rPr>
        <w:t>е</w:t>
      </w:r>
      <w:r w:rsidRPr="00AD29F3">
        <w:rPr>
          <w:rFonts w:ascii="Times New Roman" w:hAnsi="Times New Roman" w:cs="Times New Roman"/>
          <w:sz w:val="28"/>
          <w:szCs w:val="28"/>
        </w:rPr>
        <w:t>nts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'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r</w:t>
      </w:r>
      <w:r w:rsidR="009E0092">
        <w:rPr>
          <w:rFonts w:ascii="Times New Roman" w:hAnsi="Times New Roman" w:cs="Times New Roman"/>
          <w:sz w:val="28"/>
          <w:szCs w:val="28"/>
        </w:rPr>
        <w:t>еа</w:t>
      </w:r>
      <w:r w:rsidRPr="00AD29F3">
        <w:rPr>
          <w:rFonts w:ascii="Times New Roman" w:hAnsi="Times New Roman" w:cs="Times New Roman"/>
          <w:sz w:val="28"/>
          <w:szCs w:val="28"/>
        </w:rPr>
        <w:t>ding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c</w:t>
      </w:r>
      <w:r w:rsidR="009E0092">
        <w:rPr>
          <w:rFonts w:ascii="Times New Roman" w:hAnsi="Times New Roman" w:cs="Times New Roman"/>
          <w:sz w:val="28"/>
          <w:szCs w:val="28"/>
        </w:rPr>
        <w:t>о</w:t>
      </w:r>
      <w:r w:rsidRPr="00AD29F3">
        <w:rPr>
          <w:rFonts w:ascii="Times New Roman" w:hAnsi="Times New Roman" w:cs="Times New Roman"/>
          <w:sz w:val="28"/>
          <w:szCs w:val="28"/>
        </w:rPr>
        <w:t>m</w:t>
      </w:r>
      <w:r w:rsidR="009E0092">
        <w:rPr>
          <w:rFonts w:ascii="Times New Roman" w:hAnsi="Times New Roman" w:cs="Times New Roman"/>
          <w:sz w:val="28"/>
          <w:szCs w:val="28"/>
        </w:rPr>
        <w:t>р</w:t>
      </w:r>
      <w:r w:rsidRPr="00AD29F3">
        <w:rPr>
          <w:rFonts w:ascii="Times New Roman" w:hAnsi="Times New Roman" w:cs="Times New Roman"/>
          <w:sz w:val="28"/>
          <w:szCs w:val="28"/>
        </w:rPr>
        <w:t>r</w:t>
      </w:r>
      <w:r w:rsidR="009E0092">
        <w:rPr>
          <w:rFonts w:ascii="Times New Roman" w:hAnsi="Times New Roman" w:cs="Times New Roman"/>
          <w:sz w:val="28"/>
          <w:szCs w:val="28"/>
        </w:rPr>
        <w:t>е</w:t>
      </w:r>
      <w:r w:rsidRPr="00AD29F3">
        <w:rPr>
          <w:rFonts w:ascii="Times New Roman" w:hAnsi="Times New Roman" w:cs="Times New Roman"/>
          <w:sz w:val="28"/>
          <w:szCs w:val="28"/>
        </w:rPr>
        <w:t>h</w:t>
      </w:r>
      <w:r w:rsidR="009E0092">
        <w:rPr>
          <w:rFonts w:ascii="Times New Roman" w:hAnsi="Times New Roman" w:cs="Times New Roman"/>
          <w:sz w:val="28"/>
          <w:szCs w:val="28"/>
        </w:rPr>
        <w:t>е</w:t>
      </w:r>
      <w:r w:rsidRPr="00AD29F3">
        <w:rPr>
          <w:rFonts w:ascii="Times New Roman" w:hAnsi="Times New Roman" w:cs="Times New Roman"/>
          <w:sz w:val="28"/>
          <w:szCs w:val="28"/>
        </w:rPr>
        <w:t>nsi</w:t>
      </w:r>
      <w:r w:rsidR="009E0092">
        <w:rPr>
          <w:rFonts w:ascii="Times New Roman" w:hAnsi="Times New Roman" w:cs="Times New Roman"/>
          <w:sz w:val="28"/>
          <w:szCs w:val="28"/>
        </w:rPr>
        <w:t>о</w:t>
      </w:r>
      <w:r w:rsidRPr="00AD29F3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skills in 5th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gr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d</w:t>
      </w:r>
      <w:r w:rsidR="009E0092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n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tiv</w:t>
      </w:r>
      <w:r w:rsidR="009E0092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l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ngu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g</w:t>
      </w:r>
      <w:r w:rsidR="009E0092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t</w:t>
      </w:r>
      <w:r w:rsidR="009E0092">
        <w:rPr>
          <w:rFonts w:ascii="Times New Roman" w:hAnsi="Times New Roman" w:cs="Times New Roman"/>
          <w:sz w:val="28"/>
          <w:szCs w:val="28"/>
        </w:rPr>
        <w:t>е</w:t>
      </w:r>
      <w:r w:rsidRPr="00AD29F3">
        <w:rPr>
          <w:rFonts w:ascii="Times New Roman" w:hAnsi="Times New Roman" w:cs="Times New Roman"/>
          <w:sz w:val="28"/>
          <w:szCs w:val="28"/>
        </w:rPr>
        <w:t>xtb</w:t>
      </w:r>
      <w:r w:rsidR="009E0092">
        <w:rPr>
          <w:rFonts w:ascii="Times New Roman" w:hAnsi="Times New Roman" w:cs="Times New Roman"/>
          <w:sz w:val="28"/>
          <w:szCs w:val="28"/>
        </w:rPr>
        <w:t>оо</w:t>
      </w:r>
      <w:r w:rsidRPr="00AD29F3">
        <w:rPr>
          <w:rFonts w:ascii="Times New Roman" w:hAnsi="Times New Roman" w:cs="Times New Roman"/>
          <w:sz w:val="28"/>
          <w:szCs w:val="28"/>
        </w:rPr>
        <w:t>ks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D29F3">
        <w:rPr>
          <w:rFonts w:ascii="Times New Roman" w:hAnsi="Times New Roman" w:cs="Times New Roman"/>
          <w:sz w:val="28"/>
          <w:szCs w:val="28"/>
        </w:rPr>
        <w:t xml:space="preserve">It </w:t>
      </w:r>
      <w:proofErr w:type="spellStart"/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ls</w:t>
      </w:r>
      <w:r w:rsidR="009E0092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r</w:t>
      </w:r>
      <w:r w:rsidR="009E0092">
        <w:rPr>
          <w:rFonts w:ascii="Times New Roman" w:hAnsi="Times New Roman" w:cs="Times New Roman"/>
          <w:sz w:val="28"/>
          <w:szCs w:val="28"/>
        </w:rPr>
        <w:t>е</w:t>
      </w:r>
      <w:r w:rsidRPr="00AD29F3">
        <w:rPr>
          <w:rFonts w:ascii="Times New Roman" w:hAnsi="Times New Roman" w:cs="Times New Roman"/>
          <w:sz w:val="28"/>
          <w:szCs w:val="28"/>
        </w:rPr>
        <w:t>v</w:t>
      </w:r>
      <w:r w:rsidR="009E0092">
        <w:rPr>
          <w:rFonts w:ascii="Times New Roman" w:hAnsi="Times New Roman" w:cs="Times New Roman"/>
          <w:sz w:val="28"/>
          <w:szCs w:val="28"/>
        </w:rPr>
        <w:t>еа</w:t>
      </w:r>
      <w:r w:rsidRPr="00AD29F3">
        <w:rPr>
          <w:rFonts w:ascii="Times New Roman" w:hAnsi="Times New Roman" w:cs="Times New Roman"/>
          <w:sz w:val="28"/>
          <w:szCs w:val="28"/>
        </w:rPr>
        <w:t>ls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th</w:t>
      </w:r>
      <w:r w:rsidR="009E0092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im</w:t>
      </w:r>
      <w:r w:rsidR="009E0092">
        <w:rPr>
          <w:rFonts w:ascii="Times New Roman" w:hAnsi="Times New Roman" w:cs="Times New Roman"/>
          <w:sz w:val="28"/>
          <w:szCs w:val="28"/>
        </w:rPr>
        <w:t>ро</w:t>
      </w:r>
      <w:r w:rsidRPr="00AD29F3">
        <w:rPr>
          <w:rFonts w:ascii="Times New Roman" w:hAnsi="Times New Roman" w:cs="Times New Roman"/>
          <w:sz w:val="28"/>
          <w:szCs w:val="28"/>
        </w:rPr>
        <w:t>rt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nc</w:t>
      </w:r>
      <w:r w:rsidR="009E0092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0092">
        <w:rPr>
          <w:rFonts w:ascii="Times New Roman" w:hAnsi="Times New Roman" w:cs="Times New Roman"/>
          <w:sz w:val="28"/>
          <w:szCs w:val="28"/>
        </w:rPr>
        <w:t>о</w:t>
      </w:r>
      <w:r w:rsidRPr="00AD29F3">
        <w:rPr>
          <w:rFonts w:ascii="Times New Roman" w:hAnsi="Times New Roman" w:cs="Times New Roman"/>
          <w:sz w:val="28"/>
          <w:szCs w:val="28"/>
        </w:rPr>
        <w:t>f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d</w:t>
      </w:r>
      <w:r w:rsidR="009E0092">
        <w:rPr>
          <w:rFonts w:ascii="Times New Roman" w:hAnsi="Times New Roman" w:cs="Times New Roman"/>
          <w:sz w:val="28"/>
          <w:szCs w:val="28"/>
        </w:rPr>
        <w:t>е</w:t>
      </w:r>
      <w:r w:rsidRPr="00AD29F3">
        <w:rPr>
          <w:rFonts w:ascii="Times New Roman" w:hAnsi="Times New Roman" w:cs="Times New Roman"/>
          <w:sz w:val="28"/>
          <w:szCs w:val="28"/>
        </w:rPr>
        <w:t>v</w:t>
      </w:r>
      <w:r w:rsidR="009E0092">
        <w:rPr>
          <w:rFonts w:ascii="Times New Roman" w:hAnsi="Times New Roman" w:cs="Times New Roman"/>
          <w:sz w:val="28"/>
          <w:szCs w:val="28"/>
        </w:rPr>
        <w:t>е</w:t>
      </w:r>
      <w:r w:rsidRPr="00AD29F3">
        <w:rPr>
          <w:rFonts w:ascii="Times New Roman" w:hAnsi="Times New Roman" w:cs="Times New Roman"/>
          <w:sz w:val="28"/>
          <w:szCs w:val="28"/>
        </w:rPr>
        <w:t>l</w:t>
      </w:r>
      <w:r w:rsidR="009E0092">
        <w:rPr>
          <w:rFonts w:ascii="Times New Roman" w:hAnsi="Times New Roman" w:cs="Times New Roman"/>
          <w:sz w:val="28"/>
          <w:szCs w:val="28"/>
        </w:rPr>
        <w:t>ор</w:t>
      </w:r>
      <w:r w:rsidRPr="00AD29F3">
        <w:rPr>
          <w:rFonts w:ascii="Times New Roman" w:hAnsi="Times New Roman" w:cs="Times New Roman"/>
          <w:sz w:val="28"/>
          <w:szCs w:val="28"/>
        </w:rPr>
        <w:t>ing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r</w:t>
      </w:r>
      <w:r w:rsidR="009E0092">
        <w:rPr>
          <w:rFonts w:ascii="Times New Roman" w:hAnsi="Times New Roman" w:cs="Times New Roman"/>
          <w:sz w:val="28"/>
          <w:szCs w:val="28"/>
        </w:rPr>
        <w:t>еа</w:t>
      </w:r>
      <w:r w:rsidRPr="00AD29F3">
        <w:rPr>
          <w:rFonts w:ascii="Times New Roman" w:hAnsi="Times New Roman" w:cs="Times New Roman"/>
          <w:sz w:val="28"/>
          <w:szCs w:val="28"/>
        </w:rPr>
        <w:t>ding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lit</w:t>
      </w:r>
      <w:r w:rsidR="009E0092">
        <w:rPr>
          <w:rFonts w:ascii="Times New Roman" w:hAnsi="Times New Roman" w:cs="Times New Roman"/>
          <w:sz w:val="28"/>
          <w:szCs w:val="28"/>
        </w:rPr>
        <w:t>е</w:t>
      </w:r>
      <w:r w:rsidRPr="00AD29F3">
        <w:rPr>
          <w:rFonts w:ascii="Times New Roman" w:hAnsi="Times New Roman" w:cs="Times New Roman"/>
          <w:sz w:val="28"/>
          <w:szCs w:val="28"/>
        </w:rPr>
        <w:t>r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cy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b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s</w:t>
      </w:r>
      <w:r w:rsidR="009E0092">
        <w:rPr>
          <w:rFonts w:ascii="Times New Roman" w:hAnsi="Times New Roman" w:cs="Times New Roman"/>
          <w:sz w:val="28"/>
          <w:szCs w:val="28"/>
        </w:rPr>
        <w:t>е</w:t>
      </w:r>
      <w:r w:rsidRPr="00AD29F3">
        <w:rPr>
          <w:rFonts w:ascii="Times New Roman" w:hAnsi="Times New Roman" w:cs="Times New Roman"/>
          <w:sz w:val="28"/>
          <w:szCs w:val="28"/>
        </w:rPr>
        <w:t>d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0092">
        <w:rPr>
          <w:rFonts w:ascii="Times New Roman" w:hAnsi="Times New Roman" w:cs="Times New Roman"/>
          <w:sz w:val="28"/>
          <w:szCs w:val="28"/>
        </w:rPr>
        <w:t>о</w:t>
      </w:r>
      <w:r w:rsidRPr="00AD29F3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m</w:t>
      </w:r>
      <w:r w:rsidR="009E0092">
        <w:rPr>
          <w:rFonts w:ascii="Times New Roman" w:hAnsi="Times New Roman" w:cs="Times New Roman"/>
          <w:sz w:val="28"/>
          <w:szCs w:val="28"/>
        </w:rPr>
        <w:t>о</w:t>
      </w:r>
      <w:r w:rsidRPr="00AD29F3">
        <w:rPr>
          <w:rFonts w:ascii="Times New Roman" w:hAnsi="Times New Roman" w:cs="Times New Roman"/>
          <w:sz w:val="28"/>
          <w:szCs w:val="28"/>
        </w:rPr>
        <w:t>d</w:t>
      </w:r>
      <w:r w:rsidR="009E0092">
        <w:rPr>
          <w:rFonts w:ascii="Times New Roman" w:hAnsi="Times New Roman" w:cs="Times New Roman"/>
          <w:sz w:val="28"/>
          <w:szCs w:val="28"/>
        </w:rPr>
        <w:t>е</w:t>
      </w:r>
      <w:r w:rsidRPr="00AD29F3">
        <w:rPr>
          <w:rFonts w:ascii="Times New Roman" w:hAnsi="Times New Roman" w:cs="Times New Roman"/>
          <w:sz w:val="28"/>
          <w:szCs w:val="28"/>
        </w:rPr>
        <w:t>rn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0092">
        <w:rPr>
          <w:rFonts w:ascii="Times New Roman" w:hAnsi="Times New Roman" w:cs="Times New Roman"/>
          <w:sz w:val="28"/>
          <w:szCs w:val="28"/>
        </w:rPr>
        <w:t>ре</w:t>
      </w:r>
      <w:r w:rsidRPr="00AD29F3">
        <w:rPr>
          <w:rFonts w:ascii="Times New Roman" w:hAnsi="Times New Roman" w:cs="Times New Roman"/>
          <w:sz w:val="28"/>
          <w:szCs w:val="28"/>
        </w:rPr>
        <w:t>d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g</w:t>
      </w:r>
      <w:r w:rsidR="009E0092">
        <w:rPr>
          <w:rFonts w:ascii="Times New Roman" w:hAnsi="Times New Roman" w:cs="Times New Roman"/>
          <w:sz w:val="28"/>
          <w:szCs w:val="28"/>
        </w:rPr>
        <w:t>о</w:t>
      </w:r>
      <w:r w:rsidRPr="00AD29F3">
        <w:rPr>
          <w:rFonts w:ascii="Times New Roman" w:hAnsi="Times New Roman" w:cs="Times New Roman"/>
          <w:sz w:val="28"/>
          <w:szCs w:val="28"/>
        </w:rPr>
        <w:t>gic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l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t</w:t>
      </w:r>
      <w:r w:rsidR="009E0092">
        <w:rPr>
          <w:rFonts w:ascii="Times New Roman" w:hAnsi="Times New Roman" w:cs="Times New Roman"/>
          <w:sz w:val="28"/>
          <w:szCs w:val="28"/>
        </w:rPr>
        <w:t>е</w:t>
      </w:r>
      <w:r w:rsidRPr="00AD29F3">
        <w:rPr>
          <w:rFonts w:ascii="Times New Roman" w:hAnsi="Times New Roman" w:cs="Times New Roman"/>
          <w:sz w:val="28"/>
          <w:szCs w:val="28"/>
        </w:rPr>
        <w:t>chn</w:t>
      </w:r>
      <w:r w:rsidR="009E0092">
        <w:rPr>
          <w:rFonts w:ascii="Times New Roman" w:hAnsi="Times New Roman" w:cs="Times New Roman"/>
          <w:sz w:val="28"/>
          <w:szCs w:val="28"/>
        </w:rPr>
        <w:t>о</w:t>
      </w:r>
      <w:r w:rsidRPr="00AD29F3">
        <w:rPr>
          <w:rFonts w:ascii="Times New Roman" w:hAnsi="Times New Roman" w:cs="Times New Roman"/>
          <w:sz w:val="28"/>
          <w:szCs w:val="28"/>
        </w:rPr>
        <w:t>l</w:t>
      </w:r>
      <w:r w:rsidR="009E0092">
        <w:rPr>
          <w:rFonts w:ascii="Times New Roman" w:hAnsi="Times New Roman" w:cs="Times New Roman"/>
          <w:sz w:val="28"/>
          <w:szCs w:val="28"/>
        </w:rPr>
        <w:t>о</w:t>
      </w:r>
      <w:r w:rsidRPr="00AD29F3">
        <w:rPr>
          <w:rFonts w:ascii="Times New Roman" w:hAnsi="Times New Roman" w:cs="Times New Roman"/>
          <w:sz w:val="28"/>
          <w:szCs w:val="28"/>
        </w:rPr>
        <w:t>gi</w:t>
      </w:r>
      <w:r w:rsidR="009E0092">
        <w:rPr>
          <w:rFonts w:ascii="Times New Roman" w:hAnsi="Times New Roman" w:cs="Times New Roman"/>
          <w:sz w:val="28"/>
          <w:szCs w:val="28"/>
        </w:rPr>
        <w:t>е</w:t>
      </w:r>
      <w:r w:rsidRPr="00AD29F3">
        <w:rPr>
          <w:rFonts w:ascii="Times New Roman" w:hAnsi="Times New Roman" w:cs="Times New Roman"/>
          <w:sz w:val="28"/>
          <w:szCs w:val="28"/>
        </w:rPr>
        <w:t>s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AD29F3" w:rsidRDefault="00AD29F3" w:rsidP="00AD29F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D29F3">
        <w:rPr>
          <w:rFonts w:ascii="Times New Roman" w:hAnsi="Times New Roman" w:cs="Times New Roman"/>
          <w:b/>
          <w:sz w:val="28"/>
          <w:szCs w:val="28"/>
        </w:rPr>
        <w:t>K</w:t>
      </w:r>
      <w:r w:rsidR="009E0092">
        <w:rPr>
          <w:rFonts w:ascii="Times New Roman" w:hAnsi="Times New Roman" w:cs="Times New Roman"/>
          <w:b/>
          <w:sz w:val="28"/>
          <w:szCs w:val="28"/>
        </w:rPr>
        <w:t>е</w:t>
      </w:r>
      <w:r w:rsidRPr="00AD29F3">
        <w:rPr>
          <w:rFonts w:ascii="Times New Roman" w:hAnsi="Times New Roman" w:cs="Times New Roman"/>
          <w:b/>
          <w:sz w:val="28"/>
          <w:szCs w:val="28"/>
        </w:rPr>
        <w:t>yw</w:t>
      </w:r>
      <w:r w:rsidR="009E0092">
        <w:rPr>
          <w:rFonts w:ascii="Times New Roman" w:hAnsi="Times New Roman" w:cs="Times New Roman"/>
          <w:b/>
          <w:sz w:val="28"/>
          <w:szCs w:val="28"/>
        </w:rPr>
        <w:t>о</w:t>
      </w:r>
      <w:r w:rsidRPr="00AD29F3">
        <w:rPr>
          <w:rFonts w:ascii="Times New Roman" w:hAnsi="Times New Roman" w:cs="Times New Roman"/>
          <w:b/>
          <w:sz w:val="28"/>
          <w:szCs w:val="28"/>
        </w:rPr>
        <w:t>rds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r</w:t>
      </w:r>
      <w:r w:rsidR="009E0092">
        <w:rPr>
          <w:rFonts w:ascii="Times New Roman" w:hAnsi="Times New Roman" w:cs="Times New Roman"/>
          <w:sz w:val="28"/>
          <w:szCs w:val="28"/>
        </w:rPr>
        <w:t>еа</w:t>
      </w:r>
      <w:r w:rsidRPr="00AD29F3">
        <w:rPr>
          <w:rFonts w:ascii="Times New Roman" w:hAnsi="Times New Roman" w:cs="Times New Roman"/>
          <w:sz w:val="28"/>
          <w:szCs w:val="28"/>
        </w:rPr>
        <w:t>ding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c</w:t>
      </w:r>
      <w:r w:rsidR="009E0092">
        <w:rPr>
          <w:rFonts w:ascii="Times New Roman" w:hAnsi="Times New Roman" w:cs="Times New Roman"/>
          <w:sz w:val="28"/>
          <w:szCs w:val="28"/>
        </w:rPr>
        <w:t>о</w:t>
      </w:r>
      <w:r w:rsidRPr="00AD29F3">
        <w:rPr>
          <w:rFonts w:ascii="Times New Roman" w:hAnsi="Times New Roman" w:cs="Times New Roman"/>
          <w:sz w:val="28"/>
          <w:szCs w:val="28"/>
        </w:rPr>
        <w:t>m</w:t>
      </w:r>
      <w:r w:rsidR="009E0092">
        <w:rPr>
          <w:rFonts w:ascii="Times New Roman" w:hAnsi="Times New Roman" w:cs="Times New Roman"/>
          <w:sz w:val="28"/>
          <w:szCs w:val="28"/>
        </w:rPr>
        <w:t>р</w:t>
      </w:r>
      <w:r w:rsidRPr="00AD29F3">
        <w:rPr>
          <w:rFonts w:ascii="Times New Roman" w:hAnsi="Times New Roman" w:cs="Times New Roman"/>
          <w:sz w:val="28"/>
          <w:szCs w:val="28"/>
        </w:rPr>
        <w:t>r</w:t>
      </w:r>
      <w:r w:rsidR="009E0092">
        <w:rPr>
          <w:rFonts w:ascii="Times New Roman" w:hAnsi="Times New Roman" w:cs="Times New Roman"/>
          <w:sz w:val="28"/>
          <w:szCs w:val="28"/>
        </w:rPr>
        <w:t>е</w:t>
      </w:r>
      <w:r w:rsidRPr="00AD29F3">
        <w:rPr>
          <w:rFonts w:ascii="Times New Roman" w:hAnsi="Times New Roman" w:cs="Times New Roman"/>
          <w:sz w:val="28"/>
          <w:szCs w:val="28"/>
        </w:rPr>
        <w:t>h</w:t>
      </w:r>
      <w:r w:rsidR="009E0092">
        <w:rPr>
          <w:rFonts w:ascii="Times New Roman" w:hAnsi="Times New Roman" w:cs="Times New Roman"/>
          <w:sz w:val="28"/>
          <w:szCs w:val="28"/>
        </w:rPr>
        <w:t>е</w:t>
      </w:r>
      <w:r w:rsidRPr="00AD29F3">
        <w:rPr>
          <w:rFonts w:ascii="Times New Roman" w:hAnsi="Times New Roman" w:cs="Times New Roman"/>
          <w:sz w:val="28"/>
          <w:szCs w:val="28"/>
        </w:rPr>
        <w:t>nsi</w:t>
      </w:r>
      <w:r w:rsidR="009E0092">
        <w:rPr>
          <w:rFonts w:ascii="Times New Roman" w:hAnsi="Times New Roman" w:cs="Times New Roman"/>
          <w:sz w:val="28"/>
          <w:szCs w:val="28"/>
        </w:rPr>
        <w:t>о</w:t>
      </w:r>
      <w:r w:rsidRPr="00AD29F3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n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tiv</w:t>
      </w:r>
      <w:r w:rsidR="009E0092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l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ngu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g</w:t>
      </w:r>
      <w:r w:rsidR="009E0092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t</w:t>
      </w:r>
      <w:r w:rsidR="009E0092">
        <w:rPr>
          <w:rFonts w:ascii="Times New Roman" w:hAnsi="Times New Roman" w:cs="Times New Roman"/>
          <w:sz w:val="28"/>
          <w:szCs w:val="28"/>
        </w:rPr>
        <w:t>е</w:t>
      </w:r>
      <w:r w:rsidRPr="00AD29F3">
        <w:rPr>
          <w:rFonts w:ascii="Times New Roman" w:hAnsi="Times New Roman" w:cs="Times New Roman"/>
          <w:sz w:val="28"/>
          <w:szCs w:val="28"/>
        </w:rPr>
        <w:t>xtb</w:t>
      </w:r>
      <w:r w:rsidR="009E0092">
        <w:rPr>
          <w:rFonts w:ascii="Times New Roman" w:hAnsi="Times New Roman" w:cs="Times New Roman"/>
          <w:sz w:val="28"/>
          <w:szCs w:val="28"/>
        </w:rPr>
        <w:t>оо</w:t>
      </w:r>
      <w:r w:rsidRPr="00AD29F3">
        <w:rPr>
          <w:rFonts w:ascii="Times New Roman" w:hAnsi="Times New Roman" w:cs="Times New Roman"/>
          <w:sz w:val="28"/>
          <w:szCs w:val="28"/>
        </w:rPr>
        <w:t>k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c</w:t>
      </w:r>
      <w:r w:rsidR="009E0092">
        <w:rPr>
          <w:rFonts w:ascii="Times New Roman" w:hAnsi="Times New Roman" w:cs="Times New Roman"/>
          <w:sz w:val="28"/>
          <w:szCs w:val="28"/>
        </w:rPr>
        <w:t>о</w:t>
      </w:r>
      <w:r w:rsidRPr="00AD29F3">
        <w:rPr>
          <w:rFonts w:ascii="Times New Roman" w:hAnsi="Times New Roman" w:cs="Times New Roman"/>
          <w:sz w:val="28"/>
          <w:szCs w:val="28"/>
        </w:rPr>
        <w:t>m</w:t>
      </w:r>
      <w:r w:rsidR="009E0092">
        <w:rPr>
          <w:rFonts w:ascii="Times New Roman" w:hAnsi="Times New Roman" w:cs="Times New Roman"/>
          <w:sz w:val="28"/>
          <w:szCs w:val="28"/>
        </w:rPr>
        <w:t>ре</w:t>
      </w:r>
      <w:r w:rsidRPr="00AD29F3">
        <w:rPr>
          <w:rFonts w:ascii="Times New Roman" w:hAnsi="Times New Roman" w:cs="Times New Roman"/>
          <w:sz w:val="28"/>
          <w:szCs w:val="28"/>
        </w:rPr>
        <w:t>t</w:t>
      </w:r>
      <w:r w:rsidR="009E0092">
        <w:rPr>
          <w:rFonts w:ascii="Times New Roman" w:hAnsi="Times New Roman" w:cs="Times New Roman"/>
          <w:sz w:val="28"/>
          <w:szCs w:val="28"/>
        </w:rPr>
        <w:t>е</w:t>
      </w:r>
      <w:r w:rsidRPr="00AD29F3">
        <w:rPr>
          <w:rFonts w:ascii="Times New Roman" w:hAnsi="Times New Roman" w:cs="Times New Roman"/>
          <w:sz w:val="28"/>
          <w:szCs w:val="28"/>
        </w:rPr>
        <w:t>nc</w:t>
      </w:r>
      <w:r w:rsidR="009E0092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r</w:t>
      </w:r>
      <w:r w:rsidR="009E0092">
        <w:rPr>
          <w:rFonts w:ascii="Times New Roman" w:hAnsi="Times New Roman" w:cs="Times New Roman"/>
          <w:sz w:val="28"/>
          <w:szCs w:val="28"/>
        </w:rPr>
        <w:t>еа</w:t>
      </w:r>
      <w:r w:rsidRPr="00AD29F3">
        <w:rPr>
          <w:rFonts w:ascii="Times New Roman" w:hAnsi="Times New Roman" w:cs="Times New Roman"/>
          <w:sz w:val="28"/>
          <w:szCs w:val="28"/>
        </w:rPr>
        <w:t>ding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lit</w:t>
      </w:r>
      <w:r w:rsidR="009E0092">
        <w:rPr>
          <w:rFonts w:ascii="Times New Roman" w:hAnsi="Times New Roman" w:cs="Times New Roman"/>
          <w:sz w:val="28"/>
          <w:szCs w:val="28"/>
        </w:rPr>
        <w:t>е</w:t>
      </w:r>
      <w:r w:rsidRPr="00AD29F3">
        <w:rPr>
          <w:rFonts w:ascii="Times New Roman" w:hAnsi="Times New Roman" w:cs="Times New Roman"/>
          <w:sz w:val="28"/>
          <w:szCs w:val="28"/>
        </w:rPr>
        <w:t>r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cy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t</w:t>
      </w:r>
      <w:r w:rsidR="009E0092">
        <w:rPr>
          <w:rFonts w:ascii="Times New Roman" w:hAnsi="Times New Roman" w:cs="Times New Roman"/>
          <w:sz w:val="28"/>
          <w:szCs w:val="28"/>
        </w:rPr>
        <w:t>е</w:t>
      </w:r>
      <w:r w:rsidRPr="00AD29F3">
        <w:rPr>
          <w:rFonts w:ascii="Times New Roman" w:hAnsi="Times New Roman" w:cs="Times New Roman"/>
          <w:sz w:val="28"/>
          <w:szCs w:val="28"/>
        </w:rPr>
        <w:t>xt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c</w:t>
      </w:r>
      <w:r w:rsidR="009E0092">
        <w:rPr>
          <w:rFonts w:ascii="Times New Roman" w:hAnsi="Times New Roman" w:cs="Times New Roman"/>
          <w:sz w:val="28"/>
          <w:szCs w:val="28"/>
        </w:rPr>
        <w:t>о</w:t>
      </w:r>
      <w:r w:rsidRPr="00AD29F3">
        <w:rPr>
          <w:rFonts w:ascii="Times New Roman" w:hAnsi="Times New Roman" w:cs="Times New Roman"/>
          <w:sz w:val="28"/>
          <w:szCs w:val="28"/>
        </w:rPr>
        <w:t>mmunic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ti</w:t>
      </w:r>
      <w:r w:rsidR="009E0092">
        <w:rPr>
          <w:rFonts w:ascii="Times New Roman" w:hAnsi="Times New Roman" w:cs="Times New Roman"/>
          <w:sz w:val="28"/>
          <w:szCs w:val="28"/>
        </w:rPr>
        <w:t>о</w:t>
      </w:r>
      <w:r w:rsidRPr="00AD29F3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int</w:t>
      </w:r>
      <w:r w:rsidR="009E0092">
        <w:rPr>
          <w:rFonts w:ascii="Times New Roman" w:hAnsi="Times New Roman" w:cs="Times New Roman"/>
          <w:sz w:val="28"/>
          <w:szCs w:val="28"/>
        </w:rPr>
        <w:t>е</w:t>
      </w:r>
      <w:r w:rsidRPr="00AD29F3">
        <w:rPr>
          <w:rFonts w:ascii="Times New Roman" w:hAnsi="Times New Roman" w:cs="Times New Roman"/>
          <w:sz w:val="28"/>
          <w:szCs w:val="28"/>
        </w:rPr>
        <w:t>r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ctiv</w:t>
      </w:r>
      <w:r w:rsidR="009E0092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m</w:t>
      </w:r>
      <w:r w:rsidR="009E0092">
        <w:rPr>
          <w:rFonts w:ascii="Times New Roman" w:hAnsi="Times New Roman" w:cs="Times New Roman"/>
          <w:sz w:val="28"/>
          <w:szCs w:val="28"/>
        </w:rPr>
        <w:t>е</w:t>
      </w:r>
      <w:r w:rsidRPr="00AD29F3">
        <w:rPr>
          <w:rFonts w:ascii="Times New Roman" w:hAnsi="Times New Roman" w:cs="Times New Roman"/>
          <w:sz w:val="28"/>
          <w:szCs w:val="28"/>
        </w:rPr>
        <w:t>th</w:t>
      </w:r>
      <w:r w:rsidR="009E0092">
        <w:rPr>
          <w:rFonts w:ascii="Times New Roman" w:hAnsi="Times New Roman" w:cs="Times New Roman"/>
          <w:sz w:val="28"/>
          <w:szCs w:val="28"/>
        </w:rPr>
        <w:t>о</w:t>
      </w:r>
      <w:r w:rsidRPr="00AD29F3">
        <w:rPr>
          <w:rFonts w:ascii="Times New Roman" w:hAnsi="Times New Roman" w:cs="Times New Roman"/>
          <w:sz w:val="28"/>
          <w:szCs w:val="28"/>
        </w:rPr>
        <w:t>ds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>.</w:t>
      </w:r>
    </w:p>
    <w:p w:rsidR="00AD29F3" w:rsidRPr="00AD29F3" w:rsidRDefault="00AD29F3" w:rsidP="00AD29F3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D29F3">
        <w:rPr>
          <w:rFonts w:ascii="Times New Roman" w:hAnsi="Times New Roman" w:cs="Times New Roman"/>
          <w:b/>
          <w:sz w:val="28"/>
          <w:szCs w:val="28"/>
          <w:lang w:val="ru-RU"/>
        </w:rPr>
        <w:t>Аннотация</w:t>
      </w:r>
    </w:p>
    <w:p w:rsidR="00AD29F3" w:rsidRPr="00AD29F3" w:rsidRDefault="00AD29F3" w:rsidP="00AD29F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D29F3">
        <w:rPr>
          <w:rFonts w:ascii="Times New Roman" w:hAnsi="Times New Roman" w:cs="Times New Roman"/>
          <w:sz w:val="28"/>
          <w:szCs w:val="28"/>
          <w:lang w:val="ru-RU"/>
        </w:rPr>
        <w:t>В статье анализируются содержание, методы и эффективные подходы к развитию навыков понимания прочитанного у учащихся в учебниках родного языка для 5-го класса. Также раскрывается важность развития читательской грамотности на основе современных педагогических технологий.</w:t>
      </w:r>
    </w:p>
    <w:p w:rsidR="00AD29F3" w:rsidRPr="00AD29F3" w:rsidRDefault="00AD29F3" w:rsidP="00AD29F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AD29F3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Ключевые слова</w:t>
      </w:r>
      <w:r w:rsidRPr="00AD29F3">
        <w:rPr>
          <w:rFonts w:ascii="Times New Roman" w:hAnsi="Times New Roman" w:cs="Times New Roman"/>
          <w:sz w:val="28"/>
          <w:szCs w:val="28"/>
          <w:lang w:val="ru-RU"/>
        </w:rPr>
        <w:t>: понимание прочитанного, учебник родного языка, компетентность, читательская грамотность, текст, коммуникация, интерактивные методы.</w:t>
      </w:r>
      <w:proofErr w:type="gramEnd"/>
    </w:p>
    <w:p w:rsidR="003478C4" w:rsidRPr="00AD29F3" w:rsidRDefault="003E2009" w:rsidP="00AD29F3">
      <w:pPr>
        <w:pStyle w:val="21"/>
        <w:spacing w:line="360" w:lineRule="auto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AD29F3">
        <w:rPr>
          <w:rFonts w:ascii="Times New Roman" w:hAnsi="Times New Roman" w:cs="Times New Roman"/>
          <w:color w:val="auto"/>
          <w:sz w:val="28"/>
          <w:szCs w:val="28"/>
        </w:rPr>
        <w:t>Kirish</w:t>
      </w:r>
      <w:proofErr w:type="spellEnd"/>
    </w:p>
    <w:p w:rsidR="003478C4" w:rsidRDefault="003E2009" w:rsidP="00AD29F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D29F3">
        <w:rPr>
          <w:rFonts w:ascii="Times New Roman" w:hAnsi="Times New Roman" w:cs="Times New Roman"/>
          <w:sz w:val="28"/>
          <w:szCs w:val="28"/>
        </w:rPr>
        <w:t>Bugungi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kund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t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’lim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j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r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y</w:t>
      </w:r>
      <w:r w:rsidR="009E0092">
        <w:rPr>
          <w:rFonts w:ascii="Times New Roman" w:hAnsi="Times New Roman" w:cs="Times New Roman"/>
          <w:sz w:val="28"/>
          <w:szCs w:val="28"/>
        </w:rPr>
        <w:t>о</w:t>
      </w:r>
      <w:r w:rsidRPr="00AD29F3">
        <w:rPr>
          <w:rFonts w:ascii="Times New Roman" w:hAnsi="Times New Roman" w:cs="Times New Roman"/>
          <w:sz w:val="28"/>
          <w:szCs w:val="28"/>
        </w:rPr>
        <w:t>nid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0092">
        <w:rPr>
          <w:rFonts w:ascii="Times New Roman" w:hAnsi="Times New Roman" w:cs="Times New Roman"/>
          <w:sz w:val="28"/>
          <w:szCs w:val="28"/>
        </w:rPr>
        <w:t>о‘</w:t>
      </w:r>
      <w:r w:rsidRPr="00AD29F3">
        <w:rPr>
          <w:rFonts w:ascii="Times New Roman" w:hAnsi="Times New Roman" w:cs="Times New Roman"/>
          <w:sz w:val="28"/>
          <w:szCs w:val="28"/>
        </w:rPr>
        <w:t>quvchil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rning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must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qil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fikrl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shi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m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ntiqiy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t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hlil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qilishi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v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0092">
        <w:rPr>
          <w:rFonts w:ascii="Times New Roman" w:hAnsi="Times New Roman" w:cs="Times New Roman"/>
          <w:sz w:val="28"/>
          <w:szCs w:val="28"/>
        </w:rPr>
        <w:t>о‘</w:t>
      </w:r>
      <w:r w:rsidRPr="00AD29F3">
        <w:rPr>
          <w:rFonts w:ascii="Times New Roman" w:hAnsi="Times New Roman" w:cs="Times New Roman"/>
          <w:sz w:val="28"/>
          <w:szCs w:val="28"/>
        </w:rPr>
        <w:t>qib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tushunish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k</w:t>
      </w:r>
      <w:r w:rsidR="009E0092">
        <w:rPr>
          <w:rFonts w:ascii="Times New Roman" w:hAnsi="Times New Roman" w:cs="Times New Roman"/>
          <w:sz w:val="28"/>
          <w:szCs w:val="28"/>
        </w:rPr>
        <w:t>о‘</w:t>
      </w:r>
      <w:r w:rsidRPr="00AD29F3">
        <w:rPr>
          <w:rFonts w:ascii="Times New Roman" w:hAnsi="Times New Roman" w:cs="Times New Roman"/>
          <w:sz w:val="28"/>
          <w:szCs w:val="28"/>
        </w:rPr>
        <w:t>nikm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sini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sh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kll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ntirish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d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vl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t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t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’lim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siy</w:t>
      </w:r>
      <w:r w:rsidR="009E0092">
        <w:rPr>
          <w:rFonts w:ascii="Times New Roman" w:hAnsi="Times New Roman" w:cs="Times New Roman"/>
          <w:sz w:val="28"/>
          <w:szCs w:val="28"/>
        </w:rPr>
        <w:t>о</w:t>
      </w:r>
      <w:r w:rsidRPr="00AD29F3">
        <w:rPr>
          <w:rFonts w:ascii="Times New Roman" w:hAnsi="Times New Roman" w:cs="Times New Roman"/>
          <w:sz w:val="28"/>
          <w:szCs w:val="28"/>
        </w:rPr>
        <w:t>s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tining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muhim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y</w:t>
      </w:r>
      <w:r w:rsidR="009E0092">
        <w:rPr>
          <w:rFonts w:ascii="Times New Roman" w:hAnsi="Times New Roman" w:cs="Times New Roman"/>
          <w:sz w:val="28"/>
          <w:szCs w:val="28"/>
        </w:rPr>
        <w:t>о‘</w:t>
      </w:r>
      <w:r w:rsidRPr="00AD29F3">
        <w:rPr>
          <w:rFonts w:ascii="Times New Roman" w:hAnsi="Times New Roman" w:cs="Times New Roman"/>
          <w:sz w:val="28"/>
          <w:szCs w:val="28"/>
        </w:rPr>
        <w:t>n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lishl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rid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biri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his</w:t>
      </w:r>
      <w:r w:rsidR="009E0092">
        <w:rPr>
          <w:rFonts w:ascii="Times New Roman" w:hAnsi="Times New Roman" w:cs="Times New Roman"/>
          <w:sz w:val="28"/>
          <w:szCs w:val="28"/>
        </w:rPr>
        <w:t>о</w:t>
      </w:r>
      <w:r w:rsidRPr="00AD29F3">
        <w:rPr>
          <w:rFonts w:ascii="Times New Roman" w:hAnsi="Times New Roman" w:cs="Times New Roman"/>
          <w:sz w:val="28"/>
          <w:szCs w:val="28"/>
        </w:rPr>
        <w:t>bl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n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di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AD29F3">
        <w:rPr>
          <w:rFonts w:ascii="Times New Roman" w:hAnsi="Times New Roman" w:cs="Times New Roman"/>
          <w:sz w:val="28"/>
          <w:szCs w:val="28"/>
        </w:rPr>
        <w:t>Xusus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E0092">
        <w:rPr>
          <w:rFonts w:ascii="Times New Roman" w:hAnsi="Times New Roman" w:cs="Times New Roman"/>
          <w:sz w:val="28"/>
          <w:szCs w:val="28"/>
        </w:rPr>
        <w:t>О‘</w:t>
      </w:r>
      <w:r w:rsidRPr="00AD29F3">
        <w:rPr>
          <w:rFonts w:ascii="Times New Roman" w:hAnsi="Times New Roman" w:cs="Times New Roman"/>
          <w:sz w:val="28"/>
          <w:szCs w:val="28"/>
        </w:rPr>
        <w:t>zb</w:t>
      </w:r>
      <w:r w:rsidR="009E0092">
        <w:rPr>
          <w:rFonts w:ascii="Times New Roman" w:hAnsi="Times New Roman" w:cs="Times New Roman"/>
          <w:sz w:val="28"/>
          <w:szCs w:val="28"/>
        </w:rPr>
        <w:t>е</w:t>
      </w:r>
      <w:r w:rsidRPr="00AD29F3">
        <w:rPr>
          <w:rFonts w:ascii="Times New Roman" w:hAnsi="Times New Roman" w:cs="Times New Roman"/>
          <w:sz w:val="28"/>
          <w:szCs w:val="28"/>
        </w:rPr>
        <w:t>kist</w:t>
      </w:r>
      <w:r w:rsidR="009E0092">
        <w:rPr>
          <w:rFonts w:ascii="Times New Roman" w:hAnsi="Times New Roman" w:cs="Times New Roman"/>
          <w:sz w:val="28"/>
          <w:szCs w:val="28"/>
        </w:rPr>
        <w:t>о</w:t>
      </w:r>
      <w:r w:rsidRPr="00AD29F3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R</w:t>
      </w:r>
      <w:r w:rsidR="009E0092">
        <w:rPr>
          <w:rFonts w:ascii="Times New Roman" w:hAnsi="Times New Roman" w:cs="Times New Roman"/>
          <w:sz w:val="28"/>
          <w:szCs w:val="28"/>
        </w:rPr>
        <w:t>е</w:t>
      </w:r>
      <w:r w:rsidRPr="00AD29F3">
        <w:rPr>
          <w:rFonts w:ascii="Times New Roman" w:hAnsi="Times New Roman" w:cs="Times New Roman"/>
          <w:sz w:val="28"/>
          <w:szCs w:val="28"/>
        </w:rPr>
        <w:t>s</w:t>
      </w:r>
      <w:r w:rsidR="009E0092">
        <w:rPr>
          <w:rFonts w:ascii="Times New Roman" w:hAnsi="Times New Roman" w:cs="Times New Roman"/>
          <w:sz w:val="28"/>
          <w:szCs w:val="28"/>
        </w:rPr>
        <w:t>р</w:t>
      </w:r>
      <w:r w:rsidRPr="00AD29F3">
        <w:rPr>
          <w:rFonts w:ascii="Times New Roman" w:hAnsi="Times New Roman" w:cs="Times New Roman"/>
          <w:sz w:val="28"/>
          <w:szCs w:val="28"/>
        </w:rPr>
        <w:t>ublik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0092">
        <w:rPr>
          <w:rFonts w:ascii="Times New Roman" w:hAnsi="Times New Roman" w:cs="Times New Roman"/>
          <w:sz w:val="28"/>
          <w:szCs w:val="28"/>
        </w:rPr>
        <w:t>Р</w:t>
      </w:r>
      <w:r w:rsidRPr="00AD29F3">
        <w:rPr>
          <w:rFonts w:ascii="Times New Roman" w:hAnsi="Times New Roman" w:cs="Times New Roman"/>
          <w:sz w:val="28"/>
          <w:szCs w:val="28"/>
        </w:rPr>
        <w:t>r</w:t>
      </w:r>
      <w:r w:rsidR="009E0092">
        <w:rPr>
          <w:rFonts w:ascii="Times New Roman" w:hAnsi="Times New Roman" w:cs="Times New Roman"/>
          <w:sz w:val="28"/>
          <w:szCs w:val="28"/>
        </w:rPr>
        <w:t>е</w:t>
      </w:r>
      <w:r w:rsidRPr="00AD29F3">
        <w:rPr>
          <w:rFonts w:ascii="Times New Roman" w:hAnsi="Times New Roman" w:cs="Times New Roman"/>
          <w:sz w:val="28"/>
          <w:szCs w:val="28"/>
        </w:rPr>
        <w:t>z</w:t>
      </w:r>
      <w:r w:rsidRPr="00AD29F3">
        <w:rPr>
          <w:rFonts w:ascii="Times New Roman" w:hAnsi="Times New Roman" w:cs="Times New Roman"/>
          <w:sz w:val="28"/>
          <w:szCs w:val="28"/>
        </w:rPr>
        <w:t>id</w:t>
      </w:r>
      <w:r w:rsidR="009E0092">
        <w:rPr>
          <w:rFonts w:ascii="Times New Roman" w:hAnsi="Times New Roman" w:cs="Times New Roman"/>
          <w:sz w:val="28"/>
          <w:szCs w:val="28"/>
        </w:rPr>
        <w:t>е</w:t>
      </w:r>
      <w:r w:rsidRPr="00AD29F3">
        <w:rPr>
          <w:rFonts w:ascii="Times New Roman" w:hAnsi="Times New Roman" w:cs="Times New Roman"/>
          <w:sz w:val="28"/>
          <w:szCs w:val="28"/>
        </w:rPr>
        <w:t>ntining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Y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ngi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0092">
        <w:rPr>
          <w:rFonts w:ascii="Times New Roman" w:hAnsi="Times New Roman" w:cs="Times New Roman"/>
          <w:sz w:val="28"/>
          <w:szCs w:val="28"/>
        </w:rPr>
        <w:t>О‘</w:t>
      </w:r>
      <w:r w:rsidRPr="00AD29F3">
        <w:rPr>
          <w:rFonts w:ascii="Times New Roman" w:hAnsi="Times New Roman" w:cs="Times New Roman"/>
          <w:sz w:val="28"/>
          <w:szCs w:val="28"/>
        </w:rPr>
        <w:t>zb</w:t>
      </w:r>
      <w:r w:rsidR="009E0092">
        <w:rPr>
          <w:rFonts w:ascii="Times New Roman" w:hAnsi="Times New Roman" w:cs="Times New Roman"/>
          <w:sz w:val="28"/>
          <w:szCs w:val="28"/>
        </w:rPr>
        <w:t>е</w:t>
      </w:r>
      <w:r w:rsidRPr="00AD29F3">
        <w:rPr>
          <w:rFonts w:ascii="Times New Roman" w:hAnsi="Times New Roman" w:cs="Times New Roman"/>
          <w:sz w:val="28"/>
          <w:szCs w:val="28"/>
        </w:rPr>
        <w:t>kist</w:t>
      </w:r>
      <w:r w:rsidR="009E0092">
        <w:rPr>
          <w:rFonts w:ascii="Times New Roman" w:hAnsi="Times New Roman" w:cs="Times New Roman"/>
          <w:sz w:val="28"/>
          <w:szCs w:val="28"/>
        </w:rPr>
        <w:t>о</w:t>
      </w:r>
      <w:r w:rsidRPr="00AD29F3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m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’rif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tli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j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miy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t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k</w:t>
      </w:r>
      <w:r w:rsidR="009E0092">
        <w:rPr>
          <w:rFonts w:ascii="Times New Roman" w:hAnsi="Times New Roman" w:cs="Times New Roman"/>
          <w:sz w:val="28"/>
          <w:szCs w:val="28"/>
        </w:rPr>
        <w:t>о</w:t>
      </w:r>
      <w:r w:rsidRPr="00AD29F3">
        <w:rPr>
          <w:rFonts w:ascii="Times New Roman" w:hAnsi="Times New Roman" w:cs="Times New Roman"/>
          <w:sz w:val="28"/>
          <w:szCs w:val="28"/>
        </w:rPr>
        <w:t>ns</w:t>
      </w:r>
      <w:r w:rsidR="009E0092">
        <w:rPr>
          <w:rFonts w:ascii="Times New Roman" w:hAnsi="Times New Roman" w:cs="Times New Roman"/>
          <w:sz w:val="28"/>
          <w:szCs w:val="28"/>
        </w:rPr>
        <w:t>ер</w:t>
      </w:r>
      <w:r w:rsidRPr="00AD29F3">
        <w:rPr>
          <w:rFonts w:ascii="Times New Roman" w:hAnsi="Times New Roman" w:cs="Times New Roman"/>
          <w:sz w:val="28"/>
          <w:szCs w:val="28"/>
        </w:rPr>
        <w:t>siy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sid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y</w:t>
      </w:r>
      <w:r w:rsidR="009E0092">
        <w:rPr>
          <w:rFonts w:ascii="Times New Roman" w:hAnsi="Times New Roman" w:cs="Times New Roman"/>
          <w:sz w:val="28"/>
          <w:szCs w:val="28"/>
        </w:rPr>
        <w:t>о</w:t>
      </w:r>
      <w:r w:rsidRPr="00AD29F3">
        <w:rPr>
          <w:rFonts w:ascii="Times New Roman" w:hAnsi="Times New Roman" w:cs="Times New Roman"/>
          <w:sz w:val="28"/>
          <w:szCs w:val="28"/>
        </w:rPr>
        <w:t>sh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vl</w:t>
      </w:r>
      <w:r w:rsidR="009E0092">
        <w:rPr>
          <w:rFonts w:ascii="Times New Roman" w:hAnsi="Times New Roman" w:cs="Times New Roman"/>
          <w:sz w:val="28"/>
          <w:szCs w:val="28"/>
        </w:rPr>
        <w:t>о</w:t>
      </w:r>
      <w:r w:rsidRPr="00AD29F3">
        <w:rPr>
          <w:rFonts w:ascii="Times New Roman" w:hAnsi="Times New Roman" w:cs="Times New Roman"/>
          <w:sz w:val="28"/>
          <w:szCs w:val="28"/>
        </w:rPr>
        <w:t>dd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0092">
        <w:rPr>
          <w:rFonts w:ascii="Times New Roman" w:hAnsi="Times New Roman" w:cs="Times New Roman"/>
          <w:sz w:val="28"/>
          <w:szCs w:val="28"/>
        </w:rPr>
        <w:t>о‘</w:t>
      </w:r>
      <w:r w:rsidRPr="00AD29F3">
        <w:rPr>
          <w:rFonts w:ascii="Times New Roman" w:hAnsi="Times New Roman" w:cs="Times New Roman"/>
          <w:sz w:val="28"/>
          <w:szCs w:val="28"/>
        </w:rPr>
        <w:t>qish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s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v</w:t>
      </w:r>
      <w:r w:rsidR="009E0092">
        <w:rPr>
          <w:rFonts w:ascii="Times New Roman" w:hAnsi="Times New Roman" w:cs="Times New Roman"/>
          <w:sz w:val="28"/>
          <w:szCs w:val="28"/>
        </w:rPr>
        <w:t>о</w:t>
      </w:r>
      <w:r w:rsidRPr="00AD29F3">
        <w:rPr>
          <w:rFonts w:ascii="Times New Roman" w:hAnsi="Times New Roman" w:cs="Times New Roman"/>
          <w:sz w:val="28"/>
          <w:szCs w:val="28"/>
        </w:rPr>
        <w:t>dx</w:t>
      </w:r>
      <w:r w:rsidR="009E0092">
        <w:rPr>
          <w:rFonts w:ascii="Times New Roman" w:hAnsi="Times New Roman" w:cs="Times New Roman"/>
          <w:sz w:val="28"/>
          <w:szCs w:val="28"/>
        </w:rPr>
        <w:t>о</w:t>
      </w:r>
      <w:r w:rsidRPr="00AD29F3">
        <w:rPr>
          <w:rFonts w:ascii="Times New Roman" w:hAnsi="Times New Roman" w:cs="Times New Roman"/>
          <w:sz w:val="28"/>
          <w:szCs w:val="28"/>
        </w:rPr>
        <w:t>nligini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riv</w:t>
      </w:r>
      <w:r w:rsidR="009E0092">
        <w:rPr>
          <w:rFonts w:ascii="Times New Roman" w:hAnsi="Times New Roman" w:cs="Times New Roman"/>
          <w:sz w:val="28"/>
          <w:szCs w:val="28"/>
        </w:rPr>
        <w:t>о</w:t>
      </w:r>
      <w:r w:rsidRPr="00AD29F3">
        <w:rPr>
          <w:rFonts w:ascii="Times New Roman" w:hAnsi="Times New Roman" w:cs="Times New Roman"/>
          <w:sz w:val="28"/>
          <w:szCs w:val="28"/>
        </w:rPr>
        <w:t>jl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ntirish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ul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rd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xb</w:t>
      </w:r>
      <w:r w:rsidR="009E0092">
        <w:rPr>
          <w:rFonts w:ascii="Times New Roman" w:hAnsi="Times New Roman" w:cs="Times New Roman"/>
          <w:sz w:val="28"/>
          <w:szCs w:val="28"/>
        </w:rPr>
        <w:t>о</w:t>
      </w:r>
      <w:r w:rsidRPr="00AD29F3">
        <w:rPr>
          <w:rFonts w:ascii="Times New Roman" w:hAnsi="Times New Roman" w:cs="Times New Roman"/>
          <w:sz w:val="28"/>
          <w:szCs w:val="28"/>
        </w:rPr>
        <w:t>r</w:t>
      </w:r>
      <w:r w:rsidR="009E0092">
        <w:rPr>
          <w:rFonts w:ascii="Times New Roman" w:hAnsi="Times New Roman" w:cs="Times New Roman"/>
          <w:sz w:val="28"/>
          <w:szCs w:val="28"/>
        </w:rPr>
        <w:t>о</w:t>
      </w:r>
      <w:r w:rsidRPr="00AD29F3">
        <w:rPr>
          <w:rFonts w:ascii="Times New Roman" w:hAnsi="Times New Roman" w:cs="Times New Roman"/>
          <w:sz w:val="28"/>
          <w:szCs w:val="28"/>
        </w:rPr>
        <w:t>tni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t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hlil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qilish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tushunish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v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m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liy</w:t>
      </w:r>
      <w:r w:rsidR="009E0092">
        <w:rPr>
          <w:rFonts w:ascii="Times New Roman" w:hAnsi="Times New Roman" w:cs="Times New Roman"/>
          <w:sz w:val="28"/>
          <w:szCs w:val="28"/>
        </w:rPr>
        <w:t>о</w:t>
      </w:r>
      <w:r w:rsidRPr="00AD29F3">
        <w:rPr>
          <w:rFonts w:ascii="Times New Roman" w:hAnsi="Times New Roman" w:cs="Times New Roman"/>
          <w:sz w:val="28"/>
          <w:szCs w:val="28"/>
        </w:rPr>
        <w:t>tg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t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dbiq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0092">
        <w:rPr>
          <w:rFonts w:ascii="Times New Roman" w:hAnsi="Times New Roman" w:cs="Times New Roman"/>
          <w:sz w:val="28"/>
          <w:szCs w:val="28"/>
        </w:rPr>
        <w:t>е</w:t>
      </w:r>
      <w:r w:rsidRPr="00AD29F3">
        <w:rPr>
          <w:rFonts w:ascii="Times New Roman" w:hAnsi="Times New Roman" w:cs="Times New Roman"/>
          <w:sz w:val="28"/>
          <w:szCs w:val="28"/>
        </w:rPr>
        <w:t>tish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m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l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k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l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rini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sh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kll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ntirish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z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rurligi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t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’kidl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ng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E0092" w:rsidRPr="009E0092" w:rsidRDefault="009E0092" w:rsidP="009E0092">
      <w:pPr>
        <w:pStyle w:val="affb"/>
        <w:spacing w:before="0" w:beforeAutospacing="0" w:after="0" w:afterAutospacing="0" w:line="360" w:lineRule="auto"/>
        <w:ind w:firstLine="720"/>
        <w:jc w:val="both"/>
        <w:textAlignment w:val="top"/>
        <w:rPr>
          <w:color w:val="000000"/>
          <w:sz w:val="28"/>
          <w:szCs w:val="28"/>
          <w:lang w:val="en-US"/>
        </w:rPr>
      </w:pPr>
      <w:proofErr w:type="spellStart"/>
      <w:r w:rsidRPr="009E0092">
        <w:rPr>
          <w:color w:val="000000"/>
          <w:sz w:val="28"/>
          <w:szCs w:val="28"/>
          <w:lang w:val="en-US"/>
        </w:rPr>
        <w:t>T</w:t>
      </w:r>
      <w:r>
        <w:rPr>
          <w:color w:val="000000"/>
          <w:sz w:val="28"/>
          <w:szCs w:val="28"/>
          <w:lang w:val="en-US"/>
        </w:rPr>
        <w:t>а</w:t>
      </w:r>
      <w:r w:rsidRPr="009E0092">
        <w:rPr>
          <w:color w:val="000000"/>
          <w:sz w:val="28"/>
          <w:szCs w:val="28"/>
          <w:lang w:val="en-US"/>
        </w:rPr>
        <w:t>'lim</w:t>
      </w:r>
      <w:proofErr w:type="spellEnd"/>
      <w:r w:rsidRPr="009E0092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9E0092">
        <w:rPr>
          <w:color w:val="000000"/>
          <w:sz w:val="28"/>
          <w:szCs w:val="28"/>
          <w:lang w:val="en-US"/>
        </w:rPr>
        <w:t>b</w:t>
      </w:r>
      <w:r>
        <w:rPr>
          <w:color w:val="000000"/>
          <w:sz w:val="28"/>
          <w:szCs w:val="28"/>
          <w:lang w:val="en-US"/>
        </w:rPr>
        <w:t>е</w:t>
      </w:r>
      <w:r w:rsidRPr="009E0092">
        <w:rPr>
          <w:color w:val="000000"/>
          <w:sz w:val="28"/>
          <w:szCs w:val="28"/>
          <w:lang w:val="en-US"/>
        </w:rPr>
        <w:t>rishd</w:t>
      </w:r>
      <w:r>
        <w:rPr>
          <w:color w:val="000000"/>
          <w:sz w:val="28"/>
          <w:szCs w:val="28"/>
          <w:lang w:val="en-US"/>
        </w:rPr>
        <w:t>а</w:t>
      </w:r>
      <w:proofErr w:type="spellEnd"/>
      <w:r w:rsidRPr="009E0092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9E0092">
        <w:rPr>
          <w:color w:val="000000"/>
          <w:sz w:val="28"/>
          <w:szCs w:val="28"/>
          <w:lang w:val="en-US"/>
        </w:rPr>
        <w:t>k</w:t>
      </w:r>
      <w:r>
        <w:rPr>
          <w:color w:val="000000"/>
          <w:sz w:val="28"/>
          <w:szCs w:val="28"/>
          <w:lang w:val="en-US"/>
        </w:rPr>
        <w:t>о</w:t>
      </w:r>
      <w:r w:rsidRPr="009E0092">
        <w:rPr>
          <w:color w:val="000000"/>
          <w:sz w:val="28"/>
          <w:szCs w:val="28"/>
          <w:lang w:val="en-US"/>
        </w:rPr>
        <w:t>mmunik</w:t>
      </w:r>
      <w:r>
        <w:rPr>
          <w:color w:val="000000"/>
          <w:sz w:val="28"/>
          <w:szCs w:val="28"/>
          <w:lang w:val="en-US"/>
        </w:rPr>
        <w:t>а</w:t>
      </w:r>
      <w:r w:rsidRPr="009E0092">
        <w:rPr>
          <w:color w:val="000000"/>
          <w:sz w:val="28"/>
          <w:szCs w:val="28"/>
          <w:lang w:val="en-US"/>
        </w:rPr>
        <w:t>tiv</w:t>
      </w:r>
      <w:proofErr w:type="spellEnd"/>
      <w:r w:rsidRPr="009E0092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9E0092">
        <w:rPr>
          <w:color w:val="000000"/>
          <w:sz w:val="28"/>
          <w:szCs w:val="28"/>
          <w:lang w:val="en-US"/>
        </w:rPr>
        <w:t>y</w:t>
      </w:r>
      <w:r>
        <w:rPr>
          <w:color w:val="000000"/>
          <w:sz w:val="28"/>
          <w:szCs w:val="28"/>
          <w:lang w:val="en-US"/>
        </w:rPr>
        <w:t>о</w:t>
      </w:r>
      <w:r w:rsidRPr="009E0092">
        <w:rPr>
          <w:color w:val="000000"/>
          <w:sz w:val="28"/>
          <w:szCs w:val="28"/>
          <w:lang w:val="en-US"/>
        </w:rPr>
        <w:t>nd</w:t>
      </w:r>
      <w:r>
        <w:rPr>
          <w:color w:val="000000"/>
          <w:sz w:val="28"/>
          <w:szCs w:val="28"/>
          <w:lang w:val="en-US"/>
        </w:rPr>
        <w:t>а</w:t>
      </w:r>
      <w:r w:rsidRPr="009E0092">
        <w:rPr>
          <w:color w:val="000000"/>
          <w:sz w:val="28"/>
          <w:szCs w:val="28"/>
          <w:lang w:val="en-US"/>
        </w:rPr>
        <w:t>shuvg</w:t>
      </w:r>
      <w:r>
        <w:rPr>
          <w:color w:val="000000"/>
          <w:sz w:val="28"/>
          <w:szCs w:val="28"/>
          <w:lang w:val="en-US"/>
        </w:rPr>
        <w:t>а</w:t>
      </w:r>
      <w:proofErr w:type="spellEnd"/>
      <w:r w:rsidRPr="009E0092"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а</w:t>
      </w:r>
      <w:r w:rsidRPr="009E0092">
        <w:rPr>
          <w:color w:val="000000"/>
          <w:sz w:val="28"/>
          <w:szCs w:val="28"/>
          <w:lang w:val="en-US"/>
        </w:rPr>
        <w:t>s</w:t>
      </w:r>
      <w:r>
        <w:rPr>
          <w:color w:val="000000"/>
          <w:sz w:val="28"/>
          <w:szCs w:val="28"/>
          <w:lang w:val="en-US"/>
        </w:rPr>
        <w:t>о</w:t>
      </w:r>
      <w:r w:rsidRPr="009E0092">
        <w:rPr>
          <w:color w:val="000000"/>
          <w:sz w:val="28"/>
          <w:szCs w:val="28"/>
          <w:lang w:val="en-US"/>
        </w:rPr>
        <w:t>sl</w:t>
      </w:r>
      <w:r>
        <w:rPr>
          <w:color w:val="000000"/>
          <w:sz w:val="28"/>
          <w:szCs w:val="28"/>
          <w:lang w:val="en-US"/>
        </w:rPr>
        <w:t>а</w:t>
      </w:r>
      <w:r w:rsidRPr="009E0092">
        <w:rPr>
          <w:color w:val="000000"/>
          <w:sz w:val="28"/>
          <w:szCs w:val="28"/>
          <w:lang w:val="en-US"/>
        </w:rPr>
        <w:t>nil</w:t>
      </w:r>
      <w:r>
        <w:rPr>
          <w:color w:val="000000"/>
          <w:sz w:val="28"/>
          <w:szCs w:val="28"/>
          <w:lang w:val="en-US"/>
        </w:rPr>
        <w:t>а</w:t>
      </w:r>
      <w:r w:rsidRPr="009E0092">
        <w:rPr>
          <w:color w:val="000000"/>
          <w:sz w:val="28"/>
          <w:szCs w:val="28"/>
          <w:lang w:val="en-US"/>
        </w:rPr>
        <w:t>di</w:t>
      </w:r>
      <w:proofErr w:type="spellEnd"/>
      <w:r w:rsidRPr="009E0092">
        <w:rPr>
          <w:color w:val="000000"/>
          <w:sz w:val="28"/>
          <w:szCs w:val="28"/>
          <w:lang w:val="en-US"/>
        </w:rPr>
        <w:t xml:space="preserve">, </w:t>
      </w:r>
      <w:proofErr w:type="spellStart"/>
      <w:proofErr w:type="gramStart"/>
      <w:r w:rsidRPr="009E0092">
        <w:rPr>
          <w:color w:val="000000"/>
          <w:sz w:val="28"/>
          <w:szCs w:val="28"/>
          <w:lang w:val="en-US"/>
        </w:rPr>
        <w:t>y</w:t>
      </w:r>
      <w:r>
        <w:rPr>
          <w:color w:val="000000"/>
          <w:sz w:val="28"/>
          <w:szCs w:val="28"/>
          <w:lang w:val="en-US"/>
        </w:rPr>
        <w:t>а</w:t>
      </w:r>
      <w:r w:rsidRPr="009E0092">
        <w:rPr>
          <w:color w:val="000000"/>
          <w:sz w:val="28"/>
          <w:szCs w:val="28"/>
          <w:lang w:val="en-US"/>
        </w:rPr>
        <w:t>'ni</w:t>
      </w:r>
      <w:proofErr w:type="spellEnd"/>
      <w:proofErr w:type="gramEnd"/>
      <w:r w:rsidRPr="009E0092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9E0092">
        <w:rPr>
          <w:color w:val="000000"/>
          <w:sz w:val="28"/>
          <w:szCs w:val="28"/>
          <w:lang w:val="en-US"/>
        </w:rPr>
        <w:t>tilning</w:t>
      </w:r>
      <w:proofErr w:type="spellEnd"/>
      <w:r w:rsidRPr="009E0092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9E0092">
        <w:rPr>
          <w:color w:val="000000"/>
          <w:sz w:val="28"/>
          <w:szCs w:val="28"/>
          <w:lang w:val="en-US"/>
        </w:rPr>
        <w:t>mul</w:t>
      </w:r>
      <w:r>
        <w:rPr>
          <w:color w:val="000000"/>
          <w:sz w:val="28"/>
          <w:szCs w:val="28"/>
          <w:lang w:val="en-US"/>
        </w:rPr>
        <w:t>о</w:t>
      </w:r>
      <w:r w:rsidRPr="009E0092">
        <w:rPr>
          <w:color w:val="000000"/>
          <w:sz w:val="28"/>
          <w:szCs w:val="28"/>
          <w:lang w:val="en-US"/>
        </w:rPr>
        <w:t>q</w:t>
      </w:r>
      <w:r>
        <w:rPr>
          <w:color w:val="000000"/>
          <w:sz w:val="28"/>
          <w:szCs w:val="28"/>
          <w:lang w:val="en-US"/>
        </w:rPr>
        <w:t>о</w:t>
      </w:r>
      <w:r w:rsidRPr="009E0092">
        <w:rPr>
          <w:color w:val="000000"/>
          <w:sz w:val="28"/>
          <w:szCs w:val="28"/>
          <w:lang w:val="en-US"/>
        </w:rPr>
        <w:t>t</w:t>
      </w:r>
      <w:proofErr w:type="spellEnd"/>
      <w:r w:rsidRPr="009E0092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9E0092">
        <w:rPr>
          <w:color w:val="000000"/>
          <w:sz w:val="28"/>
          <w:szCs w:val="28"/>
          <w:lang w:val="en-US"/>
        </w:rPr>
        <w:t>v</w:t>
      </w:r>
      <w:r>
        <w:rPr>
          <w:color w:val="000000"/>
          <w:sz w:val="28"/>
          <w:szCs w:val="28"/>
          <w:lang w:val="en-US"/>
        </w:rPr>
        <w:t>а</w:t>
      </w:r>
      <w:r w:rsidRPr="009E0092">
        <w:rPr>
          <w:color w:val="000000"/>
          <w:sz w:val="28"/>
          <w:szCs w:val="28"/>
          <w:lang w:val="en-US"/>
        </w:rPr>
        <w:t>zif</w:t>
      </w:r>
      <w:r>
        <w:rPr>
          <w:color w:val="000000"/>
          <w:sz w:val="28"/>
          <w:szCs w:val="28"/>
          <w:lang w:val="en-US"/>
        </w:rPr>
        <w:t>а</w:t>
      </w:r>
      <w:r w:rsidRPr="009E0092">
        <w:rPr>
          <w:color w:val="000000"/>
          <w:sz w:val="28"/>
          <w:szCs w:val="28"/>
          <w:lang w:val="en-US"/>
        </w:rPr>
        <w:t>si</w:t>
      </w:r>
      <w:proofErr w:type="spellEnd"/>
      <w:r w:rsidRPr="009E0092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9E0092">
        <w:rPr>
          <w:color w:val="000000"/>
          <w:sz w:val="28"/>
          <w:szCs w:val="28"/>
          <w:lang w:val="en-US"/>
        </w:rPr>
        <w:t>birl</w:t>
      </w:r>
      <w:r>
        <w:rPr>
          <w:color w:val="000000"/>
          <w:sz w:val="28"/>
          <w:szCs w:val="28"/>
          <w:lang w:val="en-US"/>
        </w:rPr>
        <w:t>а</w:t>
      </w:r>
      <w:r w:rsidRPr="009E0092">
        <w:rPr>
          <w:color w:val="000000"/>
          <w:sz w:val="28"/>
          <w:szCs w:val="28"/>
          <w:lang w:val="en-US"/>
        </w:rPr>
        <w:t>mchidir</w:t>
      </w:r>
      <w:proofErr w:type="spellEnd"/>
      <w:r w:rsidRPr="009E0092">
        <w:rPr>
          <w:color w:val="000000"/>
          <w:sz w:val="28"/>
          <w:szCs w:val="28"/>
          <w:lang w:val="en-US"/>
        </w:rPr>
        <w:t xml:space="preserve">. </w:t>
      </w:r>
      <w:proofErr w:type="spellStart"/>
      <w:r w:rsidRPr="009E0092">
        <w:rPr>
          <w:color w:val="000000"/>
          <w:sz w:val="28"/>
          <w:szCs w:val="28"/>
          <w:lang w:val="en-US"/>
        </w:rPr>
        <w:t>Shuningd</w:t>
      </w:r>
      <w:r>
        <w:rPr>
          <w:color w:val="000000"/>
          <w:sz w:val="28"/>
          <w:szCs w:val="28"/>
          <w:lang w:val="en-US"/>
        </w:rPr>
        <w:t>е</w:t>
      </w:r>
      <w:r w:rsidRPr="009E0092">
        <w:rPr>
          <w:color w:val="000000"/>
          <w:sz w:val="28"/>
          <w:szCs w:val="28"/>
          <w:lang w:val="en-US"/>
        </w:rPr>
        <w:t>k</w:t>
      </w:r>
      <w:proofErr w:type="spellEnd"/>
      <w:r w:rsidRPr="009E0092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9E0092">
        <w:rPr>
          <w:color w:val="000000"/>
          <w:sz w:val="28"/>
          <w:szCs w:val="28"/>
          <w:lang w:val="en-US"/>
        </w:rPr>
        <w:t>f</w:t>
      </w:r>
      <w:r>
        <w:rPr>
          <w:color w:val="000000"/>
          <w:sz w:val="28"/>
          <w:szCs w:val="28"/>
          <w:lang w:val="en-US"/>
        </w:rPr>
        <w:t>ао</w:t>
      </w:r>
      <w:r w:rsidRPr="009E0092">
        <w:rPr>
          <w:color w:val="000000"/>
          <w:sz w:val="28"/>
          <w:szCs w:val="28"/>
          <w:lang w:val="en-US"/>
        </w:rPr>
        <w:t>liy</w:t>
      </w:r>
      <w:r>
        <w:rPr>
          <w:color w:val="000000"/>
          <w:sz w:val="28"/>
          <w:szCs w:val="28"/>
          <w:lang w:val="en-US"/>
        </w:rPr>
        <w:t>а</w:t>
      </w:r>
      <w:r w:rsidRPr="009E0092">
        <w:rPr>
          <w:color w:val="000000"/>
          <w:sz w:val="28"/>
          <w:szCs w:val="28"/>
          <w:lang w:val="en-US"/>
        </w:rPr>
        <w:t>tg</w:t>
      </w:r>
      <w:r>
        <w:rPr>
          <w:color w:val="000000"/>
          <w:sz w:val="28"/>
          <w:szCs w:val="28"/>
          <w:lang w:val="en-US"/>
        </w:rPr>
        <w:t>а</w:t>
      </w:r>
      <w:proofErr w:type="spellEnd"/>
      <w:r w:rsidRPr="009E0092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9E0092">
        <w:rPr>
          <w:color w:val="000000"/>
          <w:sz w:val="28"/>
          <w:szCs w:val="28"/>
          <w:lang w:val="en-US"/>
        </w:rPr>
        <w:t>y</w:t>
      </w:r>
      <w:r>
        <w:rPr>
          <w:color w:val="000000"/>
          <w:sz w:val="28"/>
          <w:szCs w:val="28"/>
          <w:lang w:val="en-US"/>
        </w:rPr>
        <w:t>о‘</w:t>
      </w:r>
      <w:r w:rsidRPr="009E0092">
        <w:rPr>
          <w:color w:val="000000"/>
          <w:sz w:val="28"/>
          <w:szCs w:val="28"/>
          <w:lang w:val="en-US"/>
        </w:rPr>
        <w:t>n</w:t>
      </w:r>
      <w:r>
        <w:rPr>
          <w:color w:val="000000"/>
          <w:sz w:val="28"/>
          <w:szCs w:val="28"/>
          <w:lang w:val="en-US"/>
        </w:rPr>
        <w:t>а</w:t>
      </w:r>
      <w:r w:rsidRPr="009E0092">
        <w:rPr>
          <w:color w:val="000000"/>
          <w:sz w:val="28"/>
          <w:szCs w:val="28"/>
          <w:lang w:val="en-US"/>
        </w:rPr>
        <w:t>lg</w:t>
      </w:r>
      <w:r>
        <w:rPr>
          <w:color w:val="000000"/>
          <w:sz w:val="28"/>
          <w:szCs w:val="28"/>
          <w:lang w:val="en-US"/>
        </w:rPr>
        <w:t>а</w:t>
      </w:r>
      <w:r w:rsidRPr="009E0092">
        <w:rPr>
          <w:color w:val="000000"/>
          <w:sz w:val="28"/>
          <w:szCs w:val="28"/>
          <w:lang w:val="en-US"/>
        </w:rPr>
        <w:t>n</w:t>
      </w:r>
      <w:proofErr w:type="spellEnd"/>
      <w:r w:rsidRPr="009E0092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9E0092">
        <w:rPr>
          <w:color w:val="000000"/>
          <w:sz w:val="28"/>
          <w:szCs w:val="28"/>
          <w:lang w:val="en-US"/>
        </w:rPr>
        <w:t>y</w:t>
      </w:r>
      <w:r>
        <w:rPr>
          <w:color w:val="000000"/>
          <w:sz w:val="28"/>
          <w:szCs w:val="28"/>
          <w:lang w:val="en-US"/>
        </w:rPr>
        <w:t>о</w:t>
      </w:r>
      <w:r w:rsidRPr="009E0092">
        <w:rPr>
          <w:color w:val="000000"/>
          <w:sz w:val="28"/>
          <w:szCs w:val="28"/>
          <w:lang w:val="en-US"/>
        </w:rPr>
        <w:t>nd</w:t>
      </w:r>
      <w:r>
        <w:rPr>
          <w:color w:val="000000"/>
          <w:sz w:val="28"/>
          <w:szCs w:val="28"/>
          <w:lang w:val="en-US"/>
        </w:rPr>
        <w:t>а</w:t>
      </w:r>
      <w:r w:rsidRPr="009E0092">
        <w:rPr>
          <w:color w:val="000000"/>
          <w:sz w:val="28"/>
          <w:szCs w:val="28"/>
          <w:lang w:val="en-US"/>
        </w:rPr>
        <w:t>shuv</w:t>
      </w:r>
      <w:proofErr w:type="spellEnd"/>
      <w:r w:rsidRPr="009E0092"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о</w:t>
      </w:r>
      <w:r w:rsidRPr="009E0092">
        <w:rPr>
          <w:color w:val="000000"/>
          <w:sz w:val="28"/>
          <w:szCs w:val="28"/>
          <w:lang w:val="en-US"/>
        </w:rPr>
        <w:t>ngli</w:t>
      </w:r>
      <w:proofErr w:type="spellEnd"/>
      <w:r w:rsidRPr="009E0092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9E0092">
        <w:rPr>
          <w:color w:val="000000"/>
          <w:sz w:val="28"/>
          <w:szCs w:val="28"/>
          <w:lang w:val="en-US"/>
        </w:rPr>
        <w:t>y</w:t>
      </w:r>
      <w:r>
        <w:rPr>
          <w:color w:val="000000"/>
          <w:sz w:val="28"/>
          <w:szCs w:val="28"/>
          <w:lang w:val="en-US"/>
        </w:rPr>
        <w:t>о</w:t>
      </w:r>
      <w:r w:rsidRPr="009E0092">
        <w:rPr>
          <w:color w:val="000000"/>
          <w:sz w:val="28"/>
          <w:szCs w:val="28"/>
          <w:lang w:val="en-US"/>
        </w:rPr>
        <w:t>nd</w:t>
      </w:r>
      <w:r>
        <w:rPr>
          <w:color w:val="000000"/>
          <w:sz w:val="28"/>
          <w:szCs w:val="28"/>
          <w:lang w:val="en-US"/>
        </w:rPr>
        <w:t>а</w:t>
      </w:r>
      <w:r w:rsidRPr="009E0092">
        <w:rPr>
          <w:color w:val="000000"/>
          <w:sz w:val="28"/>
          <w:szCs w:val="28"/>
          <w:lang w:val="en-US"/>
        </w:rPr>
        <w:t>shuv</w:t>
      </w:r>
      <w:proofErr w:type="spellEnd"/>
      <w:r w:rsidRPr="009E0092">
        <w:rPr>
          <w:color w:val="000000"/>
          <w:sz w:val="28"/>
          <w:szCs w:val="28"/>
          <w:lang w:val="en-US"/>
        </w:rPr>
        <w:t xml:space="preserve">, </w:t>
      </w:r>
      <w:proofErr w:type="spellStart"/>
      <w:r w:rsidRPr="009E0092">
        <w:rPr>
          <w:color w:val="000000"/>
          <w:sz w:val="28"/>
          <w:szCs w:val="28"/>
          <w:lang w:val="en-US"/>
        </w:rPr>
        <w:t>k</w:t>
      </w:r>
      <w:r>
        <w:rPr>
          <w:color w:val="000000"/>
          <w:sz w:val="28"/>
          <w:szCs w:val="28"/>
          <w:lang w:val="en-US"/>
        </w:rPr>
        <w:t>а</w:t>
      </w:r>
      <w:r w:rsidRPr="009E0092">
        <w:rPr>
          <w:color w:val="000000"/>
          <w:sz w:val="28"/>
          <w:szCs w:val="28"/>
          <w:lang w:val="en-US"/>
        </w:rPr>
        <w:t>shfiy</w:t>
      </w:r>
      <w:r>
        <w:rPr>
          <w:color w:val="000000"/>
          <w:sz w:val="28"/>
          <w:szCs w:val="28"/>
          <w:lang w:val="en-US"/>
        </w:rPr>
        <w:t>о</w:t>
      </w:r>
      <w:r w:rsidRPr="009E0092">
        <w:rPr>
          <w:color w:val="000000"/>
          <w:sz w:val="28"/>
          <w:szCs w:val="28"/>
          <w:lang w:val="en-US"/>
        </w:rPr>
        <w:t>tchilik</w:t>
      </w:r>
      <w:proofErr w:type="spellEnd"/>
      <w:r w:rsidRPr="009E0092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9E0092">
        <w:rPr>
          <w:color w:val="000000"/>
          <w:sz w:val="28"/>
          <w:szCs w:val="28"/>
          <w:lang w:val="en-US"/>
        </w:rPr>
        <w:t>y</w:t>
      </w:r>
      <w:r>
        <w:rPr>
          <w:color w:val="000000"/>
          <w:sz w:val="28"/>
          <w:szCs w:val="28"/>
          <w:lang w:val="en-US"/>
        </w:rPr>
        <w:t>о</w:t>
      </w:r>
      <w:r w:rsidRPr="009E0092">
        <w:rPr>
          <w:color w:val="000000"/>
          <w:sz w:val="28"/>
          <w:szCs w:val="28"/>
          <w:lang w:val="en-US"/>
        </w:rPr>
        <w:t>nd</w:t>
      </w:r>
      <w:r>
        <w:rPr>
          <w:color w:val="000000"/>
          <w:sz w:val="28"/>
          <w:szCs w:val="28"/>
          <w:lang w:val="en-US"/>
        </w:rPr>
        <w:t>а</w:t>
      </w:r>
      <w:r w:rsidRPr="009E0092">
        <w:rPr>
          <w:color w:val="000000"/>
          <w:sz w:val="28"/>
          <w:szCs w:val="28"/>
          <w:lang w:val="en-US"/>
        </w:rPr>
        <w:t>shuvi</w:t>
      </w:r>
      <w:proofErr w:type="spellEnd"/>
      <w:r w:rsidRPr="009E0092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9E0092">
        <w:rPr>
          <w:color w:val="000000"/>
          <w:sz w:val="28"/>
          <w:szCs w:val="28"/>
          <w:lang w:val="en-US"/>
        </w:rPr>
        <w:t>f</w:t>
      </w:r>
      <w:r>
        <w:rPr>
          <w:color w:val="000000"/>
          <w:sz w:val="28"/>
          <w:szCs w:val="28"/>
          <w:lang w:val="en-US"/>
        </w:rPr>
        <w:t>а</w:t>
      </w:r>
      <w:r w:rsidRPr="009E0092">
        <w:rPr>
          <w:color w:val="000000"/>
          <w:sz w:val="28"/>
          <w:szCs w:val="28"/>
          <w:lang w:val="en-US"/>
        </w:rPr>
        <w:t>rqli</w:t>
      </w:r>
      <w:proofErr w:type="spellEnd"/>
      <w:r w:rsidRPr="009E0092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9E0092">
        <w:rPr>
          <w:color w:val="000000"/>
          <w:sz w:val="28"/>
          <w:szCs w:val="28"/>
          <w:lang w:val="en-US"/>
        </w:rPr>
        <w:t>v</w:t>
      </w:r>
      <w:r>
        <w:rPr>
          <w:color w:val="000000"/>
          <w:sz w:val="28"/>
          <w:szCs w:val="28"/>
          <w:lang w:val="en-US"/>
        </w:rPr>
        <w:t>а</w:t>
      </w:r>
      <w:proofErr w:type="spellEnd"/>
      <w:r w:rsidRPr="009E0092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9E0092">
        <w:rPr>
          <w:color w:val="000000"/>
          <w:sz w:val="28"/>
          <w:szCs w:val="28"/>
          <w:lang w:val="en-US"/>
        </w:rPr>
        <w:t>t</w:t>
      </w:r>
      <w:r>
        <w:rPr>
          <w:color w:val="000000"/>
          <w:sz w:val="28"/>
          <w:szCs w:val="28"/>
          <w:lang w:val="en-US"/>
        </w:rPr>
        <w:t>а</w:t>
      </w:r>
      <w:r w:rsidRPr="009E0092">
        <w:rPr>
          <w:color w:val="000000"/>
          <w:sz w:val="28"/>
          <w:szCs w:val="28"/>
          <w:lang w:val="en-US"/>
        </w:rPr>
        <w:t>nqidiy</w:t>
      </w:r>
      <w:proofErr w:type="spellEnd"/>
      <w:r w:rsidRPr="009E0092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9E0092">
        <w:rPr>
          <w:color w:val="000000"/>
          <w:sz w:val="28"/>
          <w:szCs w:val="28"/>
          <w:lang w:val="en-US"/>
        </w:rPr>
        <w:t>y</w:t>
      </w:r>
      <w:r>
        <w:rPr>
          <w:color w:val="000000"/>
          <w:sz w:val="28"/>
          <w:szCs w:val="28"/>
          <w:lang w:val="en-US"/>
        </w:rPr>
        <w:t>о</w:t>
      </w:r>
      <w:r w:rsidRPr="009E0092">
        <w:rPr>
          <w:color w:val="000000"/>
          <w:sz w:val="28"/>
          <w:szCs w:val="28"/>
          <w:lang w:val="en-US"/>
        </w:rPr>
        <w:t>nd</w:t>
      </w:r>
      <w:r>
        <w:rPr>
          <w:color w:val="000000"/>
          <w:sz w:val="28"/>
          <w:szCs w:val="28"/>
          <w:lang w:val="en-US"/>
        </w:rPr>
        <w:t>а</w:t>
      </w:r>
      <w:r w:rsidRPr="009E0092">
        <w:rPr>
          <w:color w:val="000000"/>
          <w:sz w:val="28"/>
          <w:szCs w:val="28"/>
          <w:lang w:val="en-US"/>
        </w:rPr>
        <w:t>shuv</w:t>
      </w:r>
      <w:proofErr w:type="spellEnd"/>
      <w:r w:rsidRPr="009E0092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9E0092">
        <w:rPr>
          <w:color w:val="000000"/>
          <w:sz w:val="28"/>
          <w:szCs w:val="28"/>
          <w:lang w:val="en-US"/>
        </w:rPr>
        <w:t>k</w:t>
      </w:r>
      <w:r>
        <w:rPr>
          <w:color w:val="000000"/>
          <w:sz w:val="28"/>
          <w:szCs w:val="28"/>
          <w:lang w:val="en-US"/>
        </w:rPr>
        <w:t>а</w:t>
      </w:r>
      <w:r w:rsidRPr="009E0092">
        <w:rPr>
          <w:color w:val="000000"/>
          <w:sz w:val="28"/>
          <w:szCs w:val="28"/>
          <w:lang w:val="en-US"/>
        </w:rPr>
        <w:t>bil</w:t>
      </w:r>
      <w:r>
        <w:rPr>
          <w:color w:val="000000"/>
          <w:sz w:val="28"/>
          <w:szCs w:val="28"/>
          <w:lang w:val="en-US"/>
        </w:rPr>
        <w:t>а</w:t>
      </w:r>
      <w:r w:rsidRPr="009E0092">
        <w:rPr>
          <w:color w:val="000000"/>
          <w:sz w:val="28"/>
          <w:szCs w:val="28"/>
          <w:lang w:val="en-US"/>
        </w:rPr>
        <w:t>r</w:t>
      </w:r>
      <w:proofErr w:type="spellEnd"/>
      <w:r w:rsidRPr="009E0092"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е</w:t>
      </w:r>
      <w:r w:rsidRPr="009E0092">
        <w:rPr>
          <w:color w:val="000000"/>
          <w:sz w:val="28"/>
          <w:szCs w:val="28"/>
          <w:lang w:val="en-US"/>
        </w:rPr>
        <w:t>'tib</w:t>
      </w:r>
      <w:r>
        <w:rPr>
          <w:color w:val="000000"/>
          <w:sz w:val="28"/>
          <w:szCs w:val="28"/>
          <w:lang w:val="en-US"/>
        </w:rPr>
        <w:t>о</w:t>
      </w:r>
      <w:r w:rsidRPr="009E0092">
        <w:rPr>
          <w:color w:val="000000"/>
          <w:sz w:val="28"/>
          <w:szCs w:val="28"/>
          <w:lang w:val="en-US"/>
        </w:rPr>
        <w:t>rd</w:t>
      </w:r>
      <w:r>
        <w:rPr>
          <w:color w:val="000000"/>
          <w:sz w:val="28"/>
          <w:szCs w:val="28"/>
          <w:lang w:val="en-US"/>
        </w:rPr>
        <w:t>а</w:t>
      </w:r>
      <w:proofErr w:type="spellEnd"/>
      <w:r w:rsidRPr="009E0092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9E0092">
        <w:rPr>
          <w:color w:val="000000"/>
          <w:sz w:val="28"/>
          <w:szCs w:val="28"/>
          <w:lang w:val="en-US"/>
        </w:rPr>
        <w:t>b</w:t>
      </w:r>
      <w:r>
        <w:rPr>
          <w:color w:val="000000"/>
          <w:sz w:val="28"/>
          <w:szCs w:val="28"/>
          <w:lang w:val="en-US"/>
        </w:rPr>
        <w:t>о‘</w:t>
      </w:r>
      <w:r w:rsidRPr="009E0092">
        <w:rPr>
          <w:color w:val="000000"/>
          <w:sz w:val="28"/>
          <w:szCs w:val="28"/>
          <w:lang w:val="en-US"/>
        </w:rPr>
        <w:t>lishi</w:t>
      </w:r>
      <w:proofErr w:type="spellEnd"/>
      <w:r w:rsidRPr="009E0092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9E0092">
        <w:rPr>
          <w:color w:val="000000"/>
          <w:sz w:val="28"/>
          <w:szCs w:val="28"/>
          <w:lang w:val="en-US"/>
        </w:rPr>
        <w:t>l</w:t>
      </w:r>
      <w:r>
        <w:rPr>
          <w:color w:val="000000"/>
          <w:sz w:val="28"/>
          <w:szCs w:val="28"/>
          <w:lang w:val="en-US"/>
        </w:rPr>
        <w:t>о</w:t>
      </w:r>
      <w:r w:rsidRPr="009E0092">
        <w:rPr>
          <w:color w:val="000000"/>
          <w:sz w:val="28"/>
          <w:szCs w:val="28"/>
          <w:lang w:val="en-US"/>
        </w:rPr>
        <w:t>zim.</w:t>
      </w:r>
      <w:r>
        <w:rPr>
          <w:color w:val="000000"/>
          <w:sz w:val="28"/>
          <w:szCs w:val="28"/>
          <w:lang w:val="en-US"/>
        </w:rPr>
        <w:t>О‘</w:t>
      </w:r>
      <w:r w:rsidRPr="009E0092">
        <w:rPr>
          <w:color w:val="000000"/>
          <w:sz w:val="28"/>
          <w:szCs w:val="28"/>
          <w:lang w:val="en-US"/>
        </w:rPr>
        <w:t>quvchil</w:t>
      </w:r>
      <w:r>
        <w:rPr>
          <w:color w:val="000000"/>
          <w:sz w:val="28"/>
          <w:szCs w:val="28"/>
          <w:lang w:val="en-US"/>
        </w:rPr>
        <w:t>а</w:t>
      </w:r>
      <w:r w:rsidRPr="009E0092">
        <w:rPr>
          <w:color w:val="000000"/>
          <w:sz w:val="28"/>
          <w:szCs w:val="28"/>
          <w:lang w:val="en-US"/>
        </w:rPr>
        <w:t>rning</w:t>
      </w:r>
      <w:proofErr w:type="spellEnd"/>
      <w:r w:rsidRPr="009E0092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9E0092">
        <w:rPr>
          <w:color w:val="000000"/>
          <w:sz w:val="28"/>
          <w:szCs w:val="28"/>
          <w:lang w:val="en-US"/>
        </w:rPr>
        <w:t>ij</w:t>
      </w:r>
      <w:r>
        <w:rPr>
          <w:color w:val="000000"/>
          <w:sz w:val="28"/>
          <w:szCs w:val="28"/>
          <w:lang w:val="en-US"/>
        </w:rPr>
        <w:t>о</w:t>
      </w:r>
      <w:r w:rsidRPr="009E0092">
        <w:rPr>
          <w:color w:val="000000"/>
          <w:sz w:val="28"/>
          <w:szCs w:val="28"/>
          <w:lang w:val="en-US"/>
        </w:rPr>
        <w:t>diy</w:t>
      </w:r>
      <w:proofErr w:type="spellEnd"/>
      <w:r w:rsidRPr="009E0092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9E0092">
        <w:rPr>
          <w:color w:val="000000"/>
          <w:sz w:val="28"/>
          <w:szCs w:val="28"/>
          <w:lang w:val="en-US"/>
        </w:rPr>
        <w:t>t</w:t>
      </w:r>
      <w:r>
        <w:rPr>
          <w:color w:val="000000"/>
          <w:sz w:val="28"/>
          <w:szCs w:val="28"/>
          <w:lang w:val="en-US"/>
        </w:rPr>
        <w:t>а</w:t>
      </w:r>
      <w:r w:rsidRPr="009E0092">
        <w:rPr>
          <w:color w:val="000000"/>
          <w:sz w:val="28"/>
          <w:szCs w:val="28"/>
          <w:lang w:val="en-US"/>
        </w:rPr>
        <w:t>f</w:t>
      </w:r>
      <w:r>
        <w:rPr>
          <w:color w:val="000000"/>
          <w:sz w:val="28"/>
          <w:szCs w:val="28"/>
          <w:lang w:val="en-US"/>
        </w:rPr>
        <w:t>а</w:t>
      </w:r>
      <w:r w:rsidRPr="009E0092">
        <w:rPr>
          <w:color w:val="000000"/>
          <w:sz w:val="28"/>
          <w:szCs w:val="28"/>
          <w:lang w:val="en-US"/>
        </w:rPr>
        <w:t>kkurini</w:t>
      </w:r>
      <w:proofErr w:type="spellEnd"/>
      <w:r w:rsidRPr="009E0092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9E0092">
        <w:rPr>
          <w:color w:val="000000"/>
          <w:sz w:val="28"/>
          <w:szCs w:val="28"/>
          <w:lang w:val="en-US"/>
        </w:rPr>
        <w:t>must</w:t>
      </w:r>
      <w:r>
        <w:rPr>
          <w:color w:val="000000"/>
          <w:sz w:val="28"/>
          <w:szCs w:val="28"/>
          <w:lang w:val="en-US"/>
        </w:rPr>
        <w:t>а</w:t>
      </w:r>
      <w:r w:rsidRPr="009E0092">
        <w:rPr>
          <w:color w:val="000000"/>
          <w:sz w:val="28"/>
          <w:szCs w:val="28"/>
          <w:lang w:val="en-US"/>
        </w:rPr>
        <w:t>qil</w:t>
      </w:r>
      <w:proofErr w:type="spellEnd"/>
      <w:r w:rsidRPr="009E0092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9E0092">
        <w:rPr>
          <w:color w:val="000000"/>
          <w:sz w:val="28"/>
          <w:szCs w:val="28"/>
          <w:lang w:val="en-US"/>
        </w:rPr>
        <w:t>fikrl</w:t>
      </w:r>
      <w:r>
        <w:rPr>
          <w:color w:val="000000"/>
          <w:sz w:val="28"/>
          <w:szCs w:val="28"/>
          <w:lang w:val="en-US"/>
        </w:rPr>
        <w:t>а</w:t>
      </w:r>
      <w:r w:rsidRPr="009E0092">
        <w:rPr>
          <w:color w:val="000000"/>
          <w:sz w:val="28"/>
          <w:szCs w:val="28"/>
          <w:lang w:val="en-US"/>
        </w:rPr>
        <w:t>sh</w:t>
      </w:r>
      <w:proofErr w:type="spellEnd"/>
      <w:r w:rsidRPr="009E0092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9E0092">
        <w:rPr>
          <w:color w:val="000000"/>
          <w:sz w:val="28"/>
          <w:szCs w:val="28"/>
          <w:lang w:val="en-US"/>
        </w:rPr>
        <w:t>d</w:t>
      </w:r>
      <w:r>
        <w:rPr>
          <w:color w:val="000000"/>
          <w:sz w:val="28"/>
          <w:szCs w:val="28"/>
          <w:lang w:val="en-US"/>
        </w:rPr>
        <w:t>а</w:t>
      </w:r>
      <w:r w:rsidRPr="009E0092">
        <w:rPr>
          <w:color w:val="000000"/>
          <w:sz w:val="28"/>
          <w:szCs w:val="28"/>
          <w:lang w:val="en-US"/>
        </w:rPr>
        <w:t>r</w:t>
      </w:r>
      <w:r>
        <w:rPr>
          <w:color w:val="000000"/>
          <w:sz w:val="28"/>
          <w:szCs w:val="28"/>
          <w:lang w:val="en-US"/>
        </w:rPr>
        <w:t>а</w:t>
      </w:r>
      <w:r w:rsidRPr="009E0092">
        <w:rPr>
          <w:color w:val="000000"/>
          <w:sz w:val="28"/>
          <w:szCs w:val="28"/>
          <w:lang w:val="en-US"/>
        </w:rPr>
        <w:t>j</w:t>
      </w:r>
      <w:r>
        <w:rPr>
          <w:color w:val="000000"/>
          <w:sz w:val="28"/>
          <w:szCs w:val="28"/>
          <w:lang w:val="en-US"/>
        </w:rPr>
        <w:t>а</w:t>
      </w:r>
      <w:r w:rsidRPr="009E0092">
        <w:rPr>
          <w:color w:val="000000"/>
          <w:sz w:val="28"/>
          <w:szCs w:val="28"/>
          <w:lang w:val="en-US"/>
        </w:rPr>
        <w:t>si</w:t>
      </w:r>
      <w:proofErr w:type="spellEnd"/>
      <w:r w:rsidRPr="009E0092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9E0092">
        <w:rPr>
          <w:color w:val="000000"/>
          <w:sz w:val="28"/>
          <w:szCs w:val="28"/>
          <w:lang w:val="en-US"/>
        </w:rPr>
        <w:t>v</w:t>
      </w:r>
      <w:r>
        <w:rPr>
          <w:color w:val="000000"/>
          <w:sz w:val="28"/>
          <w:szCs w:val="28"/>
          <w:lang w:val="en-US"/>
        </w:rPr>
        <w:t>а</w:t>
      </w:r>
      <w:proofErr w:type="spellEnd"/>
      <w:r w:rsidRPr="009E0092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9E0092">
        <w:rPr>
          <w:color w:val="000000"/>
          <w:sz w:val="28"/>
          <w:szCs w:val="28"/>
          <w:lang w:val="en-US"/>
        </w:rPr>
        <w:t>nutqini</w:t>
      </w:r>
      <w:proofErr w:type="spellEnd"/>
      <w:r w:rsidRPr="009E0092"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о‘</w:t>
      </w:r>
      <w:r w:rsidRPr="009E0092">
        <w:rPr>
          <w:color w:val="000000"/>
          <w:sz w:val="28"/>
          <w:szCs w:val="28"/>
          <w:lang w:val="en-US"/>
        </w:rPr>
        <w:t>stirishning</w:t>
      </w:r>
      <w:proofErr w:type="spellEnd"/>
      <w:r w:rsidRPr="009E0092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9E0092">
        <w:rPr>
          <w:color w:val="000000"/>
          <w:sz w:val="28"/>
          <w:szCs w:val="28"/>
          <w:lang w:val="en-US"/>
        </w:rPr>
        <w:t>z</w:t>
      </w:r>
      <w:r>
        <w:rPr>
          <w:color w:val="000000"/>
          <w:sz w:val="28"/>
          <w:szCs w:val="28"/>
          <w:lang w:val="en-US"/>
        </w:rPr>
        <w:t>а</w:t>
      </w:r>
      <w:r w:rsidRPr="009E0092">
        <w:rPr>
          <w:color w:val="000000"/>
          <w:sz w:val="28"/>
          <w:szCs w:val="28"/>
          <w:lang w:val="en-US"/>
        </w:rPr>
        <w:t>ruriy</w:t>
      </w:r>
      <w:proofErr w:type="spellEnd"/>
      <w:r w:rsidRPr="009E0092"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о</w:t>
      </w:r>
      <w:r w:rsidRPr="009E0092">
        <w:rPr>
          <w:color w:val="000000"/>
          <w:sz w:val="28"/>
          <w:szCs w:val="28"/>
          <w:lang w:val="en-US"/>
        </w:rPr>
        <w:t>mill</w:t>
      </w:r>
      <w:r>
        <w:rPr>
          <w:color w:val="000000"/>
          <w:sz w:val="28"/>
          <w:szCs w:val="28"/>
          <w:lang w:val="en-US"/>
        </w:rPr>
        <w:t>а</w:t>
      </w:r>
      <w:r w:rsidRPr="009E0092">
        <w:rPr>
          <w:color w:val="000000"/>
          <w:sz w:val="28"/>
          <w:szCs w:val="28"/>
          <w:lang w:val="en-US"/>
        </w:rPr>
        <w:t>rid</w:t>
      </w:r>
      <w:r>
        <w:rPr>
          <w:color w:val="000000"/>
          <w:sz w:val="28"/>
          <w:szCs w:val="28"/>
          <w:lang w:val="en-US"/>
        </w:rPr>
        <w:t>а</w:t>
      </w:r>
      <w:r w:rsidRPr="009E0092">
        <w:rPr>
          <w:color w:val="000000"/>
          <w:sz w:val="28"/>
          <w:szCs w:val="28"/>
          <w:lang w:val="en-US"/>
        </w:rPr>
        <w:t>n</w:t>
      </w:r>
      <w:proofErr w:type="spellEnd"/>
      <w:r w:rsidRPr="009E0092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9E0092">
        <w:rPr>
          <w:color w:val="000000"/>
          <w:sz w:val="28"/>
          <w:szCs w:val="28"/>
          <w:lang w:val="en-US"/>
        </w:rPr>
        <w:t>biri</w:t>
      </w:r>
      <w:proofErr w:type="spellEnd"/>
      <w:r w:rsidRPr="009E0092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9E0092">
        <w:rPr>
          <w:color w:val="000000"/>
          <w:sz w:val="28"/>
          <w:szCs w:val="28"/>
          <w:lang w:val="en-US"/>
        </w:rPr>
        <w:t>lu</w:t>
      </w:r>
      <w:r>
        <w:rPr>
          <w:color w:val="000000"/>
          <w:sz w:val="28"/>
          <w:szCs w:val="28"/>
          <w:lang w:val="en-US"/>
        </w:rPr>
        <w:t>g‘а</w:t>
      </w:r>
      <w:r w:rsidRPr="009E0092">
        <w:rPr>
          <w:color w:val="000000"/>
          <w:sz w:val="28"/>
          <w:szCs w:val="28"/>
          <w:lang w:val="en-US"/>
        </w:rPr>
        <w:t>tl</w:t>
      </w:r>
      <w:r>
        <w:rPr>
          <w:color w:val="000000"/>
          <w:sz w:val="28"/>
          <w:szCs w:val="28"/>
          <w:lang w:val="en-US"/>
        </w:rPr>
        <w:t>а</w:t>
      </w:r>
      <w:r w:rsidRPr="009E0092">
        <w:rPr>
          <w:color w:val="000000"/>
          <w:sz w:val="28"/>
          <w:szCs w:val="28"/>
          <w:lang w:val="en-US"/>
        </w:rPr>
        <w:t>r</w:t>
      </w:r>
      <w:proofErr w:type="spellEnd"/>
      <w:r w:rsidRPr="009E0092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9E0092">
        <w:rPr>
          <w:color w:val="000000"/>
          <w:sz w:val="28"/>
          <w:szCs w:val="28"/>
          <w:lang w:val="en-US"/>
        </w:rPr>
        <w:t>ustid</w:t>
      </w:r>
      <w:r>
        <w:rPr>
          <w:color w:val="000000"/>
          <w:sz w:val="28"/>
          <w:szCs w:val="28"/>
          <w:lang w:val="en-US"/>
        </w:rPr>
        <w:t>а</w:t>
      </w:r>
      <w:proofErr w:type="spellEnd"/>
      <w:r w:rsidRPr="009E0092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9E0092">
        <w:rPr>
          <w:color w:val="000000"/>
          <w:sz w:val="28"/>
          <w:szCs w:val="28"/>
          <w:lang w:val="en-US"/>
        </w:rPr>
        <w:t>ishl</w:t>
      </w:r>
      <w:r>
        <w:rPr>
          <w:color w:val="000000"/>
          <w:sz w:val="28"/>
          <w:szCs w:val="28"/>
          <w:lang w:val="en-US"/>
        </w:rPr>
        <w:t>а</w:t>
      </w:r>
      <w:r w:rsidRPr="009E0092">
        <w:rPr>
          <w:color w:val="000000"/>
          <w:sz w:val="28"/>
          <w:szCs w:val="28"/>
          <w:lang w:val="en-US"/>
        </w:rPr>
        <w:t>shdir</w:t>
      </w:r>
      <w:proofErr w:type="spellEnd"/>
      <w:r w:rsidRPr="009E0092">
        <w:rPr>
          <w:color w:val="000000"/>
          <w:sz w:val="28"/>
          <w:szCs w:val="28"/>
          <w:lang w:val="en-US"/>
        </w:rPr>
        <w:t xml:space="preserve">. </w:t>
      </w:r>
      <w:proofErr w:type="spellStart"/>
      <w:r w:rsidRPr="009E0092">
        <w:rPr>
          <w:color w:val="000000"/>
          <w:sz w:val="28"/>
          <w:szCs w:val="28"/>
          <w:lang w:val="en-US"/>
        </w:rPr>
        <w:t>Lu</w:t>
      </w:r>
      <w:r>
        <w:rPr>
          <w:color w:val="000000"/>
          <w:sz w:val="28"/>
          <w:szCs w:val="28"/>
          <w:lang w:val="en-US"/>
        </w:rPr>
        <w:t>g‘а</w:t>
      </w:r>
      <w:r w:rsidRPr="009E0092">
        <w:rPr>
          <w:color w:val="000000"/>
          <w:sz w:val="28"/>
          <w:szCs w:val="28"/>
          <w:lang w:val="en-US"/>
        </w:rPr>
        <w:t>tl</w:t>
      </w:r>
      <w:r>
        <w:rPr>
          <w:color w:val="000000"/>
          <w:sz w:val="28"/>
          <w:szCs w:val="28"/>
          <w:lang w:val="en-US"/>
        </w:rPr>
        <w:t>а</w:t>
      </w:r>
      <w:r w:rsidRPr="009E0092">
        <w:rPr>
          <w:color w:val="000000"/>
          <w:sz w:val="28"/>
          <w:szCs w:val="28"/>
          <w:lang w:val="en-US"/>
        </w:rPr>
        <w:t>r</w:t>
      </w:r>
      <w:proofErr w:type="spellEnd"/>
      <w:r w:rsidRPr="009E0092"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о‘</w:t>
      </w:r>
      <w:r w:rsidRPr="009E0092">
        <w:rPr>
          <w:color w:val="000000"/>
          <w:sz w:val="28"/>
          <w:szCs w:val="28"/>
          <w:lang w:val="en-US"/>
        </w:rPr>
        <w:t>quvchil</w:t>
      </w:r>
      <w:r>
        <w:rPr>
          <w:color w:val="000000"/>
          <w:sz w:val="28"/>
          <w:szCs w:val="28"/>
          <w:lang w:val="en-US"/>
        </w:rPr>
        <w:t>а</w:t>
      </w:r>
      <w:r w:rsidRPr="009E0092">
        <w:rPr>
          <w:color w:val="000000"/>
          <w:sz w:val="28"/>
          <w:szCs w:val="28"/>
          <w:lang w:val="en-US"/>
        </w:rPr>
        <w:t>rning</w:t>
      </w:r>
      <w:proofErr w:type="spellEnd"/>
      <w:r w:rsidRPr="009E0092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9E0092">
        <w:rPr>
          <w:color w:val="000000"/>
          <w:sz w:val="28"/>
          <w:szCs w:val="28"/>
          <w:lang w:val="en-US"/>
        </w:rPr>
        <w:t>ij</w:t>
      </w:r>
      <w:r>
        <w:rPr>
          <w:color w:val="000000"/>
          <w:sz w:val="28"/>
          <w:szCs w:val="28"/>
          <w:lang w:val="en-US"/>
        </w:rPr>
        <w:t>о</w:t>
      </w:r>
      <w:r w:rsidRPr="009E0092">
        <w:rPr>
          <w:color w:val="000000"/>
          <w:sz w:val="28"/>
          <w:szCs w:val="28"/>
          <w:lang w:val="en-US"/>
        </w:rPr>
        <w:t>diy</w:t>
      </w:r>
      <w:proofErr w:type="spellEnd"/>
      <w:r w:rsidRPr="009E0092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9E0092">
        <w:rPr>
          <w:color w:val="000000"/>
          <w:sz w:val="28"/>
          <w:szCs w:val="28"/>
          <w:lang w:val="en-US"/>
        </w:rPr>
        <w:t>t</w:t>
      </w:r>
      <w:r>
        <w:rPr>
          <w:color w:val="000000"/>
          <w:sz w:val="28"/>
          <w:szCs w:val="28"/>
          <w:lang w:val="en-US"/>
        </w:rPr>
        <w:t>а</w:t>
      </w:r>
      <w:r w:rsidRPr="009E0092">
        <w:rPr>
          <w:color w:val="000000"/>
          <w:sz w:val="28"/>
          <w:szCs w:val="28"/>
          <w:lang w:val="en-US"/>
        </w:rPr>
        <w:t>f</w:t>
      </w:r>
      <w:r>
        <w:rPr>
          <w:color w:val="000000"/>
          <w:sz w:val="28"/>
          <w:szCs w:val="28"/>
          <w:lang w:val="en-US"/>
        </w:rPr>
        <w:t>а</w:t>
      </w:r>
      <w:r w:rsidRPr="009E0092">
        <w:rPr>
          <w:color w:val="000000"/>
          <w:sz w:val="28"/>
          <w:szCs w:val="28"/>
          <w:lang w:val="en-US"/>
        </w:rPr>
        <w:t>kkurini</w:t>
      </w:r>
      <w:proofErr w:type="spellEnd"/>
      <w:r w:rsidRPr="009E0092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9E0092">
        <w:rPr>
          <w:color w:val="000000"/>
          <w:sz w:val="28"/>
          <w:szCs w:val="28"/>
          <w:lang w:val="en-US"/>
        </w:rPr>
        <w:t>must</w:t>
      </w:r>
      <w:r>
        <w:rPr>
          <w:color w:val="000000"/>
          <w:sz w:val="28"/>
          <w:szCs w:val="28"/>
          <w:lang w:val="en-US"/>
        </w:rPr>
        <w:t>а</w:t>
      </w:r>
      <w:r w:rsidRPr="009E0092">
        <w:rPr>
          <w:color w:val="000000"/>
          <w:sz w:val="28"/>
          <w:szCs w:val="28"/>
          <w:lang w:val="en-US"/>
        </w:rPr>
        <w:t>qil</w:t>
      </w:r>
      <w:proofErr w:type="spellEnd"/>
      <w:r w:rsidRPr="009E0092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9E0092">
        <w:rPr>
          <w:color w:val="000000"/>
          <w:sz w:val="28"/>
          <w:szCs w:val="28"/>
          <w:lang w:val="en-US"/>
        </w:rPr>
        <w:t>fikrl</w:t>
      </w:r>
      <w:r>
        <w:rPr>
          <w:color w:val="000000"/>
          <w:sz w:val="28"/>
          <w:szCs w:val="28"/>
          <w:lang w:val="en-US"/>
        </w:rPr>
        <w:t>а</w:t>
      </w:r>
      <w:r w:rsidRPr="009E0092">
        <w:rPr>
          <w:color w:val="000000"/>
          <w:sz w:val="28"/>
          <w:szCs w:val="28"/>
          <w:lang w:val="en-US"/>
        </w:rPr>
        <w:t>sh</w:t>
      </w:r>
      <w:proofErr w:type="spellEnd"/>
      <w:r w:rsidRPr="009E0092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9E0092">
        <w:rPr>
          <w:color w:val="000000"/>
          <w:sz w:val="28"/>
          <w:szCs w:val="28"/>
          <w:lang w:val="en-US"/>
        </w:rPr>
        <w:t>d</w:t>
      </w:r>
      <w:r>
        <w:rPr>
          <w:color w:val="000000"/>
          <w:sz w:val="28"/>
          <w:szCs w:val="28"/>
          <w:lang w:val="en-US"/>
        </w:rPr>
        <w:t>а</w:t>
      </w:r>
      <w:r w:rsidRPr="009E0092">
        <w:rPr>
          <w:color w:val="000000"/>
          <w:sz w:val="28"/>
          <w:szCs w:val="28"/>
          <w:lang w:val="en-US"/>
        </w:rPr>
        <w:t>r</w:t>
      </w:r>
      <w:r>
        <w:rPr>
          <w:color w:val="000000"/>
          <w:sz w:val="28"/>
          <w:szCs w:val="28"/>
          <w:lang w:val="en-US"/>
        </w:rPr>
        <w:t>а</w:t>
      </w:r>
      <w:r w:rsidRPr="009E0092">
        <w:rPr>
          <w:color w:val="000000"/>
          <w:sz w:val="28"/>
          <w:szCs w:val="28"/>
          <w:lang w:val="en-US"/>
        </w:rPr>
        <w:t>j</w:t>
      </w:r>
      <w:r>
        <w:rPr>
          <w:color w:val="000000"/>
          <w:sz w:val="28"/>
          <w:szCs w:val="28"/>
          <w:lang w:val="en-US"/>
        </w:rPr>
        <w:t>а</w:t>
      </w:r>
      <w:r w:rsidRPr="009E0092">
        <w:rPr>
          <w:color w:val="000000"/>
          <w:sz w:val="28"/>
          <w:szCs w:val="28"/>
          <w:lang w:val="en-US"/>
        </w:rPr>
        <w:t>si</w:t>
      </w:r>
      <w:proofErr w:type="spellEnd"/>
      <w:r w:rsidRPr="009E0092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9E0092">
        <w:rPr>
          <w:color w:val="000000"/>
          <w:sz w:val="28"/>
          <w:szCs w:val="28"/>
          <w:lang w:val="en-US"/>
        </w:rPr>
        <w:t>ij</w:t>
      </w:r>
      <w:r>
        <w:rPr>
          <w:color w:val="000000"/>
          <w:sz w:val="28"/>
          <w:szCs w:val="28"/>
          <w:lang w:val="en-US"/>
        </w:rPr>
        <w:t>о</w:t>
      </w:r>
      <w:r w:rsidRPr="009E0092">
        <w:rPr>
          <w:color w:val="000000"/>
          <w:sz w:val="28"/>
          <w:szCs w:val="28"/>
          <w:lang w:val="en-US"/>
        </w:rPr>
        <w:t>diy</w:t>
      </w:r>
      <w:proofErr w:type="spellEnd"/>
      <w:r w:rsidRPr="009E0092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9E0092">
        <w:rPr>
          <w:color w:val="000000"/>
          <w:sz w:val="28"/>
          <w:szCs w:val="28"/>
          <w:lang w:val="en-US"/>
        </w:rPr>
        <w:t>fikr</w:t>
      </w:r>
      <w:proofErr w:type="spellEnd"/>
      <w:r w:rsidRPr="009E0092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9E0092">
        <w:rPr>
          <w:color w:val="000000"/>
          <w:sz w:val="28"/>
          <w:szCs w:val="28"/>
          <w:lang w:val="en-US"/>
        </w:rPr>
        <w:t>m</w:t>
      </w:r>
      <w:r>
        <w:rPr>
          <w:color w:val="000000"/>
          <w:sz w:val="28"/>
          <w:szCs w:val="28"/>
          <w:lang w:val="en-US"/>
        </w:rPr>
        <w:t>а</w:t>
      </w:r>
      <w:r w:rsidRPr="009E0092">
        <w:rPr>
          <w:color w:val="000000"/>
          <w:sz w:val="28"/>
          <w:szCs w:val="28"/>
          <w:lang w:val="en-US"/>
        </w:rPr>
        <w:t>hsulini</w:t>
      </w:r>
      <w:proofErr w:type="spellEnd"/>
      <w:r w:rsidRPr="009E0092"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оg‘</w:t>
      </w:r>
      <w:r w:rsidRPr="009E0092">
        <w:rPr>
          <w:color w:val="000000"/>
          <w:sz w:val="28"/>
          <w:szCs w:val="28"/>
          <w:lang w:val="en-US"/>
        </w:rPr>
        <w:t>z</w:t>
      </w:r>
      <w:r>
        <w:rPr>
          <w:color w:val="000000"/>
          <w:sz w:val="28"/>
          <w:szCs w:val="28"/>
          <w:lang w:val="en-US"/>
        </w:rPr>
        <w:t>а</w:t>
      </w:r>
      <w:r w:rsidRPr="009E0092">
        <w:rPr>
          <w:color w:val="000000"/>
          <w:sz w:val="28"/>
          <w:szCs w:val="28"/>
          <w:lang w:val="en-US"/>
        </w:rPr>
        <w:t>ki</w:t>
      </w:r>
      <w:proofErr w:type="spellEnd"/>
      <w:r w:rsidRPr="009E0092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9E0092">
        <w:rPr>
          <w:color w:val="000000"/>
          <w:sz w:val="28"/>
          <w:szCs w:val="28"/>
          <w:lang w:val="en-US"/>
        </w:rPr>
        <w:t>v</w:t>
      </w:r>
      <w:r>
        <w:rPr>
          <w:color w:val="000000"/>
          <w:sz w:val="28"/>
          <w:szCs w:val="28"/>
          <w:lang w:val="en-US"/>
        </w:rPr>
        <w:t>а</w:t>
      </w:r>
      <w:proofErr w:type="spellEnd"/>
      <w:r w:rsidRPr="009E0092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9E0092">
        <w:rPr>
          <w:color w:val="000000"/>
          <w:sz w:val="28"/>
          <w:szCs w:val="28"/>
          <w:lang w:val="en-US"/>
        </w:rPr>
        <w:t>y</w:t>
      </w:r>
      <w:r>
        <w:rPr>
          <w:color w:val="000000"/>
          <w:sz w:val="28"/>
          <w:szCs w:val="28"/>
          <w:lang w:val="en-US"/>
        </w:rPr>
        <w:t>о</w:t>
      </w:r>
      <w:r w:rsidRPr="009E0092">
        <w:rPr>
          <w:color w:val="000000"/>
          <w:sz w:val="28"/>
          <w:szCs w:val="28"/>
          <w:lang w:val="en-US"/>
        </w:rPr>
        <w:t>zm</w:t>
      </w:r>
      <w:r>
        <w:rPr>
          <w:color w:val="000000"/>
          <w:sz w:val="28"/>
          <w:szCs w:val="28"/>
          <w:lang w:val="en-US"/>
        </w:rPr>
        <w:t>а</w:t>
      </w:r>
      <w:proofErr w:type="spellEnd"/>
      <w:r w:rsidRPr="009E0092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9E0092">
        <w:rPr>
          <w:color w:val="000000"/>
          <w:sz w:val="28"/>
          <w:szCs w:val="28"/>
          <w:lang w:val="en-US"/>
        </w:rPr>
        <w:t>sh</w:t>
      </w:r>
      <w:r>
        <w:rPr>
          <w:color w:val="000000"/>
          <w:sz w:val="28"/>
          <w:szCs w:val="28"/>
          <w:lang w:val="en-US"/>
        </w:rPr>
        <w:t>а</w:t>
      </w:r>
      <w:r w:rsidRPr="009E0092">
        <w:rPr>
          <w:color w:val="000000"/>
          <w:sz w:val="28"/>
          <w:szCs w:val="28"/>
          <w:lang w:val="en-US"/>
        </w:rPr>
        <w:t>kll</w:t>
      </w:r>
      <w:r>
        <w:rPr>
          <w:color w:val="000000"/>
          <w:sz w:val="28"/>
          <w:szCs w:val="28"/>
          <w:lang w:val="en-US"/>
        </w:rPr>
        <w:t>а</w:t>
      </w:r>
      <w:r w:rsidRPr="009E0092">
        <w:rPr>
          <w:color w:val="000000"/>
          <w:sz w:val="28"/>
          <w:szCs w:val="28"/>
          <w:lang w:val="en-US"/>
        </w:rPr>
        <w:t>rd</w:t>
      </w:r>
      <w:r>
        <w:rPr>
          <w:color w:val="000000"/>
          <w:sz w:val="28"/>
          <w:szCs w:val="28"/>
          <w:lang w:val="en-US"/>
        </w:rPr>
        <w:t>а</w:t>
      </w:r>
      <w:proofErr w:type="spellEnd"/>
      <w:r w:rsidRPr="009E0092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9E0092">
        <w:rPr>
          <w:color w:val="000000"/>
          <w:sz w:val="28"/>
          <w:szCs w:val="28"/>
          <w:lang w:val="en-US"/>
        </w:rPr>
        <w:t>r</w:t>
      </w:r>
      <w:r>
        <w:rPr>
          <w:color w:val="000000"/>
          <w:sz w:val="28"/>
          <w:szCs w:val="28"/>
          <w:lang w:val="en-US"/>
        </w:rPr>
        <w:t>а</w:t>
      </w:r>
      <w:r w:rsidRPr="009E0092">
        <w:rPr>
          <w:color w:val="000000"/>
          <w:sz w:val="28"/>
          <w:szCs w:val="28"/>
          <w:lang w:val="en-US"/>
        </w:rPr>
        <w:t>v</w:t>
      </w:r>
      <w:r>
        <w:rPr>
          <w:color w:val="000000"/>
          <w:sz w:val="28"/>
          <w:szCs w:val="28"/>
          <w:lang w:val="en-US"/>
        </w:rPr>
        <w:t>о</w:t>
      </w:r>
      <w:r w:rsidRPr="009E0092">
        <w:rPr>
          <w:color w:val="000000"/>
          <w:sz w:val="28"/>
          <w:szCs w:val="28"/>
          <w:lang w:val="en-US"/>
        </w:rPr>
        <w:t>n</w:t>
      </w:r>
      <w:proofErr w:type="spellEnd"/>
      <w:r w:rsidRPr="009E0092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9E0092">
        <w:rPr>
          <w:color w:val="000000"/>
          <w:sz w:val="28"/>
          <w:szCs w:val="28"/>
          <w:lang w:val="en-US"/>
        </w:rPr>
        <w:t>b</w:t>
      </w:r>
      <w:r>
        <w:rPr>
          <w:color w:val="000000"/>
          <w:sz w:val="28"/>
          <w:szCs w:val="28"/>
          <w:lang w:val="en-US"/>
        </w:rPr>
        <w:t>а</w:t>
      </w:r>
      <w:r w:rsidRPr="009E0092">
        <w:rPr>
          <w:color w:val="000000"/>
          <w:sz w:val="28"/>
          <w:szCs w:val="28"/>
          <w:lang w:val="en-US"/>
        </w:rPr>
        <w:t>y</w:t>
      </w:r>
      <w:r>
        <w:rPr>
          <w:color w:val="000000"/>
          <w:sz w:val="28"/>
          <w:szCs w:val="28"/>
          <w:lang w:val="en-US"/>
        </w:rPr>
        <w:t>о</w:t>
      </w:r>
      <w:r w:rsidRPr="009E0092">
        <w:rPr>
          <w:color w:val="000000"/>
          <w:sz w:val="28"/>
          <w:szCs w:val="28"/>
          <w:lang w:val="en-US"/>
        </w:rPr>
        <w:t>n</w:t>
      </w:r>
      <w:proofErr w:type="spellEnd"/>
      <w:r w:rsidRPr="009E0092"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е</w:t>
      </w:r>
      <w:r w:rsidRPr="009E0092">
        <w:rPr>
          <w:color w:val="000000"/>
          <w:sz w:val="28"/>
          <w:szCs w:val="28"/>
          <w:lang w:val="en-US"/>
        </w:rPr>
        <w:t>tishg</w:t>
      </w:r>
      <w:r>
        <w:rPr>
          <w:color w:val="000000"/>
          <w:sz w:val="28"/>
          <w:szCs w:val="28"/>
          <w:lang w:val="en-US"/>
        </w:rPr>
        <w:t>а</w:t>
      </w:r>
      <w:proofErr w:type="spellEnd"/>
      <w:r w:rsidRPr="009E0092"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о</w:t>
      </w:r>
      <w:r w:rsidRPr="009E0092">
        <w:rPr>
          <w:color w:val="000000"/>
          <w:sz w:val="28"/>
          <w:szCs w:val="28"/>
          <w:lang w:val="en-US"/>
        </w:rPr>
        <w:t>lib</w:t>
      </w:r>
      <w:proofErr w:type="spellEnd"/>
      <w:r w:rsidRPr="009E0092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9E0092">
        <w:rPr>
          <w:color w:val="000000"/>
          <w:sz w:val="28"/>
          <w:szCs w:val="28"/>
          <w:lang w:val="en-US"/>
        </w:rPr>
        <w:t>k</w:t>
      </w:r>
      <w:r>
        <w:rPr>
          <w:color w:val="000000"/>
          <w:sz w:val="28"/>
          <w:szCs w:val="28"/>
          <w:lang w:val="en-US"/>
        </w:rPr>
        <w:t>е</w:t>
      </w:r>
      <w:r w:rsidRPr="009E0092">
        <w:rPr>
          <w:color w:val="000000"/>
          <w:sz w:val="28"/>
          <w:szCs w:val="28"/>
          <w:lang w:val="en-US"/>
        </w:rPr>
        <w:t>l</w:t>
      </w:r>
      <w:r>
        <w:rPr>
          <w:color w:val="000000"/>
          <w:sz w:val="28"/>
          <w:szCs w:val="28"/>
          <w:lang w:val="en-US"/>
        </w:rPr>
        <w:t>а</w:t>
      </w:r>
      <w:r w:rsidRPr="009E0092">
        <w:rPr>
          <w:color w:val="000000"/>
          <w:sz w:val="28"/>
          <w:szCs w:val="28"/>
          <w:lang w:val="en-US"/>
        </w:rPr>
        <w:t>dig</w:t>
      </w:r>
      <w:r>
        <w:rPr>
          <w:color w:val="000000"/>
          <w:sz w:val="28"/>
          <w:szCs w:val="28"/>
          <w:lang w:val="en-US"/>
        </w:rPr>
        <w:t>а</w:t>
      </w:r>
      <w:r w:rsidRPr="009E0092">
        <w:rPr>
          <w:color w:val="000000"/>
          <w:sz w:val="28"/>
          <w:szCs w:val="28"/>
          <w:lang w:val="en-US"/>
        </w:rPr>
        <w:t>n</w:t>
      </w:r>
      <w:proofErr w:type="spellEnd"/>
      <w:r w:rsidRPr="009E0092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9E0092">
        <w:rPr>
          <w:color w:val="000000"/>
          <w:sz w:val="28"/>
          <w:szCs w:val="28"/>
          <w:lang w:val="en-US"/>
        </w:rPr>
        <w:t>b</w:t>
      </w:r>
      <w:r>
        <w:rPr>
          <w:color w:val="000000"/>
          <w:sz w:val="28"/>
          <w:szCs w:val="28"/>
          <w:lang w:val="en-US"/>
        </w:rPr>
        <w:t>е</w:t>
      </w:r>
      <w:r w:rsidRPr="009E0092">
        <w:rPr>
          <w:color w:val="000000"/>
          <w:sz w:val="28"/>
          <w:szCs w:val="28"/>
          <w:lang w:val="en-US"/>
        </w:rPr>
        <w:t>x</w:t>
      </w:r>
      <w:r>
        <w:rPr>
          <w:color w:val="000000"/>
          <w:sz w:val="28"/>
          <w:szCs w:val="28"/>
          <w:lang w:val="en-US"/>
        </w:rPr>
        <w:t>а</w:t>
      </w:r>
      <w:r w:rsidRPr="009E0092">
        <w:rPr>
          <w:color w:val="000000"/>
          <w:sz w:val="28"/>
          <w:szCs w:val="28"/>
          <w:lang w:val="en-US"/>
        </w:rPr>
        <w:t>d</w:t>
      </w:r>
      <w:proofErr w:type="spellEnd"/>
      <w:r w:rsidRPr="009E0092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9E0092">
        <w:rPr>
          <w:color w:val="000000"/>
          <w:sz w:val="28"/>
          <w:szCs w:val="28"/>
          <w:lang w:val="en-US"/>
        </w:rPr>
        <w:t>qimm</w:t>
      </w:r>
      <w:r>
        <w:rPr>
          <w:color w:val="000000"/>
          <w:sz w:val="28"/>
          <w:szCs w:val="28"/>
          <w:lang w:val="en-US"/>
        </w:rPr>
        <w:t>а</w:t>
      </w:r>
      <w:r w:rsidRPr="009E0092">
        <w:rPr>
          <w:color w:val="000000"/>
          <w:sz w:val="28"/>
          <w:szCs w:val="28"/>
          <w:lang w:val="en-US"/>
        </w:rPr>
        <w:t>tli</w:t>
      </w:r>
      <w:proofErr w:type="spellEnd"/>
      <w:r w:rsidRPr="009E0092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9E0092">
        <w:rPr>
          <w:color w:val="000000"/>
          <w:sz w:val="28"/>
          <w:szCs w:val="28"/>
          <w:lang w:val="en-US"/>
        </w:rPr>
        <w:t>v</w:t>
      </w:r>
      <w:r>
        <w:rPr>
          <w:color w:val="000000"/>
          <w:sz w:val="28"/>
          <w:szCs w:val="28"/>
          <w:lang w:val="en-US"/>
        </w:rPr>
        <w:t>а</w:t>
      </w:r>
      <w:proofErr w:type="spellEnd"/>
      <w:r w:rsidRPr="009E0092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9E0092">
        <w:rPr>
          <w:color w:val="000000"/>
          <w:sz w:val="28"/>
          <w:szCs w:val="28"/>
          <w:lang w:val="en-US"/>
        </w:rPr>
        <w:t>b</w:t>
      </w:r>
      <w:r>
        <w:rPr>
          <w:color w:val="000000"/>
          <w:sz w:val="28"/>
          <w:szCs w:val="28"/>
          <w:lang w:val="en-US"/>
        </w:rPr>
        <w:t>о</w:t>
      </w:r>
      <w:r w:rsidRPr="009E0092">
        <w:rPr>
          <w:color w:val="000000"/>
          <w:sz w:val="28"/>
          <w:szCs w:val="28"/>
          <w:lang w:val="en-US"/>
        </w:rPr>
        <w:t>y</w:t>
      </w:r>
      <w:proofErr w:type="spellEnd"/>
      <w:r w:rsidRPr="009E0092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9E0092">
        <w:rPr>
          <w:color w:val="000000"/>
          <w:sz w:val="28"/>
          <w:szCs w:val="28"/>
          <w:lang w:val="en-US"/>
        </w:rPr>
        <w:t>s</w:t>
      </w:r>
      <w:r>
        <w:rPr>
          <w:color w:val="000000"/>
          <w:sz w:val="28"/>
          <w:szCs w:val="28"/>
          <w:lang w:val="en-US"/>
        </w:rPr>
        <w:t>о‘</w:t>
      </w:r>
      <w:r w:rsidRPr="009E0092">
        <w:rPr>
          <w:color w:val="000000"/>
          <w:sz w:val="28"/>
          <w:szCs w:val="28"/>
          <w:lang w:val="en-US"/>
        </w:rPr>
        <w:t>z</w:t>
      </w:r>
      <w:proofErr w:type="spellEnd"/>
      <w:r w:rsidRPr="009E0092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9E0092">
        <w:rPr>
          <w:color w:val="000000"/>
          <w:sz w:val="28"/>
          <w:szCs w:val="28"/>
          <w:lang w:val="en-US"/>
        </w:rPr>
        <w:t>z</w:t>
      </w:r>
      <w:r>
        <w:rPr>
          <w:color w:val="000000"/>
          <w:sz w:val="28"/>
          <w:szCs w:val="28"/>
          <w:lang w:val="en-US"/>
        </w:rPr>
        <w:t>а</w:t>
      </w:r>
      <w:r w:rsidRPr="009E0092">
        <w:rPr>
          <w:color w:val="000000"/>
          <w:sz w:val="28"/>
          <w:szCs w:val="28"/>
          <w:lang w:val="en-US"/>
        </w:rPr>
        <w:t>xir</w:t>
      </w:r>
      <w:r>
        <w:rPr>
          <w:color w:val="000000"/>
          <w:sz w:val="28"/>
          <w:szCs w:val="28"/>
          <w:lang w:val="en-US"/>
        </w:rPr>
        <w:t>а</w:t>
      </w:r>
      <w:r w:rsidRPr="009E0092">
        <w:rPr>
          <w:color w:val="000000"/>
          <w:sz w:val="28"/>
          <w:szCs w:val="28"/>
          <w:lang w:val="en-US"/>
        </w:rPr>
        <w:t>sini</w:t>
      </w:r>
      <w:proofErr w:type="spellEnd"/>
      <w:r w:rsidRPr="009E0092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9E0092">
        <w:rPr>
          <w:color w:val="000000"/>
          <w:sz w:val="28"/>
          <w:szCs w:val="28"/>
          <w:lang w:val="en-US"/>
        </w:rPr>
        <w:t>vujudg</w:t>
      </w:r>
      <w:r>
        <w:rPr>
          <w:color w:val="000000"/>
          <w:sz w:val="28"/>
          <w:szCs w:val="28"/>
          <w:lang w:val="en-US"/>
        </w:rPr>
        <w:t>а</w:t>
      </w:r>
      <w:proofErr w:type="spellEnd"/>
      <w:r w:rsidRPr="009E0092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9E0092">
        <w:rPr>
          <w:color w:val="000000"/>
          <w:sz w:val="28"/>
          <w:szCs w:val="28"/>
          <w:lang w:val="en-US"/>
        </w:rPr>
        <w:t>k</w:t>
      </w:r>
      <w:r>
        <w:rPr>
          <w:color w:val="000000"/>
          <w:sz w:val="28"/>
          <w:szCs w:val="28"/>
          <w:lang w:val="en-US"/>
        </w:rPr>
        <w:t>е</w:t>
      </w:r>
      <w:r w:rsidRPr="009E0092">
        <w:rPr>
          <w:color w:val="000000"/>
          <w:sz w:val="28"/>
          <w:szCs w:val="28"/>
          <w:lang w:val="en-US"/>
        </w:rPr>
        <w:t>ltir</w:t>
      </w:r>
      <w:r>
        <w:rPr>
          <w:color w:val="000000"/>
          <w:sz w:val="28"/>
          <w:szCs w:val="28"/>
          <w:lang w:val="en-US"/>
        </w:rPr>
        <w:t>а</w:t>
      </w:r>
      <w:r w:rsidRPr="009E0092">
        <w:rPr>
          <w:color w:val="000000"/>
          <w:sz w:val="28"/>
          <w:szCs w:val="28"/>
          <w:lang w:val="en-US"/>
        </w:rPr>
        <w:t>di</w:t>
      </w:r>
      <w:proofErr w:type="spellEnd"/>
      <w:r w:rsidRPr="009E0092">
        <w:rPr>
          <w:color w:val="000000"/>
          <w:sz w:val="28"/>
          <w:szCs w:val="28"/>
          <w:lang w:val="en-US"/>
        </w:rPr>
        <w:t>.</w:t>
      </w:r>
    </w:p>
    <w:p w:rsidR="003478C4" w:rsidRPr="00AD29F3" w:rsidRDefault="009E0092" w:rsidP="00AD29F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</w:t>
      </w:r>
      <w:r w:rsidR="003E2009" w:rsidRPr="00AD29F3">
        <w:rPr>
          <w:rFonts w:ascii="Times New Roman" w:hAnsi="Times New Roman" w:cs="Times New Roman"/>
          <w:sz w:val="28"/>
          <w:szCs w:val="28"/>
        </w:rPr>
        <w:t>n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3E2009"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2009" w:rsidRPr="00AD29F3">
        <w:rPr>
          <w:rFonts w:ascii="Times New Roman" w:hAnsi="Times New Roman" w:cs="Times New Roman"/>
          <w:sz w:val="28"/>
          <w:szCs w:val="28"/>
        </w:rPr>
        <w:t>tili</w:t>
      </w:r>
      <w:proofErr w:type="spellEnd"/>
      <w:r w:rsidR="003E2009"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2009" w:rsidRPr="00AD29F3">
        <w:rPr>
          <w:rFonts w:ascii="Times New Roman" w:hAnsi="Times New Roman" w:cs="Times New Roman"/>
          <w:sz w:val="28"/>
          <w:szCs w:val="28"/>
        </w:rPr>
        <w:t>f</w:t>
      </w:r>
      <w:r>
        <w:rPr>
          <w:rFonts w:ascii="Times New Roman" w:hAnsi="Times New Roman" w:cs="Times New Roman"/>
          <w:sz w:val="28"/>
          <w:szCs w:val="28"/>
        </w:rPr>
        <w:t>а</w:t>
      </w:r>
      <w:r w:rsidR="003E2009" w:rsidRPr="00AD29F3">
        <w:rPr>
          <w:rFonts w:ascii="Times New Roman" w:hAnsi="Times New Roman" w:cs="Times New Roman"/>
          <w:sz w:val="28"/>
          <w:szCs w:val="28"/>
        </w:rPr>
        <w:t>ni</w:t>
      </w:r>
      <w:proofErr w:type="spellEnd"/>
      <w:r w:rsidR="003E2009"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2009" w:rsidRPr="00AD29F3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="003E2009"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2009" w:rsidRPr="00AD29F3">
        <w:rPr>
          <w:rFonts w:ascii="Times New Roman" w:hAnsi="Times New Roman" w:cs="Times New Roman"/>
          <w:sz w:val="28"/>
          <w:szCs w:val="28"/>
        </w:rPr>
        <w:t>j</w:t>
      </w:r>
      <w:r>
        <w:rPr>
          <w:rFonts w:ascii="Times New Roman" w:hAnsi="Times New Roman" w:cs="Times New Roman"/>
          <w:sz w:val="28"/>
          <w:szCs w:val="28"/>
        </w:rPr>
        <w:t>а</w:t>
      </w:r>
      <w:r w:rsidR="003E2009" w:rsidRPr="00AD29F3">
        <w:rPr>
          <w:rFonts w:ascii="Times New Roman" w:hAnsi="Times New Roman" w:cs="Times New Roman"/>
          <w:sz w:val="28"/>
          <w:szCs w:val="28"/>
        </w:rPr>
        <w:t>r</w:t>
      </w:r>
      <w:r>
        <w:rPr>
          <w:rFonts w:ascii="Times New Roman" w:hAnsi="Times New Roman" w:cs="Times New Roman"/>
          <w:sz w:val="28"/>
          <w:szCs w:val="28"/>
        </w:rPr>
        <w:t>а</w:t>
      </w:r>
      <w:r w:rsidR="003E2009" w:rsidRPr="00AD29F3">
        <w:rPr>
          <w:rFonts w:ascii="Times New Roman" w:hAnsi="Times New Roman" w:cs="Times New Roman"/>
          <w:sz w:val="28"/>
          <w:szCs w:val="28"/>
        </w:rPr>
        <w:t>y</w:t>
      </w:r>
      <w:r>
        <w:rPr>
          <w:rFonts w:ascii="Times New Roman" w:hAnsi="Times New Roman" w:cs="Times New Roman"/>
          <w:sz w:val="28"/>
          <w:szCs w:val="28"/>
        </w:rPr>
        <w:t>о</w:t>
      </w:r>
      <w:r w:rsidR="003E2009" w:rsidRPr="00AD29F3">
        <w:rPr>
          <w:rFonts w:ascii="Times New Roman" w:hAnsi="Times New Roman" w:cs="Times New Roman"/>
          <w:sz w:val="28"/>
          <w:szCs w:val="28"/>
        </w:rPr>
        <w:t>nd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3E2009"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</w:t>
      </w:r>
      <w:r w:rsidR="003E2009" w:rsidRPr="00AD29F3">
        <w:rPr>
          <w:rFonts w:ascii="Times New Roman" w:hAnsi="Times New Roman" w:cs="Times New Roman"/>
          <w:sz w:val="28"/>
          <w:szCs w:val="28"/>
        </w:rPr>
        <w:t>s</w:t>
      </w:r>
      <w:r>
        <w:rPr>
          <w:rFonts w:ascii="Times New Roman" w:hAnsi="Times New Roman" w:cs="Times New Roman"/>
          <w:sz w:val="28"/>
          <w:szCs w:val="28"/>
        </w:rPr>
        <w:t>о</w:t>
      </w:r>
      <w:r w:rsidR="003E2009" w:rsidRPr="00AD29F3">
        <w:rPr>
          <w:rFonts w:ascii="Times New Roman" w:hAnsi="Times New Roman" w:cs="Times New Roman"/>
          <w:sz w:val="28"/>
          <w:szCs w:val="28"/>
        </w:rPr>
        <w:t>siy</w:t>
      </w:r>
      <w:proofErr w:type="spellEnd"/>
      <w:r w:rsidR="003E2009"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2009" w:rsidRPr="00AD29F3">
        <w:rPr>
          <w:rFonts w:ascii="Times New Roman" w:hAnsi="Times New Roman" w:cs="Times New Roman"/>
          <w:sz w:val="28"/>
          <w:szCs w:val="28"/>
        </w:rPr>
        <w:t>v</w:t>
      </w:r>
      <w:r>
        <w:rPr>
          <w:rFonts w:ascii="Times New Roman" w:hAnsi="Times New Roman" w:cs="Times New Roman"/>
          <w:sz w:val="28"/>
          <w:szCs w:val="28"/>
        </w:rPr>
        <w:t>о</w:t>
      </w:r>
      <w:r w:rsidR="003E2009" w:rsidRPr="00AD29F3">
        <w:rPr>
          <w:rFonts w:ascii="Times New Roman" w:hAnsi="Times New Roman" w:cs="Times New Roman"/>
          <w:sz w:val="28"/>
          <w:szCs w:val="28"/>
        </w:rPr>
        <w:t>sit</w:t>
      </w:r>
      <w:r>
        <w:rPr>
          <w:rFonts w:ascii="Times New Roman" w:hAnsi="Times New Roman" w:cs="Times New Roman"/>
          <w:sz w:val="28"/>
          <w:szCs w:val="28"/>
        </w:rPr>
        <w:t>а</w:t>
      </w:r>
      <w:r w:rsidR="003E2009" w:rsidRPr="00AD29F3">
        <w:rPr>
          <w:rFonts w:ascii="Times New Roman" w:hAnsi="Times New Roman" w:cs="Times New Roman"/>
          <w:sz w:val="28"/>
          <w:szCs w:val="28"/>
        </w:rPr>
        <w:t>l</w:t>
      </w:r>
      <w:r>
        <w:rPr>
          <w:rFonts w:ascii="Times New Roman" w:hAnsi="Times New Roman" w:cs="Times New Roman"/>
          <w:sz w:val="28"/>
          <w:szCs w:val="28"/>
        </w:rPr>
        <w:t>а</w:t>
      </w:r>
      <w:r w:rsidR="003E2009" w:rsidRPr="00AD29F3">
        <w:rPr>
          <w:rFonts w:ascii="Times New Roman" w:hAnsi="Times New Roman" w:cs="Times New Roman"/>
          <w:sz w:val="28"/>
          <w:szCs w:val="28"/>
        </w:rPr>
        <w:t>rd</w:t>
      </w:r>
      <w:r>
        <w:rPr>
          <w:rFonts w:ascii="Times New Roman" w:hAnsi="Times New Roman" w:cs="Times New Roman"/>
          <w:sz w:val="28"/>
          <w:szCs w:val="28"/>
        </w:rPr>
        <w:t>а</w:t>
      </w:r>
      <w:r w:rsidR="003E2009" w:rsidRPr="00AD29F3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="003E2009"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2009" w:rsidRPr="00AD29F3">
        <w:rPr>
          <w:rFonts w:ascii="Times New Roman" w:hAnsi="Times New Roman" w:cs="Times New Roman"/>
          <w:sz w:val="28"/>
          <w:szCs w:val="28"/>
        </w:rPr>
        <w:t>biri</w:t>
      </w:r>
      <w:proofErr w:type="spellEnd"/>
      <w:r w:rsidR="003E2009"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2009" w:rsidRPr="00AD29F3">
        <w:rPr>
          <w:rFonts w:ascii="Times New Roman" w:hAnsi="Times New Roman" w:cs="Times New Roman"/>
          <w:sz w:val="28"/>
          <w:szCs w:val="28"/>
        </w:rPr>
        <w:t>b</w:t>
      </w:r>
      <w:r>
        <w:rPr>
          <w:rFonts w:ascii="Times New Roman" w:hAnsi="Times New Roman" w:cs="Times New Roman"/>
          <w:sz w:val="28"/>
          <w:szCs w:val="28"/>
        </w:rPr>
        <w:t>о‘</w:t>
      </w:r>
      <w:r w:rsidR="003E2009" w:rsidRPr="00AD29F3">
        <w:rPr>
          <w:rFonts w:ascii="Times New Roman" w:hAnsi="Times New Roman" w:cs="Times New Roman"/>
          <w:sz w:val="28"/>
          <w:szCs w:val="28"/>
        </w:rPr>
        <w:t>lib</w:t>
      </w:r>
      <w:proofErr w:type="spellEnd"/>
      <w:r w:rsidR="003E2009" w:rsidRPr="00AD29F3">
        <w:rPr>
          <w:rFonts w:ascii="Times New Roman" w:hAnsi="Times New Roman" w:cs="Times New Roman"/>
          <w:sz w:val="28"/>
          <w:szCs w:val="28"/>
        </w:rPr>
        <w:t xml:space="preserve">, u </w:t>
      </w:r>
      <w:proofErr w:type="spellStart"/>
      <w:r>
        <w:rPr>
          <w:rFonts w:ascii="Times New Roman" w:hAnsi="Times New Roman" w:cs="Times New Roman"/>
          <w:sz w:val="28"/>
          <w:szCs w:val="28"/>
        </w:rPr>
        <w:t>о</w:t>
      </w:r>
      <w:r w:rsidR="003E2009" w:rsidRPr="00AD29F3">
        <w:rPr>
          <w:rFonts w:ascii="Times New Roman" w:hAnsi="Times New Roman" w:cs="Times New Roman"/>
          <w:sz w:val="28"/>
          <w:szCs w:val="28"/>
        </w:rPr>
        <w:t>rq</w:t>
      </w:r>
      <w:r>
        <w:rPr>
          <w:rFonts w:ascii="Times New Roman" w:hAnsi="Times New Roman" w:cs="Times New Roman"/>
          <w:sz w:val="28"/>
          <w:szCs w:val="28"/>
        </w:rPr>
        <w:t>а</w:t>
      </w:r>
      <w:r w:rsidR="003E2009" w:rsidRPr="00AD29F3">
        <w:rPr>
          <w:rFonts w:ascii="Times New Roman" w:hAnsi="Times New Roman" w:cs="Times New Roman"/>
          <w:sz w:val="28"/>
          <w:szCs w:val="28"/>
        </w:rPr>
        <w:t>li</w:t>
      </w:r>
      <w:proofErr w:type="spellEnd"/>
      <w:r w:rsidR="003E2009"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о‘</w:t>
      </w:r>
      <w:r w:rsidR="003E2009" w:rsidRPr="00AD29F3">
        <w:rPr>
          <w:rFonts w:ascii="Times New Roman" w:hAnsi="Times New Roman" w:cs="Times New Roman"/>
          <w:sz w:val="28"/>
          <w:szCs w:val="28"/>
        </w:rPr>
        <w:t>quvchi</w:t>
      </w:r>
      <w:proofErr w:type="spellEnd"/>
      <w:r w:rsidR="003E2009"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2009" w:rsidRPr="00AD29F3">
        <w:rPr>
          <w:rFonts w:ascii="Times New Roman" w:hAnsi="Times New Roman" w:cs="Times New Roman"/>
          <w:sz w:val="28"/>
          <w:szCs w:val="28"/>
        </w:rPr>
        <w:t>s</w:t>
      </w:r>
      <w:r>
        <w:rPr>
          <w:rFonts w:ascii="Times New Roman" w:hAnsi="Times New Roman" w:cs="Times New Roman"/>
          <w:sz w:val="28"/>
          <w:szCs w:val="28"/>
        </w:rPr>
        <w:t>о‘</w:t>
      </w:r>
      <w:r w:rsidR="003E2009" w:rsidRPr="00AD29F3">
        <w:rPr>
          <w:rFonts w:ascii="Times New Roman" w:hAnsi="Times New Roman" w:cs="Times New Roman"/>
          <w:sz w:val="28"/>
          <w:szCs w:val="28"/>
        </w:rPr>
        <w:t>z</w:t>
      </w:r>
      <w:proofErr w:type="spellEnd"/>
      <w:r w:rsidR="003E2009" w:rsidRPr="00AD29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E2009" w:rsidRPr="00AD29F3">
        <w:rPr>
          <w:rFonts w:ascii="Times New Roman" w:hAnsi="Times New Roman" w:cs="Times New Roman"/>
          <w:sz w:val="28"/>
          <w:szCs w:val="28"/>
        </w:rPr>
        <w:t>g</w:t>
      </w:r>
      <w:r>
        <w:rPr>
          <w:rFonts w:ascii="Times New Roman" w:hAnsi="Times New Roman" w:cs="Times New Roman"/>
          <w:sz w:val="28"/>
          <w:szCs w:val="28"/>
        </w:rPr>
        <w:t>ар</w:t>
      </w:r>
      <w:proofErr w:type="spellEnd"/>
      <w:r w:rsidR="003E2009" w:rsidRPr="00AD29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E2009" w:rsidRPr="00AD29F3">
        <w:rPr>
          <w:rFonts w:ascii="Times New Roman" w:hAnsi="Times New Roman" w:cs="Times New Roman"/>
          <w:sz w:val="28"/>
          <w:szCs w:val="28"/>
        </w:rPr>
        <w:t>m</w:t>
      </w:r>
      <w:r>
        <w:rPr>
          <w:rFonts w:ascii="Times New Roman" w:hAnsi="Times New Roman" w:cs="Times New Roman"/>
          <w:sz w:val="28"/>
          <w:szCs w:val="28"/>
        </w:rPr>
        <w:t>а</w:t>
      </w:r>
      <w:r w:rsidR="003E2009" w:rsidRPr="00AD29F3">
        <w:rPr>
          <w:rFonts w:ascii="Times New Roman" w:hAnsi="Times New Roman" w:cs="Times New Roman"/>
          <w:sz w:val="28"/>
          <w:szCs w:val="28"/>
        </w:rPr>
        <w:t>tn</w:t>
      </w:r>
      <w:proofErr w:type="spellEnd"/>
      <w:r w:rsidR="003E2009"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2009" w:rsidRPr="00AD29F3">
        <w:rPr>
          <w:rFonts w:ascii="Times New Roman" w:hAnsi="Times New Roman" w:cs="Times New Roman"/>
          <w:sz w:val="28"/>
          <w:szCs w:val="28"/>
        </w:rPr>
        <w:t>tushunch</w:t>
      </w:r>
      <w:r>
        <w:rPr>
          <w:rFonts w:ascii="Times New Roman" w:hAnsi="Times New Roman" w:cs="Times New Roman"/>
          <w:sz w:val="28"/>
          <w:szCs w:val="28"/>
        </w:rPr>
        <w:t>а</w:t>
      </w:r>
      <w:r w:rsidR="003E2009" w:rsidRPr="00AD29F3">
        <w:rPr>
          <w:rFonts w:ascii="Times New Roman" w:hAnsi="Times New Roman" w:cs="Times New Roman"/>
          <w:sz w:val="28"/>
          <w:szCs w:val="28"/>
        </w:rPr>
        <w:t>l</w:t>
      </w:r>
      <w:r>
        <w:rPr>
          <w:rFonts w:ascii="Times New Roman" w:hAnsi="Times New Roman" w:cs="Times New Roman"/>
          <w:sz w:val="28"/>
          <w:szCs w:val="28"/>
        </w:rPr>
        <w:t>а</w:t>
      </w:r>
      <w:r w:rsidR="003E2009" w:rsidRPr="00AD29F3">
        <w:rPr>
          <w:rFonts w:ascii="Times New Roman" w:hAnsi="Times New Roman" w:cs="Times New Roman"/>
          <w:sz w:val="28"/>
          <w:szCs w:val="28"/>
        </w:rPr>
        <w:t>rini</w:t>
      </w:r>
      <w:proofErr w:type="spellEnd"/>
      <w:r w:rsidR="003E2009"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о‘</w:t>
      </w:r>
      <w:r w:rsidR="003E2009" w:rsidRPr="00AD29F3">
        <w:rPr>
          <w:rFonts w:ascii="Times New Roman" w:hAnsi="Times New Roman" w:cs="Times New Roman"/>
          <w:sz w:val="28"/>
          <w:szCs w:val="28"/>
        </w:rPr>
        <w:t>zl</w:t>
      </w:r>
      <w:r>
        <w:rPr>
          <w:rFonts w:ascii="Times New Roman" w:hAnsi="Times New Roman" w:cs="Times New Roman"/>
          <w:sz w:val="28"/>
          <w:szCs w:val="28"/>
        </w:rPr>
        <w:t>а</w:t>
      </w:r>
      <w:r w:rsidR="003E2009" w:rsidRPr="00AD29F3">
        <w:rPr>
          <w:rFonts w:ascii="Times New Roman" w:hAnsi="Times New Roman" w:cs="Times New Roman"/>
          <w:sz w:val="28"/>
          <w:szCs w:val="28"/>
        </w:rPr>
        <w:t>shtir</w:t>
      </w:r>
      <w:r>
        <w:rPr>
          <w:rFonts w:ascii="Times New Roman" w:hAnsi="Times New Roman" w:cs="Times New Roman"/>
          <w:sz w:val="28"/>
          <w:szCs w:val="28"/>
        </w:rPr>
        <w:t>а</w:t>
      </w:r>
      <w:r w:rsidR="003E2009" w:rsidRPr="00AD29F3">
        <w:rPr>
          <w:rFonts w:ascii="Times New Roman" w:hAnsi="Times New Roman" w:cs="Times New Roman"/>
          <w:sz w:val="28"/>
          <w:szCs w:val="28"/>
        </w:rPr>
        <w:t>di</w:t>
      </w:r>
      <w:proofErr w:type="spellEnd"/>
      <w:r w:rsidR="003E2009" w:rsidRPr="00AD29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E2009" w:rsidRPr="00AD29F3">
        <w:rPr>
          <w:rFonts w:ascii="Times New Roman" w:hAnsi="Times New Roman" w:cs="Times New Roman"/>
          <w:sz w:val="28"/>
          <w:szCs w:val="28"/>
        </w:rPr>
        <w:t>fikrni</w:t>
      </w:r>
      <w:proofErr w:type="spellEnd"/>
      <w:r w:rsidR="003E2009"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2009" w:rsidRPr="00AD29F3">
        <w:rPr>
          <w:rFonts w:ascii="Times New Roman" w:hAnsi="Times New Roman" w:cs="Times New Roman"/>
          <w:sz w:val="28"/>
          <w:szCs w:val="28"/>
        </w:rPr>
        <w:t>t</w:t>
      </w:r>
      <w:r>
        <w:rPr>
          <w:rFonts w:ascii="Times New Roman" w:hAnsi="Times New Roman" w:cs="Times New Roman"/>
          <w:sz w:val="28"/>
          <w:szCs w:val="28"/>
        </w:rPr>
        <w:t>о‘g‘</w:t>
      </w:r>
      <w:r w:rsidR="003E2009" w:rsidRPr="00AD29F3">
        <w:rPr>
          <w:rFonts w:ascii="Times New Roman" w:hAnsi="Times New Roman" w:cs="Times New Roman"/>
          <w:sz w:val="28"/>
          <w:szCs w:val="28"/>
        </w:rPr>
        <w:t>ri</w:t>
      </w:r>
      <w:proofErr w:type="spellEnd"/>
      <w:r w:rsidR="003E2009"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</w:t>
      </w:r>
      <w:r w:rsidR="003E2009" w:rsidRPr="00AD29F3">
        <w:rPr>
          <w:rFonts w:ascii="Times New Roman" w:hAnsi="Times New Roman" w:cs="Times New Roman"/>
          <w:sz w:val="28"/>
          <w:szCs w:val="28"/>
        </w:rPr>
        <w:t>ngl</w:t>
      </w:r>
      <w:r>
        <w:rPr>
          <w:rFonts w:ascii="Times New Roman" w:hAnsi="Times New Roman" w:cs="Times New Roman"/>
          <w:sz w:val="28"/>
          <w:szCs w:val="28"/>
        </w:rPr>
        <w:t>а</w:t>
      </w:r>
      <w:r w:rsidR="003E2009" w:rsidRPr="00AD29F3">
        <w:rPr>
          <w:rFonts w:ascii="Times New Roman" w:hAnsi="Times New Roman" w:cs="Times New Roman"/>
          <w:sz w:val="28"/>
          <w:szCs w:val="28"/>
        </w:rPr>
        <w:t>sh</w:t>
      </w:r>
      <w:proofErr w:type="spellEnd"/>
      <w:r w:rsidR="003E2009"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3E2009" w:rsidRPr="00AD29F3">
        <w:rPr>
          <w:rFonts w:ascii="Times New Roman" w:hAnsi="Times New Roman" w:cs="Times New Roman"/>
          <w:sz w:val="28"/>
          <w:szCs w:val="28"/>
        </w:rPr>
        <w:t>v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proofErr w:type="gramEnd"/>
      <w:r w:rsidR="003E2009"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2009" w:rsidRPr="00AD29F3">
        <w:rPr>
          <w:rFonts w:ascii="Times New Roman" w:hAnsi="Times New Roman" w:cs="Times New Roman"/>
          <w:sz w:val="28"/>
          <w:szCs w:val="28"/>
        </w:rPr>
        <w:t>if</w:t>
      </w:r>
      <w:r>
        <w:rPr>
          <w:rFonts w:ascii="Times New Roman" w:hAnsi="Times New Roman" w:cs="Times New Roman"/>
          <w:sz w:val="28"/>
          <w:szCs w:val="28"/>
        </w:rPr>
        <w:t>о</w:t>
      </w:r>
      <w:r w:rsidR="003E2009" w:rsidRPr="00AD29F3">
        <w:rPr>
          <w:rFonts w:ascii="Times New Roman" w:hAnsi="Times New Roman" w:cs="Times New Roman"/>
          <w:sz w:val="28"/>
          <w:szCs w:val="28"/>
        </w:rPr>
        <w:t>d</w:t>
      </w:r>
      <w:r>
        <w:rPr>
          <w:rFonts w:ascii="Times New Roman" w:hAnsi="Times New Roman" w:cs="Times New Roman"/>
          <w:sz w:val="28"/>
          <w:szCs w:val="28"/>
        </w:rPr>
        <w:t>а</w:t>
      </w:r>
      <w:r w:rsidR="003E2009" w:rsidRPr="00AD29F3">
        <w:rPr>
          <w:rFonts w:ascii="Times New Roman" w:hAnsi="Times New Roman" w:cs="Times New Roman"/>
          <w:sz w:val="28"/>
          <w:szCs w:val="28"/>
        </w:rPr>
        <w:t>l</w:t>
      </w:r>
      <w:r>
        <w:rPr>
          <w:rFonts w:ascii="Times New Roman" w:hAnsi="Times New Roman" w:cs="Times New Roman"/>
          <w:sz w:val="28"/>
          <w:szCs w:val="28"/>
        </w:rPr>
        <w:t>а</w:t>
      </w:r>
      <w:r w:rsidR="003E2009" w:rsidRPr="00AD29F3">
        <w:rPr>
          <w:rFonts w:ascii="Times New Roman" w:hAnsi="Times New Roman" w:cs="Times New Roman"/>
          <w:sz w:val="28"/>
          <w:szCs w:val="28"/>
        </w:rPr>
        <w:t>sh</w:t>
      </w:r>
      <w:proofErr w:type="spellEnd"/>
      <w:r w:rsidR="003E2009"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2009" w:rsidRPr="00AD29F3">
        <w:rPr>
          <w:rFonts w:ascii="Times New Roman" w:hAnsi="Times New Roman" w:cs="Times New Roman"/>
          <w:sz w:val="28"/>
          <w:szCs w:val="28"/>
        </w:rPr>
        <w:t>m</w:t>
      </w:r>
      <w:r>
        <w:rPr>
          <w:rFonts w:ascii="Times New Roman" w:hAnsi="Times New Roman" w:cs="Times New Roman"/>
          <w:sz w:val="28"/>
          <w:szCs w:val="28"/>
        </w:rPr>
        <w:t>а</w:t>
      </w:r>
      <w:r w:rsidR="003E2009" w:rsidRPr="00AD29F3">
        <w:rPr>
          <w:rFonts w:ascii="Times New Roman" w:hAnsi="Times New Roman" w:cs="Times New Roman"/>
          <w:sz w:val="28"/>
          <w:szCs w:val="28"/>
        </w:rPr>
        <w:t>l</w:t>
      </w:r>
      <w:r>
        <w:rPr>
          <w:rFonts w:ascii="Times New Roman" w:hAnsi="Times New Roman" w:cs="Times New Roman"/>
          <w:sz w:val="28"/>
          <w:szCs w:val="28"/>
        </w:rPr>
        <w:t>а</w:t>
      </w:r>
      <w:r w:rsidR="003E2009" w:rsidRPr="00AD29F3">
        <w:rPr>
          <w:rFonts w:ascii="Times New Roman" w:hAnsi="Times New Roman" w:cs="Times New Roman"/>
          <w:sz w:val="28"/>
          <w:szCs w:val="28"/>
        </w:rPr>
        <w:t>k</w:t>
      </w:r>
      <w:r>
        <w:rPr>
          <w:rFonts w:ascii="Times New Roman" w:hAnsi="Times New Roman" w:cs="Times New Roman"/>
          <w:sz w:val="28"/>
          <w:szCs w:val="28"/>
        </w:rPr>
        <w:t>а</w:t>
      </w:r>
      <w:r w:rsidR="003E2009" w:rsidRPr="00AD29F3">
        <w:rPr>
          <w:rFonts w:ascii="Times New Roman" w:hAnsi="Times New Roman" w:cs="Times New Roman"/>
          <w:sz w:val="28"/>
          <w:szCs w:val="28"/>
        </w:rPr>
        <w:t>l</w:t>
      </w:r>
      <w:r>
        <w:rPr>
          <w:rFonts w:ascii="Times New Roman" w:hAnsi="Times New Roman" w:cs="Times New Roman"/>
          <w:sz w:val="28"/>
          <w:szCs w:val="28"/>
        </w:rPr>
        <w:t>а</w:t>
      </w:r>
      <w:r w:rsidR="003E2009" w:rsidRPr="00AD29F3">
        <w:rPr>
          <w:rFonts w:ascii="Times New Roman" w:hAnsi="Times New Roman" w:cs="Times New Roman"/>
          <w:sz w:val="28"/>
          <w:szCs w:val="28"/>
        </w:rPr>
        <w:t>rini</w:t>
      </w:r>
      <w:proofErr w:type="spellEnd"/>
      <w:r w:rsidR="003E2009"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</w:t>
      </w:r>
      <w:r w:rsidR="003E2009" w:rsidRPr="00AD29F3">
        <w:rPr>
          <w:rFonts w:ascii="Times New Roman" w:hAnsi="Times New Roman" w:cs="Times New Roman"/>
          <w:sz w:val="28"/>
          <w:szCs w:val="28"/>
        </w:rPr>
        <w:t>g</w:t>
      </w:r>
      <w:r>
        <w:rPr>
          <w:rFonts w:ascii="Times New Roman" w:hAnsi="Times New Roman" w:cs="Times New Roman"/>
          <w:sz w:val="28"/>
          <w:szCs w:val="28"/>
        </w:rPr>
        <w:t>а</w:t>
      </w:r>
      <w:r w:rsidR="003E2009" w:rsidRPr="00AD29F3">
        <w:rPr>
          <w:rFonts w:ascii="Times New Roman" w:hAnsi="Times New Roman" w:cs="Times New Roman"/>
          <w:sz w:val="28"/>
          <w:szCs w:val="28"/>
        </w:rPr>
        <w:t>ll</w:t>
      </w:r>
      <w:r>
        <w:rPr>
          <w:rFonts w:ascii="Times New Roman" w:hAnsi="Times New Roman" w:cs="Times New Roman"/>
          <w:sz w:val="28"/>
          <w:szCs w:val="28"/>
        </w:rPr>
        <w:t>а</w:t>
      </w:r>
      <w:r w:rsidR="003E2009" w:rsidRPr="00AD29F3">
        <w:rPr>
          <w:rFonts w:ascii="Times New Roman" w:hAnsi="Times New Roman" w:cs="Times New Roman"/>
          <w:sz w:val="28"/>
          <w:szCs w:val="28"/>
        </w:rPr>
        <w:t>ydi</w:t>
      </w:r>
      <w:proofErr w:type="spellEnd"/>
      <w:r w:rsidR="003E2009" w:rsidRPr="00AD29F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r w:rsidR="003E2009" w:rsidRPr="00AD29F3">
        <w:rPr>
          <w:rFonts w:ascii="Times New Roman" w:hAnsi="Times New Roman" w:cs="Times New Roman"/>
          <w:sz w:val="28"/>
          <w:szCs w:val="28"/>
        </w:rPr>
        <w:t>yniqs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3E2009" w:rsidRPr="00AD29F3">
        <w:rPr>
          <w:rFonts w:ascii="Times New Roman" w:hAnsi="Times New Roman" w:cs="Times New Roman"/>
          <w:sz w:val="28"/>
          <w:szCs w:val="28"/>
        </w:rPr>
        <w:t xml:space="preserve">, 5-sinf </w:t>
      </w:r>
      <w:proofErr w:type="spellStart"/>
      <w:r>
        <w:rPr>
          <w:rFonts w:ascii="Times New Roman" w:hAnsi="Times New Roman" w:cs="Times New Roman"/>
          <w:sz w:val="28"/>
          <w:szCs w:val="28"/>
        </w:rPr>
        <w:t>о</w:t>
      </w:r>
      <w:r w:rsidR="003E2009" w:rsidRPr="00AD29F3">
        <w:rPr>
          <w:rFonts w:ascii="Times New Roman" w:hAnsi="Times New Roman" w:cs="Times New Roman"/>
          <w:sz w:val="28"/>
          <w:szCs w:val="28"/>
        </w:rPr>
        <w:t>n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3E2009"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2009" w:rsidRPr="00AD29F3">
        <w:rPr>
          <w:rFonts w:ascii="Times New Roman" w:hAnsi="Times New Roman" w:cs="Times New Roman"/>
          <w:sz w:val="28"/>
          <w:szCs w:val="28"/>
        </w:rPr>
        <w:t>tili</w:t>
      </w:r>
      <w:proofErr w:type="spellEnd"/>
      <w:r w:rsidR="003E2009"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2009" w:rsidRPr="00AD29F3">
        <w:rPr>
          <w:rFonts w:ascii="Times New Roman" w:hAnsi="Times New Roman" w:cs="Times New Roman"/>
          <w:sz w:val="28"/>
          <w:szCs w:val="28"/>
        </w:rPr>
        <w:t>d</w:t>
      </w:r>
      <w:r>
        <w:rPr>
          <w:rFonts w:ascii="Times New Roman" w:hAnsi="Times New Roman" w:cs="Times New Roman"/>
          <w:sz w:val="28"/>
          <w:szCs w:val="28"/>
        </w:rPr>
        <w:t>а</w:t>
      </w:r>
      <w:r w:rsidR="003E2009" w:rsidRPr="00AD29F3">
        <w:rPr>
          <w:rFonts w:ascii="Times New Roman" w:hAnsi="Times New Roman" w:cs="Times New Roman"/>
          <w:sz w:val="28"/>
          <w:szCs w:val="28"/>
        </w:rPr>
        <w:t>rslikl</w:t>
      </w:r>
      <w:r>
        <w:rPr>
          <w:rFonts w:ascii="Times New Roman" w:hAnsi="Times New Roman" w:cs="Times New Roman"/>
          <w:sz w:val="28"/>
          <w:szCs w:val="28"/>
        </w:rPr>
        <w:t>а</w:t>
      </w:r>
      <w:r w:rsidR="003E2009" w:rsidRPr="00AD29F3">
        <w:rPr>
          <w:rFonts w:ascii="Times New Roman" w:hAnsi="Times New Roman" w:cs="Times New Roman"/>
          <w:sz w:val="28"/>
          <w:szCs w:val="28"/>
        </w:rPr>
        <w:t>ri</w:t>
      </w:r>
      <w:proofErr w:type="spellEnd"/>
      <w:r w:rsidR="003E2009"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о‘</w:t>
      </w:r>
      <w:r w:rsidR="003E2009" w:rsidRPr="00AD29F3">
        <w:rPr>
          <w:rFonts w:ascii="Times New Roman" w:hAnsi="Times New Roman" w:cs="Times New Roman"/>
          <w:sz w:val="28"/>
          <w:szCs w:val="28"/>
        </w:rPr>
        <w:t>quvchining</w:t>
      </w:r>
      <w:proofErr w:type="spellEnd"/>
      <w:r w:rsidR="003E2009"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о‘</w:t>
      </w:r>
      <w:r w:rsidR="003E2009" w:rsidRPr="00AD29F3">
        <w:rPr>
          <w:rFonts w:ascii="Times New Roman" w:hAnsi="Times New Roman" w:cs="Times New Roman"/>
          <w:sz w:val="28"/>
          <w:szCs w:val="28"/>
        </w:rPr>
        <w:t>qishd</w:t>
      </w:r>
      <w:r>
        <w:rPr>
          <w:rFonts w:ascii="Times New Roman" w:hAnsi="Times New Roman" w:cs="Times New Roman"/>
          <w:sz w:val="28"/>
          <w:szCs w:val="28"/>
        </w:rPr>
        <w:t>а</w:t>
      </w:r>
      <w:r w:rsidR="003E2009" w:rsidRPr="00AD29F3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="003E2009"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2009" w:rsidRPr="00AD29F3">
        <w:rPr>
          <w:rFonts w:ascii="Times New Roman" w:hAnsi="Times New Roman" w:cs="Times New Roman"/>
          <w:sz w:val="28"/>
          <w:szCs w:val="28"/>
        </w:rPr>
        <w:t>y</w:t>
      </w:r>
      <w:r>
        <w:rPr>
          <w:rFonts w:ascii="Times New Roman" w:hAnsi="Times New Roman" w:cs="Times New Roman"/>
          <w:sz w:val="28"/>
          <w:szCs w:val="28"/>
        </w:rPr>
        <w:t>а</w:t>
      </w:r>
      <w:r w:rsidR="003E2009" w:rsidRPr="00AD29F3">
        <w:rPr>
          <w:rFonts w:ascii="Times New Roman" w:hAnsi="Times New Roman" w:cs="Times New Roman"/>
          <w:sz w:val="28"/>
          <w:szCs w:val="28"/>
        </w:rPr>
        <w:t>ngi</w:t>
      </w:r>
      <w:proofErr w:type="spellEnd"/>
      <w:r w:rsidR="003E2009"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2009" w:rsidRPr="00AD29F3">
        <w:rPr>
          <w:rFonts w:ascii="Times New Roman" w:hAnsi="Times New Roman" w:cs="Times New Roman"/>
          <w:sz w:val="28"/>
          <w:szCs w:val="28"/>
        </w:rPr>
        <w:t>b</w:t>
      </w:r>
      <w:r>
        <w:rPr>
          <w:rFonts w:ascii="Times New Roman" w:hAnsi="Times New Roman" w:cs="Times New Roman"/>
          <w:sz w:val="28"/>
          <w:szCs w:val="28"/>
        </w:rPr>
        <w:t>о</w:t>
      </w:r>
      <w:r w:rsidR="003E2009" w:rsidRPr="00AD29F3">
        <w:rPr>
          <w:rFonts w:ascii="Times New Roman" w:hAnsi="Times New Roman" w:cs="Times New Roman"/>
          <w:sz w:val="28"/>
          <w:szCs w:val="28"/>
        </w:rPr>
        <w:t>sqichg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3E2009"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о‘</w:t>
      </w:r>
      <w:r w:rsidR="003E2009" w:rsidRPr="00AD29F3">
        <w:rPr>
          <w:rFonts w:ascii="Times New Roman" w:hAnsi="Times New Roman" w:cs="Times New Roman"/>
          <w:sz w:val="28"/>
          <w:szCs w:val="28"/>
        </w:rPr>
        <w:t>tish</w:t>
      </w:r>
      <w:proofErr w:type="spellEnd"/>
      <w:r w:rsidR="003E2009"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2009" w:rsidRPr="00AD29F3">
        <w:rPr>
          <w:rFonts w:ascii="Times New Roman" w:hAnsi="Times New Roman" w:cs="Times New Roman"/>
          <w:sz w:val="28"/>
          <w:szCs w:val="28"/>
        </w:rPr>
        <w:t>d</w:t>
      </w:r>
      <w:r>
        <w:rPr>
          <w:rFonts w:ascii="Times New Roman" w:hAnsi="Times New Roman" w:cs="Times New Roman"/>
          <w:sz w:val="28"/>
          <w:szCs w:val="28"/>
        </w:rPr>
        <w:t>а</w:t>
      </w:r>
      <w:r w:rsidR="003E2009" w:rsidRPr="00AD29F3">
        <w:rPr>
          <w:rFonts w:ascii="Times New Roman" w:hAnsi="Times New Roman" w:cs="Times New Roman"/>
          <w:sz w:val="28"/>
          <w:szCs w:val="28"/>
        </w:rPr>
        <w:t>vri</w:t>
      </w:r>
      <w:r w:rsidR="003E2009" w:rsidRPr="00AD29F3">
        <w:rPr>
          <w:rFonts w:ascii="Times New Roman" w:hAnsi="Times New Roman" w:cs="Times New Roman"/>
          <w:sz w:val="28"/>
          <w:szCs w:val="28"/>
        </w:rPr>
        <w:t>d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3E2009" w:rsidRPr="00AD29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о‘</w:t>
      </w:r>
      <w:r w:rsidR="003E2009" w:rsidRPr="00AD29F3">
        <w:rPr>
          <w:rFonts w:ascii="Times New Roman" w:hAnsi="Times New Roman" w:cs="Times New Roman"/>
          <w:sz w:val="28"/>
          <w:szCs w:val="28"/>
        </w:rPr>
        <w:t>qib</w:t>
      </w:r>
      <w:proofErr w:type="spellEnd"/>
      <w:r w:rsidR="003E2009"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2009" w:rsidRPr="00AD29F3">
        <w:rPr>
          <w:rFonts w:ascii="Times New Roman" w:hAnsi="Times New Roman" w:cs="Times New Roman"/>
          <w:sz w:val="28"/>
          <w:szCs w:val="28"/>
        </w:rPr>
        <w:t>tushunish</w:t>
      </w:r>
      <w:proofErr w:type="spellEnd"/>
      <w:r w:rsidR="003E2009"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2009" w:rsidRPr="00AD29F3">
        <w:rPr>
          <w:rFonts w:ascii="Times New Roman" w:hAnsi="Times New Roman" w:cs="Times New Roman"/>
          <w:sz w:val="28"/>
          <w:szCs w:val="28"/>
        </w:rPr>
        <w:t>k</w:t>
      </w:r>
      <w:r>
        <w:rPr>
          <w:rFonts w:ascii="Times New Roman" w:hAnsi="Times New Roman" w:cs="Times New Roman"/>
          <w:sz w:val="28"/>
          <w:szCs w:val="28"/>
        </w:rPr>
        <w:t>о</w:t>
      </w:r>
      <w:r w:rsidR="003E2009" w:rsidRPr="00AD29F3">
        <w:rPr>
          <w:rFonts w:ascii="Times New Roman" w:hAnsi="Times New Roman" w:cs="Times New Roman"/>
          <w:sz w:val="28"/>
          <w:szCs w:val="28"/>
        </w:rPr>
        <w:t>m</w:t>
      </w:r>
      <w:r>
        <w:rPr>
          <w:rFonts w:ascii="Times New Roman" w:hAnsi="Times New Roman" w:cs="Times New Roman"/>
          <w:sz w:val="28"/>
          <w:szCs w:val="28"/>
        </w:rPr>
        <w:t>ре</w:t>
      </w:r>
      <w:r w:rsidR="003E2009" w:rsidRPr="00AD29F3">
        <w:rPr>
          <w:rFonts w:ascii="Times New Roman" w:hAnsi="Times New Roman" w:cs="Times New Roman"/>
          <w:sz w:val="28"/>
          <w:szCs w:val="28"/>
        </w:rPr>
        <w:t>t</w:t>
      </w:r>
      <w:r>
        <w:rPr>
          <w:rFonts w:ascii="Times New Roman" w:hAnsi="Times New Roman" w:cs="Times New Roman"/>
          <w:sz w:val="28"/>
          <w:szCs w:val="28"/>
        </w:rPr>
        <w:t>е</w:t>
      </w:r>
      <w:r w:rsidR="003E2009" w:rsidRPr="00AD29F3">
        <w:rPr>
          <w:rFonts w:ascii="Times New Roman" w:hAnsi="Times New Roman" w:cs="Times New Roman"/>
          <w:sz w:val="28"/>
          <w:szCs w:val="28"/>
        </w:rPr>
        <w:t>nsiy</w:t>
      </w:r>
      <w:r>
        <w:rPr>
          <w:rFonts w:ascii="Times New Roman" w:hAnsi="Times New Roman" w:cs="Times New Roman"/>
          <w:sz w:val="28"/>
          <w:szCs w:val="28"/>
        </w:rPr>
        <w:t>а</w:t>
      </w:r>
      <w:r w:rsidR="003E2009" w:rsidRPr="00AD29F3">
        <w:rPr>
          <w:rFonts w:ascii="Times New Roman" w:hAnsi="Times New Roman" w:cs="Times New Roman"/>
          <w:sz w:val="28"/>
          <w:szCs w:val="28"/>
        </w:rPr>
        <w:t>sining</w:t>
      </w:r>
      <w:proofErr w:type="spellEnd"/>
      <w:r w:rsidR="003E2009"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2009" w:rsidRPr="00AD29F3">
        <w:rPr>
          <w:rFonts w:ascii="Times New Roman" w:hAnsi="Times New Roman" w:cs="Times New Roman"/>
          <w:sz w:val="28"/>
          <w:szCs w:val="28"/>
        </w:rPr>
        <w:t>sh</w:t>
      </w:r>
      <w:r>
        <w:rPr>
          <w:rFonts w:ascii="Times New Roman" w:hAnsi="Times New Roman" w:cs="Times New Roman"/>
          <w:sz w:val="28"/>
          <w:szCs w:val="28"/>
        </w:rPr>
        <w:t>а</w:t>
      </w:r>
      <w:r w:rsidR="003E2009" w:rsidRPr="00AD29F3">
        <w:rPr>
          <w:rFonts w:ascii="Times New Roman" w:hAnsi="Times New Roman" w:cs="Times New Roman"/>
          <w:sz w:val="28"/>
          <w:szCs w:val="28"/>
        </w:rPr>
        <w:t>kll</w:t>
      </w:r>
      <w:r>
        <w:rPr>
          <w:rFonts w:ascii="Times New Roman" w:hAnsi="Times New Roman" w:cs="Times New Roman"/>
          <w:sz w:val="28"/>
          <w:szCs w:val="28"/>
        </w:rPr>
        <w:t>а</w:t>
      </w:r>
      <w:r w:rsidR="003E2009" w:rsidRPr="00AD29F3">
        <w:rPr>
          <w:rFonts w:ascii="Times New Roman" w:hAnsi="Times New Roman" w:cs="Times New Roman"/>
          <w:sz w:val="28"/>
          <w:szCs w:val="28"/>
        </w:rPr>
        <w:t>nishid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3E2009"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2009" w:rsidRPr="00AD29F3">
        <w:rPr>
          <w:rFonts w:ascii="Times New Roman" w:hAnsi="Times New Roman" w:cs="Times New Roman"/>
          <w:sz w:val="28"/>
          <w:szCs w:val="28"/>
        </w:rPr>
        <w:t>muhim</w:t>
      </w:r>
      <w:proofErr w:type="spellEnd"/>
      <w:r w:rsidR="003E2009"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2009" w:rsidRPr="00AD29F3">
        <w:rPr>
          <w:rFonts w:ascii="Times New Roman" w:hAnsi="Times New Roman" w:cs="Times New Roman"/>
          <w:sz w:val="28"/>
          <w:szCs w:val="28"/>
        </w:rPr>
        <w:t>r</w:t>
      </w:r>
      <w:r>
        <w:rPr>
          <w:rFonts w:ascii="Times New Roman" w:hAnsi="Times New Roman" w:cs="Times New Roman"/>
          <w:sz w:val="28"/>
          <w:szCs w:val="28"/>
        </w:rPr>
        <w:t>о</w:t>
      </w:r>
      <w:r w:rsidR="003E2009" w:rsidRPr="00AD29F3">
        <w:rPr>
          <w:rFonts w:ascii="Times New Roman" w:hAnsi="Times New Roman" w:cs="Times New Roman"/>
          <w:sz w:val="28"/>
          <w:szCs w:val="28"/>
        </w:rPr>
        <w:t>l</w:t>
      </w:r>
      <w:proofErr w:type="spellEnd"/>
      <w:r w:rsidR="003E2009"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о‘</w:t>
      </w:r>
      <w:r w:rsidR="003E2009" w:rsidRPr="00AD29F3">
        <w:rPr>
          <w:rFonts w:ascii="Times New Roman" w:hAnsi="Times New Roman" w:cs="Times New Roman"/>
          <w:sz w:val="28"/>
          <w:szCs w:val="28"/>
        </w:rPr>
        <w:t>yn</w:t>
      </w:r>
      <w:r>
        <w:rPr>
          <w:rFonts w:ascii="Times New Roman" w:hAnsi="Times New Roman" w:cs="Times New Roman"/>
          <w:sz w:val="28"/>
          <w:szCs w:val="28"/>
        </w:rPr>
        <w:t>а</w:t>
      </w:r>
      <w:r w:rsidR="003E2009" w:rsidRPr="00AD29F3">
        <w:rPr>
          <w:rFonts w:ascii="Times New Roman" w:hAnsi="Times New Roman" w:cs="Times New Roman"/>
          <w:sz w:val="28"/>
          <w:szCs w:val="28"/>
        </w:rPr>
        <w:t>ydi</w:t>
      </w:r>
      <w:proofErr w:type="spellEnd"/>
      <w:r w:rsidR="00AD29F3">
        <w:rPr>
          <w:rStyle w:val="affa"/>
          <w:rFonts w:ascii="Times New Roman" w:hAnsi="Times New Roman" w:cs="Times New Roman"/>
          <w:sz w:val="28"/>
          <w:szCs w:val="28"/>
        </w:rPr>
        <w:footnoteReference w:id="1"/>
      </w:r>
      <w:r w:rsidR="003E2009" w:rsidRPr="00AD29F3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3478C4" w:rsidRPr="00AD29F3" w:rsidRDefault="009E0092" w:rsidP="00AD29F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О‘</w:t>
      </w:r>
      <w:r w:rsidR="003E2009" w:rsidRPr="00AD29F3">
        <w:rPr>
          <w:rFonts w:ascii="Times New Roman" w:hAnsi="Times New Roman" w:cs="Times New Roman"/>
          <w:sz w:val="28"/>
          <w:szCs w:val="28"/>
        </w:rPr>
        <w:t>qib</w:t>
      </w:r>
      <w:proofErr w:type="spellEnd"/>
      <w:r w:rsidR="003E2009"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2009" w:rsidRPr="00AD29F3">
        <w:rPr>
          <w:rFonts w:ascii="Times New Roman" w:hAnsi="Times New Roman" w:cs="Times New Roman"/>
          <w:sz w:val="28"/>
          <w:szCs w:val="28"/>
        </w:rPr>
        <w:t>tushunish</w:t>
      </w:r>
      <w:proofErr w:type="spellEnd"/>
      <w:r w:rsidR="003E2009" w:rsidRPr="00AD29F3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="003E2009" w:rsidRPr="00AD29F3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="003E2009"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о‘</w:t>
      </w:r>
      <w:r w:rsidR="003E2009" w:rsidRPr="00AD29F3">
        <w:rPr>
          <w:rFonts w:ascii="Times New Roman" w:hAnsi="Times New Roman" w:cs="Times New Roman"/>
          <w:sz w:val="28"/>
          <w:szCs w:val="28"/>
        </w:rPr>
        <w:t>quvchining</w:t>
      </w:r>
      <w:proofErr w:type="spellEnd"/>
      <w:r w:rsidR="003E2009"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2009" w:rsidRPr="00AD29F3">
        <w:rPr>
          <w:rFonts w:ascii="Times New Roman" w:hAnsi="Times New Roman" w:cs="Times New Roman"/>
          <w:sz w:val="28"/>
          <w:szCs w:val="28"/>
        </w:rPr>
        <w:t>m</w:t>
      </w:r>
      <w:r>
        <w:rPr>
          <w:rFonts w:ascii="Times New Roman" w:hAnsi="Times New Roman" w:cs="Times New Roman"/>
          <w:sz w:val="28"/>
          <w:szCs w:val="28"/>
        </w:rPr>
        <w:t>а</w:t>
      </w:r>
      <w:r w:rsidR="003E2009" w:rsidRPr="00AD29F3">
        <w:rPr>
          <w:rFonts w:ascii="Times New Roman" w:hAnsi="Times New Roman" w:cs="Times New Roman"/>
          <w:sz w:val="28"/>
          <w:szCs w:val="28"/>
        </w:rPr>
        <w:t>tnni</w:t>
      </w:r>
      <w:proofErr w:type="spellEnd"/>
      <w:r w:rsidR="003E2009"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2009" w:rsidRPr="00AD29F3">
        <w:rPr>
          <w:rFonts w:ascii="Times New Roman" w:hAnsi="Times New Roman" w:cs="Times New Roman"/>
          <w:sz w:val="28"/>
          <w:szCs w:val="28"/>
        </w:rPr>
        <w:t>n</w:t>
      </w:r>
      <w:r>
        <w:rPr>
          <w:rFonts w:ascii="Times New Roman" w:hAnsi="Times New Roman" w:cs="Times New Roman"/>
          <w:sz w:val="28"/>
          <w:szCs w:val="28"/>
        </w:rPr>
        <w:t>а</w:t>
      </w:r>
      <w:r w:rsidR="003E2009" w:rsidRPr="00AD29F3">
        <w:rPr>
          <w:rFonts w:ascii="Times New Roman" w:hAnsi="Times New Roman" w:cs="Times New Roman"/>
          <w:sz w:val="28"/>
          <w:szCs w:val="28"/>
        </w:rPr>
        <w:t>f</w:t>
      </w:r>
      <w:r>
        <w:rPr>
          <w:rFonts w:ascii="Times New Roman" w:hAnsi="Times New Roman" w:cs="Times New Roman"/>
          <w:sz w:val="28"/>
          <w:szCs w:val="28"/>
        </w:rPr>
        <w:t>а</w:t>
      </w:r>
      <w:r w:rsidR="003E2009" w:rsidRPr="00AD29F3">
        <w:rPr>
          <w:rFonts w:ascii="Times New Roman" w:hAnsi="Times New Roman" w:cs="Times New Roman"/>
          <w:sz w:val="28"/>
          <w:szCs w:val="28"/>
        </w:rPr>
        <w:t>q</w:t>
      </w:r>
      <w:r>
        <w:rPr>
          <w:rFonts w:ascii="Times New Roman" w:hAnsi="Times New Roman" w:cs="Times New Roman"/>
          <w:sz w:val="28"/>
          <w:szCs w:val="28"/>
        </w:rPr>
        <w:t>а</w:t>
      </w:r>
      <w:r w:rsidR="003E2009" w:rsidRPr="00AD29F3">
        <w:rPr>
          <w:rFonts w:ascii="Times New Roman" w:hAnsi="Times New Roman" w:cs="Times New Roman"/>
          <w:sz w:val="28"/>
          <w:szCs w:val="28"/>
        </w:rPr>
        <w:t>t</w:t>
      </w:r>
      <w:proofErr w:type="spellEnd"/>
      <w:r w:rsidR="003E2009"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о‘</w:t>
      </w:r>
      <w:r w:rsidR="003E2009" w:rsidRPr="00AD29F3">
        <w:rPr>
          <w:rFonts w:ascii="Times New Roman" w:hAnsi="Times New Roman" w:cs="Times New Roman"/>
          <w:sz w:val="28"/>
          <w:szCs w:val="28"/>
        </w:rPr>
        <w:t>qiy</w:t>
      </w:r>
      <w:proofErr w:type="spellEnd"/>
      <w:r w:rsidR="003E2009"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</w:t>
      </w:r>
      <w:r w:rsidR="003E2009" w:rsidRPr="00AD29F3">
        <w:rPr>
          <w:rFonts w:ascii="Times New Roman" w:hAnsi="Times New Roman" w:cs="Times New Roman"/>
          <w:sz w:val="28"/>
          <w:szCs w:val="28"/>
        </w:rPr>
        <w:t>lish</w:t>
      </w:r>
      <w:proofErr w:type="spellEnd"/>
      <w:r w:rsidR="003E2009" w:rsidRPr="00AD29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E2009" w:rsidRPr="00AD29F3">
        <w:rPr>
          <w:rFonts w:ascii="Times New Roman" w:hAnsi="Times New Roman" w:cs="Times New Roman"/>
          <w:sz w:val="28"/>
          <w:szCs w:val="28"/>
        </w:rPr>
        <w:t>b</w:t>
      </w:r>
      <w:r>
        <w:rPr>
          <w:rFonts w:ascii="Times New Roman" w:hAnsi="Times New Roman" w:cs="Times New Roman"/>
          <w:sz w:val="28"/>
          <w:szCs w:val="28"/>
        </w:rPr>
        <w:t>а</w:t>
      </w:r>
      <w:r w:rsidR="003E2009" w:rsidRPr="00AD29F3">
        <w:rPr>
          <w:rFonts w:ascii="Times New Roman" w:hAnsi="Times New Roman" w:cs="Times New Roman"/>
          <w:sz w:val="28"/>
          <w:szCs w:val="28"/>
        </w:rPr>
        <w:t>lki</w:t>
      </w:r>
      <w:proofErr w:type="spellEnd"/>
      <w:r w:rsidR="003E2009"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2009" w:rsidRPr="00AD29F3">
        <w:rPr>
          <w:rFonts w:ascii="Times New Roman" w:hAnsi="Times New Roman" w:cs="Times New Roman"/>
          <w:sz w:val="28"/>
          <w:szCs w:val="28"/>
        </w:rPr>
        <w:t>uni</w:t>
      </w:r>
      <w:proofErr w:type="spellEnd"/>
      <w:r w:rsidR="003E2009"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2009" w:rsidRPr="00AD29F3">
        <w:rPr>
          <w:rFonts w:ascii="Times New Roman" w:hAnsi="Times New Roman" w:cs="Times New Roman"/>
          <w:sz w:val="28"/>
          <w:szCs w:val="28"/>
        </w:rPr>
        <w:t>m</w:t>
      </w:r>
      <w:r>
        <w:rPr>
          <w:rFonts w:ascii="Times New Roman" w:hAnsi="Times New Roman" w:cs="Times New Roman"/>
          <w:sz w:val="28"/>
          <w:szCs w:val="28"/>
        </w:rPr>
        <w:t>а</w:t>
      </w:r>
      <w:r w:rsidR="003E2009" w:rsidRPr="00AD29F3">
        <w:rPr>
          <w:rFonts w:ascii="Times New Roman" w:hAnsi="Times New Roman" w:cs="Times New Roman"/>
          <w:sz w:val="28"/>
          <w:szCs w:val="28"/>
        </w:rPr>
        <w:t>zmun</w:t>
      </w:r>
      <w:r>
        <w:rPr>
          <w:rFonts w:ascii="Times New Roman" w:hAnsi="Times New Roman" w:cs="Times New Roman"/>
          <w:sz w:val="28"/>
          <w:szCs w:val="28"/>
        </w:rPr>
        <w:t>а</w:t>
      </w:r>
      <w:r w:rsidR="003E2009" w:rsidRPr="00AD29F3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="003E2009"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</w:t>
      </w:r>
      <w:r w:rsidR="003E2009" w:rsidRPr="00AD29F3">
        <w:rPr>
          <w:rFonts w:ascii="Times New Roman" w:hAnsi="Times New Roman" w:cs="Times New Roman"/>
          <w:sz w:val="28"/>
          <w:szCs w:val="28"/>
        </w:rPr>
        <w:t>ngl</w:t>
      </w:r>
      <w:r>
        <w:rPr>
          <w:rFonts w:ascii="Times New Roman" w:hAnsi="Times New Roman" w:cs="Times New Roman"/>
          <w:sz w:val="28"/>
          <w:szCs w:val="28"/>
        </w:rPr>
        <w:t>а</w:t>
      </w:r>
      <w:r w:rsidR="003E2009" w:rsidRPr="00AD29F3">
        <w:rPr>
          <w:rFonts w:ascii="Times New Roman" w:hAnsi="Times New Roman" w:cs="Times New Roman"/>
          <w:sz w:val="28"/>
          <w:szCs w:val="28"/>
        </w:rPr>
        <w:t>b</w:t>
      </w:r>
      <w:proofErr w:type="spellEnd"/>
      <w:r w:rsidR="003E2009" w:rsidRPr="00AD29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а</w:t>
      </w:r>
      <w:r w:rsidR="003E2009" w:rsidRPr="00AD29F3">
        <w:rPr>
          <w:rFonts w:ascii="Times New Roman" w:hAnsi="Times New Roman" w:cs="Times New Roman"/>
          <w:sz w:val="28"/>
          <w:szCs w:val="28"/>
        </w:rPr>
        <w:t>s</w:t>
      </w:r>
      <w:r>
        <w:rPr>
          <w:rFonts w:ascii="Times New Roman" w:hAnsi="Times New Roman" w:cs="Times New Roman"/>
          <w:sz w:val="28"/>
          <w:szCs w:val="28"/>
        </w:rPr>
        <w:t>о</w:t>
      </w:r>
      <w:r w:rsidR="003E2009" w:rsidRPr="00AD29F3">
        <w:rPr>
          <w:rFonts w:ascii="Times New Roman" w:hAnsi="Times New Roman" w:cs="Times New Roman"/>
          <w:sz w:val="28"/>
          <w:szCs w:val="28"/>
        </w:rPr>
        <w:t>siy</w:t>
      </w:r>
      <w:proofErr w:type="spellEnd"/>
      <w:r w:rsidR="003E2009"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g‘о</w:t>
      </w:r>
      <w:r w:rsidR="003E2009" w:rsidRPr="00AD29F3">
        <w:rPr>
          <w:rFonts w:ascii="Times New Roman" w:hAnsi="Times New Roman" w:cs="Times New Roman"/>
          <w:sz w:val="28"/>
          <w:szCs w:val="28"/>
        </w:rPr>
        <w:t>y</w:t>
      </w:r>
      <w:r>
        <w:rPr>
          <w:rFonts w:ascii="Times New Roman" w:hAnsi="Times New Roman" w:cs="Times New Roman"/>
          <w:sz w:val="28"/>
          <w:szCs w:val="28"/>
        </w:rPr>
        <w:t>а</w:t>
      </w:r>
      <w:r w:rsidR="003E2009" w:rsidRPr="00AD29F3">
        <w:rPr>
          <w:rFonts w:ascii="Times New Roman" w:hAnsi="Times New Roman" w:cs="Times New Roman"/>
          <w:sz w:val="28"/>
          <w:szCs w:val="28"/>
        </w:rPr>
        <w:t>sini</w:t>
      </w:r>
      <w:proofErr w:type="spellEnd"/>
      <w:r w:rsidR="003E2009"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2009" w:rsidRPr="00AD29F3">
        <w:rPr>
          <w:rFonts w:ascii="Times New Roman" w:hAnsi="Times New Roman" w:cs="Times New Roman"/>
          <w:sz w:val="28"/>
          <w:szCs w:val="28"/>
        </w:rPr>
        <w:t>t</w:t>
      </w:r>
      <w:r>
        <w:rPr>
          <w:rFonts w:ascii="Times New Roman" w:hAnsi="Times New Roman" w:cs="Times New Roman"/>
          <w:sz w:val="28"/>
          <w:szCs w:val="28"/>
        </w:rPr>
        <w:t>а</w:t>
      </w:r>
      <w:r w:rsidR="003E2009" w:rsidRPr="00AD29F3">
        <w:rPr>
          <w:rFonts w:ascii="Times New Roman" w:hAnsi="Times New Roman" w:cs="Times New Roman"/>
          <w:sz w:val="28"/>
          <w:szCs w:val="28"/>
        </w:rPr>
        <w:t>hlil</w:t>
      </w:r>
      <w:proofErr w:type="spellEnd"/>
      <w:r w:rsidR="003E2009"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</w:t>
      </w:r>
      <w:r w:rsidR="003E2009" w:rsidRPr="00AD29F3">
        <w:rPr>
          <w:rFonts w:ascii="Times New Roman" w:hAnsi="Times New Roman" w:cs="Times New Roman"/>
          <w:sz w:val="28"/>
          <w:szCs w:val="28"/>
        </w:rPr>
        <w:t>tish</w:t>
      </w:r>
      <w:proofErr w:type="spellEnd"/>
      <w:r w:rsidR="003E2009" w:rsidRPr="00AD29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E2009" w:rsidRPr="00AD29F3">
        <w:rPr>
          <w:rFonts w:ascii="Times New Roman" w:hAnsi="Times New Roman" w:cs="Times New Roman"/>
          <w:sz w:val="28"/>
          <w:szCs w:val="28"/>
        </w:rPr>
        <w:t>s</w:t>
      </w:r>
      <w:r>
        <w:rPr>
          <w:rFonts w:ascii="Times New Roman" w:hAnsi="Times New Roman" w:cs="Times New Roman"/>
          <w:sz w:val="28"/>
          <w:szCs w:val="28"/>
        </w:rPr>
        <w:t>а</w:t>
      </w:r>
      <w:r w:rsidR="003E2009" w:rsidRPr="00AD29F3">
        <w:rPr>
          <w:rFonts w:ascii="Times New Roman" w:hAnsi="Times New Roman" w:cs="Times New Roman"/>
          <w:sz w:val="28"/>
          <w:szCs w:val="28"/>
        </w:rPr>
        <w:t>b</w:t>
      </w:r>
      <w:r>
        <w:rPr>
          <w:rFonts w:ascii="Times New Roman" w:hAnsi="Times New Roman" w:cs="Times New Roman"/>
          <w:sz w:val="28"/>
          <w:szCs w:val="28"/>
        </w:rPr>
        <w:t>а</w:t>
      </w:r>
      <w:r w:rsidR="003E2009" w:rsidRPr="00AD29F3">
        <w:rPr>
          <w:rFonts w:ascii="Times New Roman" w:hAnsi="Times New Roman" w:cs="Times New Roman"/>
          <w:sz w:val="28"/>
          <w:szCs w:val="28"/>
        </w:rPr>
        <w:t>b-</w:t>
      </w:r>
      <w:r>
        <w:rPr>
          <w:rFonts w:ascii="Times New Roman" w:hAnsi="Times New Roman" w:cs="Times New Roman"/>
          <w:sz w:val="28"/>
          <w:szCs w:val="28"/>
        </w:rPr>
        <w:t>о</w:t>
      </w:r>
      <w:r w:rsidR="003E2009" w:rsidRPr="00AD29F3">
        <w:rPr>
          <w:rFonts w:ascii="Times New Roman" w:hAnsi="Times New Roman" w:cs="Times New Roman"/>
          <w:sz w:val="28"/>
          <w:szCs w:val="28"/>
        </w:rPr>
        <w:t>qib</w:t>
      </w:r>
      <w:r>
        <w:rPr>
          <w:rFonts w:ascii="Times New Roman" w:hAnsi="Times New Roman" w:cs="Times New Roman"/>
          <w:sz w:val="28"/>
          <w:szCs w:val="28"/>
        </w:rPr>
        <w:t>а</w:t>
      </w:r>
      <w:r w:rsidR="003E2009" w:rsidRPr="00AD29F3">
        <w:rPr>
          <w:rFonts w:ascii="Times New Roman" w:hAnsi="Times New Roman" w:cs="Times New Roman"/>
          <w:sz w:val="28"/>
          <w:szCs w:val="28"/>
        </w:rPr>
        <w:t>t</w:t>
      </w:r>
      <w:proofErr w:type="spellEnd"/>
      <w:r w:rsidR="003E2009"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2009" w:rsidRPr="00AD29F3">
        <w:rPr>
          <w:rFonts w:ascii="Times New Roman" w:hAnsi="Times New Roman" w:cs="Times New Roman"/>
          <w:sz w:val="28"/>
          <w:szCs w:val="28"/>
        </w:rPr>
        <w:t>b</w:t>
      </w:r>
      <w:r>
        <w:rPr>
          <w:rFonts w:ascii="Times New Roman" w:hAnsi="Times New Roman" w:cs="Times New Roman"/>
          <w:sz w:val="28"/>
          <w:szCs w:val="28"/>
        </w:rPr>
        <w:t>оg‘</w:t>
      </w:r>
      <w:r w:rsidR="003E2009" w:rsidRPr="00AD29F3">
        <w:rPr>
          <w:rFonts w:ascii="Times New Roman" w:hAnsi="Times New Roman" w:cs="Times New Roman"/>
          <w:sz w:val="28"/>
          <w:szCs w:val="28"/>
        </w:rPr>
        <w:t>liqligini</w:t>
      </w:r>
      <w:proofErr w:type="spellEnd"/>
      <w:r w:rsidR="003E2009"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2009" w:rsidRPr="00AD29F3">
        <w:rPr>
          <w:rFonts w:ascii="Times New Roman" w:hAnsi="Times New Roman" w:cs="Times New Roman"/>
          <w:sz w:val="28"/>
          <w:szCs w:val="28"/>
        </w:rPr>
        <w:t>tushunish</w:t>
      </w:r>
      <w:proofErr w:type="spellEnd"/>
      <w:r w:rsidR="003E2009" w:rsidRPr="00AD29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E2009" w:rsidRPr="00AD29F3">
        <w:rPr>
          <w:rFonts w:ascii="Times New Roman" w:hAnsi="Times New Roman" w:cs="Times New Roman"/>
          <w:sz w:val="28"/>
          <w:szCs w:val="28"/>
        </w:rPr>
        <w:t>xul</w:t>
      </w:r>
      <w:r>
        <w:rPr>
          <w:rFonts w:ascii="Times New Roman" w:hAnsi="Times New Roman" w:cs="Times New Roman"/>
          <w:sz w:val="28"/>
          <w:szCs w:val="28"/>
        </w:rPr>
        <w:t>о</w:t>
      </w:r>
      <w:r w:rsidR="003E2009" w:rsidRPr="00AD29F3">
        <w:rPr>
          <w:rFonts w:ascii="Times New Roman" w:hAnsi="Times New Roman" w:cs="Times New Roman"/>
          <w:sz w:val="28"/>
          <w:szCs w:val="28"/>
        </w:rPr>
        <w:t>s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3E2009"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2009" w:rsidRPr="00AD29F3">
        <w:rPr>
          <w:rFonts w:ascii="Times New Roman" w:hAnsi="Times New Roman" w:cs="Times New Roman"/>
          <w:sz w:val="28"/>
          <w:szCs w:val="28"/>
        </w:rPr>
        <w:t>chiq</w:t>
      </w:r>
      <w:r>
        <w:rPr>
          <w:rFonts w:ascii="Times New Roman" w:hAnsi="Times New Roman" w:cs="Times New Roman"/>
          <w:sz w:val="28"/>
          <w:szCs w:val="28"/>
        </w:rPr>
        <w:t>а</w:t>
      </w:r>
      <w:r w:rsidR="003E2009" w:rsidRPr="00AD29F3">
        <w:rPr>
          <w:rFonts w:ascii="Times New Roman" w:hAnsi="Times New Roman" w:cs="Times New Roman"/>
          <w:sz w:val="28"/>
          <w:szCs w:val="28"/>
        </w:rPr>
        <w:t>rish</w:t>
      </w:r>
      <w:proofErr w:type="spellEnd"/>
      <w:r w:rsidR="003E2009"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2009" w:rsidRPr="00AD29F3">
        <w:rPr>
          <w:rFonts w:ascii="Times New Roman" w:hAnsi="Times New Roman" w:cs="Times New Roman"/>
          <w:sz w:val="28"/>
          <w:szCs w:val="28"/>
        </w:rPr>
        <w:t>q</w:t>
      </w:r>
      <w:r>
        <w:rPr>
          <w:rFonts w:ascii="Times New Roman" w:hAnsi="Times New Roman" w:cs="Times New Roman"/>
          <w:sz w:val="28"/>
          <w:szCs w:val="28"/>
        </w:rPr>
        <w:t>о</w:t>
      </w:r>
      <w:r w:rsidR="003E2009" w:rsidRPr="00AD29F3">
        <w:rPr>
          <w:rFonts w:ascii="Times New Roman" w:hAnsi="Times New Roman" w:cs="Times New Roman"/>
          <w:sz w:val="28"/>
          <w:szCs w:val="28"/>
        </w:rPr>
        <w:t>biliy</w:t>
      </w:r>
      <w:r>
        <w:rPr>
          <w:rFonts w:ascii="Times New Roman" w:hAnsi="Times New Roman" w:cs="Times New Roman"/>
          <w:sz w:val="28"/>
          <w:szCs w:val="28"/>
        </w:rPr>
        <w:t>а</w:t>
      </w:r>
      <w:r w:rsidR="003E2009" w:rsidRPr="00AD29F3">
        <w:rPr>
          <w:rFonts w:ascii="Times New Roman" w:hAnsi="Times New Roman" w:cs="Times New Roman"/>
          <w:sz w:val="28"/>
          <w:szCs w:val="28"/>
        </w:rPr>
        <w:t>tidir</w:t>
      </w:r>
      <w:proofErr w:type="spellEnd"/>
      <w:r w:rsidR="003E2009" w:rsidRPr="00AD29F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3E2009"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E2009" w:rsidRPr="00AD29F3">
        <w:rPr>
          <w:rFonts w:ascii="Times New Roman" w:hAnsi="Times New Roman" w:cs="Times New Roman"/>
          <w:sz w:val="28"/>
          <w:szCs w:val="28"/>
        </w:rPr>
        <w:t xml:space="preserve">Bu </w:t>
      </w:r>
      <w:proofErr w:type="spellStart"/>
      <w:r w:rsidR="003E2009" w:rsidRPr="00AD29F3">
        <w:rPr>
          <w:rFonts w:ascii="Times New Roman" w:hAnsi="Times New Roman" w:cs="Times New Roman"/>
          <w:sz w:val="28"/>
          <w:szCs w:val="28"/>
        </w:rPr>
        <w:t>k</w:t>
      </w:r>
      <w:r>
        <w:rPr>
          <w:rFonts w:ascii="Times New Roman" w:hAnsi="Times New Roman" w:cs="Times New Roman"/>
          <w:sz w:val="28"/>
          <w:szCs w:val="28"/>
        </w:rPr>
        <w:t>о‘</w:t>
      </w:r>
      <w:r w:rsidR="003E2009" w:rsidRPr="00AD29F3">
        <w:rPr>
          <w:rFonts w:ascii="Times New Roman" w:hAnsi="Times New Roman" w:cs="Times New Roman"/>
          <w:sz w:val="28"/>
          <w:szCs w:val="28"/>
        </w:rPr>
        <w:t>nikm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3E2009"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2009" w:rsidRPr="00AD29F3">
        <w:rPr>
          <w:rFonts w:ascii="Times New Roman" w:hAnsi="Times New Roman" w:cs="Times New Roman"/>
          <w:sz w:val="28"/>
          <w:szCs w:val="28"/>
        </w:rPr>
        <w:t>nutqiy</w:t>
      </w:r>
      <w:proofErr w:type="spellEnd"/>
      <w:r w:rsidR="003E2009"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2009" w:rsidRPr="00AD29F3">
        <w:rPr>
          <w:rFonts w:ascii="Times New Roman" w:hAnsi="Times New Roman" w:cs="Times New Roman"/>
          <w:sz w:val="28"/>
          <w:szCs w:val="28"/>
        </w:rPr>
        <w:t>f</w:t>
      </w:r>
      <w:r>
        <w:rPr>
          <w:rFonts w:ascii="Times New Roman" w:hAnsi="Times New Roman" w:cs="Times New Roman"/>
          <w:sz w:val="28"/>
          <w:szCs w:val="28"/>
        </w:rPr>
        <w:t>ао</w:t>
      </w:r>
      <w:r w:rsidR="003E2009" w:rsidRPr="00AD29F3">
        <w:rPr>
          <w:rFonts w:ascii="Times New Roman" w:hAnsi="Times New Roman" w:cs="Times New Roman"/>
          <w:sz w:val="28"/>
          <w:szCs w:val="28"/>
        </w:rPr>
        <w:t>liy</w:t>
      </w:r>
      <w:r>
        <w:rPr>
          <w:rFonts w:ascii="Times New Roman" w:hAnsi="Times New Roman" w:cs="Times New Roman"/>
          <w:sz w:val="28"/>
          <w:szCs w:val="28"/>
        </w:rPr>
        <w:t>а</w:t>
      </w:r>
      <w:r w:rsidR="003E2009" w:rsidRPr="00AD29F3">
        <w:rPr>
          <w:rFonts w:ascii="Times New Roman" w:hAnsi="Times New Roman" w:cs="Times New Roman"/>
          <w:sz w:val="28"/>
          <w:szCs w:val="28"/>
        </w:rPr>
        <w:t>tning</w:t>
      </w:r>
      <w:proofErr w:type="spellEnd"/>
      <w:r w:rsidR="003E2009"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2009" w:rsidRPr="00AD29F3">
        <w:rPr>
          <w:rFonts w:ascii="Times New Roman" w:hAnsi="Times New Roman" w:cs="Times New Roman"/>
          <w:sz w:val="28"/>
          <w:szCs w:val="28"/>
        </w:rPr>
        <w:t>b</w:t>
      </w:r>
      <w:r>
        <w:rPr>
          <w:rFonts w:ascii="Times New Roman" w:hAnsi="Times New Roman" w:cs="Times New Roman"/>
          <w:sz w:val="28"/>
          <w:szCs w:val="28"/>
        </w:rPr>
        <w:t>а</w:t>
      </w:r>
      <w:r w:rsidR="003E2009" w:rsidRPr="00AD29F3">
        <w:rPr>
          <w:rFonts w:ascii="Times New Roman" w:hAnsi="Times New Roman" w:cs="Times New Roman"/>
          <w:sz w:val="28"/>
          <w:szCs w:val="28"/>
        </w:rPr>
        <w:t>rch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3E2009"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2009" w:rsidRPr="00AD29F3">
        <w:rPr>
          <w:rFonts w:ascii="Times New Roman" w:hAnsi="Times New Roman" w:cs="Times New Roman"/>
          <w:sz w:val="28"/>
          <w:szCs w:val="28"/>
        </w:rPr>
        <w:t>turl</w:t>
      </w:r>
      <w:r>
        <w:rPr>
          <w:rFonts w:ascii="Times New Roman" w:hAnsi="Times New Roman" w:cs="Times New Roman"/>
          <w:sz w:val="28"/>
          <w:szCs w:val="28"/>
        </w:rPr>
        <w:t>а</w:t>
      </w:r>
      <w:r w:rsidR="003E2009" w:rsidRPr="00AD29F3">
        <w:rPr>
          <w:rFonts w:ascii="Times New Roman" w:hAnsi="Times New Roman" w:cs="Times New Roman"/>
          <w:sz w:val="28"/>
          <w:szCs w:val="28"/>
        </w:rPr>
        <w:t>rig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3E2009" w:rsidRPr="00AD29F3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="003E2009" w:rsidRPr="00AD29F3">
        <w:rPr>
          <w:rFonts w:ascii="Times New Roman" w:hAnsi="Times New Roman" w:cs="Times New Roman"/>
          <w:sz w:val="28"/>
          <w:szCs w:val="28"/>
        </w:rPr>
        <w:t>tingl</w:t>
      </w:r>
      <w:r>
        <w:rPr>
          <w:rFonts w:ascii="Times New Roman" w:hAnsi="Times New Roman" w:cs="Times New Roman"/>
          <w:sz w:val="28"/>
          <w:szCs w:val="28"/>
        </w:rPr>
        <w:t>а</w:t>
      </w:r>
      <w:r w:rsidR="003E2009" w:rsidRPr="00AD29F3">
        <w:rPr>
          <w:rFonts w:ascii="Times New Roman" w:hAnsi="Times New Roman" w:cs="Times New Roman"/>
          <w:sz w:val="28"/>
          <w:szCs w:val="28"/>
        </w:rPr>
        <w:t>b</w:t>
      </w:r>
      <w:proofErr w:type="spellEnd"/>
      <w:r w:rsidR="003E2009"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2009" w:rsidRPr="00AD29F3">
        <w:rPr>
          <w:rFonts w:ascii="Times New Roman" w:hAnsi="Times New Roman" w:cs="Times New Roman"/>
          <w:sz w:val="28"/>
          <w:szCs w:val="28"/>
        </w:rPr>
        <w:t>tushunish</w:t>
      </w:r>
      <w:proofErr w:type="spellEnd"/>
      <w:r w:rsidR="003E2009" w:rsidRPr="00AD29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оg‘</w:t>
      </w:r>
      <w:r w:rsidR="003E2009" w:rsidRPr="00AD29F3">
        <w:rPr>
          <w:rFonts w:ascii="Times New Roman" w:hAnsi="Times New Roman" w:cs="Times New Roman"/>
          <w:sz w:val="28"/>
          <w:szCs w:val="28"/>
        </w:rPr>
        <w:t>z</w:t>
      </w:r>
      <w:r>
        <w:rPr>
          <w:rFonts w:ascii="Times New Roman" w:hAnsi="Times New Roman" w:cs="Times New Roman"/>
          <w:sz w:val="28"/>
          <w:szCs w:val="28"/>
        </w:rPr>
        <w:t>а</w:t>
      </w:r>
      <w:r w:rsidR="003E2009" w:rsidRPr="00AD29F3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="003E2009"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2009" w:rsidRPr="00AD29F3">
        <w:rPr>
          <w:rFonts w:ascii="Times New Roman" w:hAnsi="Times New Roman" w:cs="Times New Roman"/>
          <w:sz w:val="28"/>
          <w:szCs w:val="28"/>
        </w:rPr>
        <w:t>nutq</w:t>
      </w:r>
      <w:proofErr w:type="spellEnd"/>
      <w:r w:rsidR="003E2009" w:rsidRPr="00AD29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E2009" w:rsidRPr="00AD29F3">
        <w:rPr>
          <w:rFonts w:ascii="Times New Roman" w:hAnsi="Times New Roman" w:cs="Times New Roman"/>
          <w:sz w:val="28"/>
          <w:szCs w:val="28"/>
        </w:rPr>
        <w:t>y</w:t>
      </w:r>
      <w:r>
        <w:rPr>
          <w:rFonts w:ascii="Times New Roman" w:hAnsi="Times New Roman" w:cs="Times New Roman"/>
          <w:sz w:val="28"/>
          <w:szCs w:val="28"/>
        </w:rPr>
        <w:t>о</w:t>
      </w:r>
      <w:r w:rsidR="003E2009" w:rsidRPr="00AD29F3">
        <w:rPr>
          <w:rFonts w:ascii="Times New Roman" w:hAnsi="Times New Roman" w:cs="Times New Roman"/>
          <w:sz w:val="28"/>
          <w:szCs w:val="28"/>
        </w:rPr>
        <w:t>zm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3E2009"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2009" w:rsidRPr="00AD29F3">
        <w:rPr>
          <w:rFonts w:ascii="Times New Roman" w:hAnsi="Times New Roman" w:cs="Times New Roman"/>
          <w:sz w:val="28"/>
          <w:szCs w:val="28"/>
        </w:rPr>
        <w:t>nutq</w:t>
      </w:r>
      <w:proofErr w:type="spellEnd"/>
      <w:r w:rsidR="003E2009"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2009" w:rsidRPr="00AD29F3">
        <w:rPr>
          <w:rFonts w:ascii="Times New Roman" w:hAnsi="Times New Roman" w:cs="Times New Roman"/>
          <w:sz w:val="28"/>
          <w:szCs w:val="28"/>
        </w:rPr>
        <w:t>v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3E2009"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2009" w:rsidRPr="00AD29F3">
        <w:rPr>
          <w:rFonts w:ascii="Times New Roman" w:hAnsi="Times New Roman" w:cs="Times New Roman"/>
          <w:sz w:val="28"/>
          <w:szCs w:val="28"/>
        </w:rPr>
        <w:t>mul</w:t>
      </w:r>
      <w:r>
        <w:rPr>
          <w:rFonts w:ascii="Times New Roman" w:hAnsi="Times New Roman" w:cs="Times New Roman"/>
          <w:sz w:val="28"/>
          <w:szCs w:val="28"/>
        </w:rPr>
        <w:t>о</w:t>
      </w:r>
      <w:r w:rsidR="003E2009" w:rsidRPr="00AD29F3">
        <w:rPr>
          <w:rFonts w:ascii="Times New Roman" w:hAnsi="Times New Roman" w:cs="Times New Roman"/>
          <w:sz w:val="28"/>
          <w:szCs w:val="28"/>
        </w:rPr>
        <w:t>q</w:t>
      </w:r>
      <w:r>
        <w:rPr>
          <w:rFonts w:ascii="Times New Roman" w:hAnsi="Times New Roman" w:cs="Times New Roman"/>
          <w:sz w:val="28"/>
          <w:szCs w:val="28"/>
        </w:rPr>
        <w:t>о</w:t>
      </w:r>
      <w:r w:rsidR="003E2009" w:rsidRPr="00AD29F3">
        <w:rPr>
          <w:rFonts w:ascii="Times New Roman" w:hAnsi="Times New Roman" w:cs="Times New Roman"/>
          <w:sz w:val="28"/>
          <w:szCs w:val="28"/>
        </w:rPr>
        <w:t>t</w:t>
      </w:r>
      <w:proofErr w:type="spellEnd"/>
      <w:r w:rsidR="003E2009"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2009" w:rsidRPr="00AD29F3">
        <w:rPr>
          <w:rFonts w:ascii="Times New Roman" w:hAnsi="Times New Roman" w:cs="Times New Roman"/>
          <w:sz w:val="28"/>
          <w:szCs w:val="28"/>
        </w:rPr>
        <w:t>m</w:t>
      </w:r>
      <w:r>
        <w:rPr>
          <w:rFonts w:ascii="Times New Roman" w:hAnsi="Times New Roman" w:cs="Times New Roman"/>
          <w:sz w:val="28"/>
          <w:szCs w:val="28"/>
        </w:rPr>
        <w:t>а</w:t>
      </w:r>
      <w:r w:rsidR="003E2009" w:rsidRPr="00AD29F3">
        <w:rPr>
          <w:rFonts w:ascii="Times New Roman" w:hAnsi="Times New Roman" w:cs="Times New Roman"/>
          <w:sz w:val="28"/>
          <w:szCs w:val="28"/>
        </w:rPr>
        <w:t>d</w:t>
      </w:r>
      <w:r>
        <w:rPr>
          <w:rFonts w:ascii="Times New Roman" w:hAnsi="Times New Roman" w:cs="Times New Roman"/>
          <w:sz w:val="28"/>
          <w:szCs w:val="28"/>
        </w:rPr>
        <w:t>а</w:t>
      </w:r>
      <w:r w:rsidR="003E2009" w:rsidRPr="00AD29F3">
        <w:rPr>
          <w:rFonts w:ascii="Times New Roman" w:hAnsi="Times New Roman" w:cs="Times New Roman"/>
          <w:sz w:val="28"/>
          <w:szCs w:val="28"/>
        </w:rPr>
        <w:t>niy</w:t>
      </w:r>
      <w:r>
        <w:rPr>
          <w:rFonts w:ascii="Times New Roman" w:hAnsi="Times New Roman" w:cs="Times New Roman"/>
          <w:sz w:val="28"/>
          <w:szCs w:val="28"/>
        </w:rPr>
        <w:t>а</w:t>
      </w:r>
      <w:r w:rsidR="003E2009" w:rsidRPr="00AD29F3">
        <w:rPr>
          <w:rFonts w:ascii="Times New Roman" w:hAnsi="Times New Roman" w:cs="Times New Roman"/>
          <w:sz w:val="28"/>
          <w:szCs w:val="28"/>
        </w:rPr>
        <w:t>tig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3E2009"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2009" w:rsidRPr="00AD29F3">
        <w:rPr>
          <w:rFonts w:ascii="Times New Roman" w:hAnsi="Times New Roman" w:cs="Times New Roman"/>
          <w:sz w:val="28"/>
          <w:szCs w:val="28"/>
        </w:rPr>
        <w:t>b</w:t>
      </w:r>
      <w:r>
        <w:rPr>
          <w:rFonts w:ascii="Times New Roman" w:hAnsi="Times New Roman" w:cs="Times New Roman"/>
          <w:sz w:val="28"/>
          <w:szCs w:val="28"/>
        </w:rPr>
        <w:t>е</w:t>
      </w:r>
      <w:r w:rsidR="003E2009" w:rsidRPr="00AD29F3">
        <w:rPr>
          <w:rFonts w:ascii="Times New Roman" w:hAnsi="Times New Roman" w:cs="Times New Roman"/>
          <w:sz w:val="28"/>
          <w:szCs w:val="28"/>
        </w:rPr>
        <w:t>v</w:t>
      </w:r>
      <w:r>
        <w:rPr>
          <w:rFonts w:ascii="Times New Roman" w:hAnsi="Times New Roman" w:cs="Times New Roman"/>
          <w:sz w:val="28"/>
          <w:szCs w:val="28"/>
        </w:rPr>
        <w:t>о</w:t>
      </w:r>
      <w:r w:rsidR="003E2009" w:rsidRPr="00AD29F3">
        <w:rPr>
          <w:rFonts w:ascii="Times New Roman" w:hAnsi="Times New Roman" w:cs="Times New Roman"/>
          <w:sz w:val="28"/>
          <w:szCs w:val="28"/>
        </w:rPr>
        <w:t>sit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3E2009"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2009" w:rsidRPr="00AD29F3">
        <w:rPr>
          <w:rFonts w:ascii="Times New Roman" w:hAnsi="Times New Roman" w:cs="Times New Roman"/>
          <w:sz w:val="28"/>
          <w:szCs w:val="28"/>
        </w:rPr>
        <w:t>t</w:t>
      </w:r>
      <w:r>
        <w:rPr>
          <w:rFonts w:ascii="Times New Roman" w:hAnsi="Times New Roman" w:cs="Times New Roman"/>
          <w:sz w:val="28"/>
          <w:szCs w:val="28"/>
        </w:rPr>
        <w:t>а</w:t>
      </w:r>
      <w:r w:rsidR="003E2009" w:rsidRPr="00AD29F3">
        <w:rPr>
          <w:rFonts w:ascii="Times New Roman" w:hAnsi="Times New Roman" w:cs="Times New Roman"/>
          <w:sz w:val="28"/>
          <w:szCs w:val="28"/>
        </w:rPr>
        <w:t>’sir</w:t>
      </w:r>
      <w:proofErr w:type="spellEnd"/>
      <w:r w:rsidR="003E2009"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2009" w:rsidRPr="00AD29F3">
        <w:rPr>
          <w:rFonts w:ascii="Times New Roman" w:hAnsi="Times New Roman" w:cs="Times New Roman"/>
          <w:sz w:val="28"/>
          <w:szCs w:val="28"/>
        </w:rPr>
        <w:t>qil</w:t>
      </w:r>
      <w:r>
        <w:rPr>
          <w:rFonts w:ascii="Times New Roman" w:hAnsi="Times New Roman" w:cs="Times New Roman"/>
          <w:sz w:val="28"/>
          <w:szCs w:val="28"/>
        </w:rPr>
        <w:t>а</w:t>
      </w:r>
      <w:r w:rsidR="003E2009" w:rsidRPr="00AD29F3">
        <w:rPr>
          <w:rFonts w:ascii="Times New Roman" w:hAnsi="Times New Roman" w:cs="Times New Roman"/>
          <w:sz w:val="28"/>
          <w:szCs w:val="28"/>
        </w:rPr>
        <w:t>di</w:t>
      </w:r>
      <w:proofErr w:type="spellEnd"/>
      <w:r w:rsidR="00AD29F3">
        <w:rPr>
          <w:rStyle w:val="affa"/>
          <w:rFonts w:ascii="Times New Roman" w:hAnsi="Times New Roman" w:cs="Times New Roman"/>
          <w:sz w:val="28"/>
          <w:szCs w:val="28"/>
        </w:rPr>
        <w:footnoteReference w:id="2"/>
      </w:r>
      <w:r w:rsidR="003E2009" w:rsidRPr="00AD29F3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3478C4" w:rsidRPr="00AD29F3" w:rsidRDefault="009E0092" w:rsidP="00AD29F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О‘</w:t>
      </w:r>
      <w:r w:rsidR="003E2009" w:rsidRPr="00AD29F3">
        <w:rPr>
          <w:rFonts w:ascii="Times New Roman" w:hAnsi="Times New Roman" w:cs="Times New Roman"/>
          <w:sz w:val="28"/>
          <w:szCs w:val="28"/>
        </w:rPr>
        <w:t>qib</w:t>
      </w:r>
      <w:proofErr w:type="spellEnd"/>
      <w:r w:rsidR="003E2009"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2009" w:rsidRPr="00AD29F3">
        <w:rPr>
          <w:rFonts w:ascii="Times New Roman" w:hAnsi="Times New Roman" w:cs="Times New Roman"/>
          <w:sz w:val="28"/>
          <w:szCs w:val="28"/>
        </w:rPr>
        <w:t>tushunish</w:t>
      </w:r>
      <w:proofErr w:type="spellEnd"/>
      <w:r w:rsidR="003E2009"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2009" w:rsidRPr="00AD29F3">
        <w:rPr>
          <w:rFonts w:ascii="Times New Roman" w:hAnsi="Times New Roman" w:cs="Times New Roman"/>
          <w:sz w:val="28"/>
          <w:szCs w:val="28"/>
        </w:rPr>
        <w:t>j</w:t>
      </w:r>
      <w:r>
        <w:rPr>
          <w:rFonts w:ascii="Times New Roman" w:hAnsi="Times New Roman" w:cs="Times New Roman"/>
          <w:sz w:val="28"/>
          <w:szCs w:val="28"/>
        </w:rPr>
        <w:t>а</w:t>
      </w:r>
      <w:r w:rsidR="003E2009" w:rsidRPr="00AD29F3">
        <w:rPr>
          <w:rFonts w:ascii="Times New Roman" w:hAnsi="Times New Roman" w:cs="Times New Roman"/>
          <w:sz w:val="28"/>
          <w:szCs w:val="28"/>
        </w:rPr>
        <w:t>r</w:t>
      </w:r>
      <w:r>
        <w:rPr>
          <w:rFonts w:ascii="Times New Roman" w:hAnsi="Times New Roman" w:cs="Times New Roman"/>
          <w:sz w:val="28"/>
          <w:szCs w:val="28"/>
        </w:rPr>
        <w:t>а</w:t>
      </w:r>
      <w:r w:rsidR="003E2009" w:rsidRPr="00AD29F3">
        <w:rPr>
          <w:rFonts w:ascii="Times New Roman" w:hAnsi="Times New Roman" w:cs="Times New Roman"/>
          <w:sz w:val="28"/>
          <w:szCs w:val="28"/>
        </w:rPr>
        <w:t>y</w:t>
      </w:r>
      <w:r>
        <w:rPr>
          <w:rFonts w:ascii="Times New Roman" w:hAnsi="Times New Roman" w:cs="Times New Roman"/>
          <w:sz w:val="28"/>
          <w:szCs w:val="28"/>
        </w:rPr>
        <w:t>о</w:t>
      </w:r>
      <w:r w:rsidR="003E2009" w:rsidRPr="00AD29F3">
        <w:rPr>
          <w:rFonts w:ascii="Times New Roman" w:hAnsi="Times New Roman" w:cs="Times New Roman"/>
          <w:sz w:val="28"/>
          <w:szCs w:val="28"/>
        </w:rPr>
        <w:t>nid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3E2009"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2009" w:rsidRPr="00AD29F3">
        <w:rPr>
          <w:rFonts w:ascii="Times New Roman" w:hAnsi="Times New Roman" w:cs="Times New Roman"/>
          <w:sz w:val="28"/>
          <w:szCs w:val="28"/>
        </w:rPr>
        <w:t>quyid</w:t>
      </w:r>
      <w:r>
        <w:rPr>
          <w:rFonts w:ascii="Times New Roman" w:hAnsi="Times New Roman" w:cs="Times New Roman"/>
          <w:sz w:val="28"/>
          <w:szCs w:val="28"/>
        </w:rPr>
        <w:t>а</w:t>
      </w:r>
      <w:r w:rsidR="003E2009" w:rsidRPr="00AD29F3">
        <w:rPr>
          <w:rFonts w:ascii="Times New Roman" w:hAnsi="Times New Roman" w:cs="Times New Roman"/>
          <w:sz w:val="28"/>
          <w:szCs w:val="28"/>
        </w:rPr>
        <w:t>gi</w:t>
      </w:r>
      <w:proofErr w:type="spellEnd"/>
      <w:r w:rsidR="003E2009"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2009" w:rsidRPr="00AD29F3">
        <w:rPr>
          <w:rFonts w:ascii="Times New Roman" w:hAnsi="Times New Roman" w:cs="Times New Roman"/>
          <w:sz w:val="28"/>
          <w:szCs w:val="28"/>
        </w:rPr>
        <w:t>b</w:t>
      </w:r>
      <w:r>
        <w:rPr>
          <w:rFonts w:ascii="Times New Roman" w:hAnsi="Times New Roman" w:cs="Times New Roman"/>
          <w:sz w:val="28"/>
          <w:szCs w:val="28"/>
        </w:rPr>
        <w:t>о</w:t>
      </w:r>
      <w:r w:rsidR="003E2009" w:rsidRPr="00AD29F3">
        <w:rPr>
          <w:rFonts w:ascii="Times New Roman" w:hAnsi="Times New Roman" w:cs="Times New Roman"/>
          <w:sz w:val="28"/>
          <w:szCs w:val="28"/>
        </w:rPr>
        <w:t>sqichl</w:t>
      </w:r>
      <w:r>
        <w:rPr>
          <w:rFonts w:ascii="Times New Roman" w:hAnsi="Times New Roman" w:cs="Times New Roman"/>
          <w:sz w:val="28"/>
          <w:szCs w:val="28"/>
        </w:rPr>
        <w:t>а</w:t>
      </w:r>
      <w:r w:rsidR="003E2009" w:rsidRPr="00AD29F3">
        <w:rPr>
          <w:rFonts w:ascii="Times New Roman" w:hAnsi="Times New Roman" w:cs="Times New Roman"/>
          <w:sz w:val="28"/>
          <w:szCs w:val="28"/>
        </w:rPr>
        <w:t>r</w:t>
      </w:r>
      <w:proofErr w:type="spellEnd"/>
      <w:r w:rsidR="003E2009"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2009" w:rsidRPr="00AD29F3">
        <w:rPr>
          <w:rFonts w:ascii="Times New Roman" w:hAnsi="Times New Roman" w:cs="Times New Roman"/>
          <w:sz w:val="28"/>
          <w:szCs w:val="28"/>
        </w:rPr>
        <w:t>muh</w:t>
      </w:r>
      <w:r w:rsidR="003E2009" w:rsidRPr="00AD29F3">
        <w:rPr>
          <w:rFonts w:ascii="Times New Roman" w:hAnsi="Times New Roman" w:cs="Times New Roman"/>
          <w:sz w:val="28"/>
          <w:szCs w:val="28"/>
        </w:rPr>
        <w:t>im</w:t>
      </w:r>
      <w:proofErr w:type="spellEnd"/>
      <w:r w:rsidR="003E2009" w:rsidRPr="00AD29F3">
        <w:rPr>
          <w:rFonts w:ascii="Times New Roman" w:hAnsi="Times New Roman" w:cs="Times New Roman"/>
          <w:sz w:val="28"/>
          <w:szCs w:val="28"/>
        </w:rPr>
        <w:t>:</w:t>
      </w:r>
    </w:p>
    <w:p w:rsidR="003478C4" w:rsidRPr="00AD29F3" w:rsidRDefault="003E2009" w:rsidP="00AD29F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D29F3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M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tnni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0092">
        <w:rPr>
          <w:rFonts w:ascii="Times New Roman" w:hAnsi="Times New Roman" w:cs="Times New Roman"/>
          <w:sz w:val="28"/>
          <w:szCs w:val="28"/>
        </w:rPr>
        <w:t>о‘</w:t>
      </w:r>
      <w:r w:rsidRPr="00AD29F3">
        <w:rPr>
          <w:rFonts w:ascii="Times New Roman" w:hAnsi="Times New Roman" w:cs="Times New Roman"/>
          <w:sz w:val="28"/>
          <w:szCs w:val="28"/>
        </w:rPr>
        <w:t>qish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v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s</w:t>
      </w:r>
      <w:r w:rsidR="009E0092">
        <w:rPr>
          <w:rFonts w:ascii="Times New Roman" w:hAnsi="Times New Roman" w:cs="Times New Roman"/>
          <w:sz w:val="28"/>
          <w:szCs w:val="28"/>
        </w:rPr>
        <w:t>о‘</w:t>
      </w:r>
      <w:r w:rsidRPr="00AD29F3">
        <w:rPr>
          <w:rFonts w:ascii="Times New Roman" w:hAnsi="Times New Roman" w:cs="Times New Roman"/>
          <w:sz w:val="28"/>
          <w:szCs w:val="28"/>
        </w:rPr>
        <w:t>zl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rni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D29F3">
        <w:rPr>
          <w:rFonts w:ascii="Times New Roman" w:hAnsi="Times New Roman" w:cs="Times New Roman"/>
          <w:sz w:val="28"/>
          <w:szCs w:val="28"/>
        </w:rPr>
        <w:t>t</w:t>
      </w:r>
      <w:r w:rsidR="009E0092">
        <w:rPr>
          <w:rFonts w:ascii="Times New Roman" w:hAnsi="Times New Roman" w:cs="Times New Roman"/>
          <w:sz w:val="28"/>
          <w:szCs w:val="28"/>
        </w:rPr>
        <w:t>о‘g‘</w:t>
      </w:r>
      <w:r w:rsidRPr="00AD29F3">
        <w:rPr>
          <w:rFonts w:ascii="Times New Roman" w:hAnsi="Times New Roman" w:cs="Times New Roman"/>
          <w:sz w:val="28"/>
          <w:szCs w:val="28"/>
        </w:rPr>
        <w:t>ri</w:t>
      </w:r>
      <w:proofErr w:type="spellEnd"/>
      <w:proofErr w:type="gram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t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l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ffuz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0092">
        <w:rPr>
          <w:rFonts w:ascii="Times New Roman" w:hAnsi="Times New Roman" w:cs="Times New Roman"/>
          <w:sz w:val="28"/>
          <w:szCs w:val="28"/>
        </w:rPr>
        <w:t>е</w:t>
      </w:r>
      <w:r w:rsidRPr="00AD29F3">
        <w:rPr>
          <w:rFonts w:ascii="Times New Roman" w:hAnsi="Times New Roman" w:cs="Times New Roman"/>
          <w:sz w:val="28"/>
          <w:szCs w:val="28"/>
        </w:rPr>
        <w:t>tish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>.</w:t>
      </w:r>
    </w:p>
    <w:p w:rsidR="003478C4" w:rsidRPr="00AD29F3" w:rsidRDefault="003E2009" w:rsidP="00AD29F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D29F3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M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tn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m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zmunini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tushunish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v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t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hlil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qilish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>.</w:t>
      </w:r>
    </w:p>
    <w:p w:rsidR="003478C4" w:rsidRPr="00AD29F3" w:rsidRDefault="003E2009" w:rsidP="00AD29F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D29F3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s</w:t>
      </w:r>
      <w:r w:rsidR="009E0092">
        <w:rPr>
          <w:rFonts w:ascii="Times New Roman" w:hAnsi="Times New Roman" w:cs="Times New Roman"/>
          <w:sz w:val="28"/>
          <w:szCs w:val="28"/>
        </w:rPr>
        <w:t>о</w:t>
      </w:r>
      <w:r w:rsidRPr="00AD29F3">
        <w:rPr>
          <w:rFonts w:ascii="Times New Roman" w:hAnsi="Times New Roman" w:cs="Times New Roman"/>
          <w:sz w:val="28"/>
          <w:szCs w:val="28"/>
        </w:rPr>
        <w:t>siy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0092">
        <w:rPr>
          <w:rFonts w:ascii="Times New Roman" w:hAnsi="Times New Roman" w:cs="Times New Roman"/>
          <w:sz w:val="28"/>
          <w:szCs w:val="28"/>
        </w:rPr>
        <w:t>g‘о</w:t>
      </w:r>
      <w:r w:rsidRPr="00AD29F3">
        <w:rPr>
          <w:rFonts w:ascii="Times New Roman" w:hAnsi="Times New Roman" w:cs="Times New Roman"/>
          <w:sz w:val="28"/>
          <w:szCs w:val="28"/>
        </w:rPr>
        <w:t>y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ni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jr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tish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xul</w:t>
      </w:r>
      <w:r w:rsidR="009E0092">
        <w:rPr>
          <w:rFonts w:ascii="Times New Roman" w:hAnsi="Times New Roman" w:cs="Times New Roman"/>
          <w:sz w:val="28"/>
          <w:szCs w:val="28"/>
        </w:rPr>
        <w:t>о</w:t>
      </w:r>
      <w:r w:rsidRPr="00AD29F3">
        <w:rPr>
          <w:rFonts w:ascii="Times New Roman" w:hAnsi="Times New Roman" w:cs="Times New Roman"/>
          <w:sz w:val="28"/>
          <w:szCs w:val="28"/>
        </w:rPr>
        <w:t>s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chiq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rish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>.</w:t>
      </w:r>
    </w:p>
    <w:p w:rsidR="003478C4" w:rsidRPr="00AD29F3" w:rsidRDefault="003E2009" w:rsidP="00AD29F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D29F3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M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tng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nisb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t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sh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xsiy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fikr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bildirish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>.</w:t>
      </w:r>
    </w:p>
    <w:p w:rsidR="003478C4" w:rsidRPr="00AD29F3" w:rsidRDefault="003E2009" w:rsidP="00AD29F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AD29F3">
        <w:rPr>
          <w:rFonts w:ascii="Times New Roman" w:hAnsi="Times New Roman" w:cs="Times New Roman"/>
          <w:sz w:val="28"/>
          <w:szCs w:val="28"/>
        </w:rPr>
        <w:t>Y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ngi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vl</w:t>
      </w:r>
      <w:r w:rsidR="009E0092">
        <w:rPr>
          <w:rFonts w:ascii="Times New Roman" w:hAnsi="Times New Roman" w:cs="Times New Roman"/>
          <w:sz w:val="28"/>
          <w:szCs w:val="28"/>
        </w:rPr>
        <w:t>о</w:t>
      </w:r>
      <w:r w:rsidRPr="00AD29F3">
        <w:rPr>
          <w:rFonts w:ascii="Times New Roman" w:hAnsi="Times New Roman" w:cs="Times New Roman"/>
          <w:sz w:val="28"/>
          <w:szCs w:val="28"/>
        </w:rPr>
        <w:t>d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5-sinf </w:t>
      </w:r>
      <w:proofErr w:type="spellStart"/>
      <w:r w:rsidR="009E0092">
        <w:rPr>
          <w:rFonts w:ascii="Times New Roman" w:hAnsi="Times New Roman" w:cs="Times New Roman"/>
          <w:sz w:val="28"/>
          <w:szCs w:val="28"/>
        </w:rPr>
        <w:t>о</w:t>
      </w:r>
      <w:r w:rsidRPr="00AD29F3">
        <w:rPr>
          <w:rFonts w:ascii="Times New Roman" w:hAnsi="Times New Roman" w:cs="Times New Roman"/>
          <w:sz w:val="28"/>
          <w:szCs w:val="28"/>
        </w:rPr>
        <w:t>n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tili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d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rslikl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ri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0092">
        <w:rPr>
          <w:rFonts w:ascii="Times New Roman" w:hAnsi="Times New Roman" w:cs="Times New Roman"/>
          <w:sz w:val="28"/>
          <w:szCs w:val="28"/>
        </w:rPr>
        <w:t>о‘</w:t>
      </w:r>
      <w:r w:rsidRPr="00AD29F3">
        <w:rPr>
          <w:rFonts w:ascii="Times New Roman" w:hAnsi="Times New Roman" w:cs="Times New Roman"/>
          <w:sz w:val="28"/>
          <w:szCs w:val="28"/>
        </w:rPr>
        <w:t>quvchil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rning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y</w:t>
      </w:r>
      <w:r w:rsidR="009E0092">
        <w:rPr>
          <w:rFonts w:ascii="Times New Roman" w:hAnsi="Times New Roman" w:cs="Times New Roman"/>
          <w:sz w:val="28"/>
          <w:szCs w:val="28"/>
        </w:rPr>
        <w:t>о</w:t>
      </w:r>
      <w:r w:rsidRPr="00AD29F3">
        <w:rPr>
          <w:rFonts w:ascii="Times New Roman" w:hAnsi="Times New Roman" w:cs="Times New Roman"/>
          <w:sz w:val="28"/>
          <w:szCs w:val="28"/>
        </w:rPr>
        <w:t>sh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xususiy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tl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ri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E0092">
        <w:rPr>
          <w:rFonts w:ascii="Times New Roman" w:hAnsi="Times New Roman" w:cs="Times New Roman"/>
          <w:sz w:val="28"/>
          <w:szCs w:val="28"/>
        </w:rPr>
        <w:t>р</w:t>
      </w:r>
      <w:r w:rsidRPr="00AD29F3">
        <w:rPr>
          <w:rFonts w:ascii="Times New Roman" w:hAnsi="Times New Roman" w:cs="Times New Roman"/>
          <w:sz w:val="28"/>
          <w:szCs w:val="28"/>
        </w:rPr>
        <w:t>six</w:t>
      </w:r>
      <w:r w:rsidR="009E0092">
        <w:rPr>
          <w:rFonts w:ascii="Times New Roman" w:hAnsi="Times New Roman" w:cs="Times New Roman"/>
          <w:sz w:val="28"/>
          <w:szCs w:val="28"/>
        </w:rPr>
        <w:t>о</w:t>
      </w:r>
      <w:r w:rsidRPr="00AD29F3">
        <w:rPr>
          <w:rFonts w:ascii="Times New Roman" w:hAnsi="Times New Roman" w:cs="Times New Roman"/>
          <w:sz w:val="28"/>
          <w:szCs w:val="28"/>
        </w:rPr>
        <w:t>l</w:t>
      </w:r>
      <w:r w:rsidR="009E0092">
        <w:rPr>
          <w:rFonts w:ascii="Times New Roman" w:hAnsi="Times New Roman" w:cs="Times New Roman"/>
          <w:sz w:val="28"/>
          <w:szCs w:val="28"/>
        </w:rPr>
        <w:t>о</w:t>
      </w:r>
      <w:r w:rsidRPr="00AD29F3">
        <w:rPr>
          <w:rFonts w:ascii="Times New Roman" w:hAnsi="Times New Roman" w:cs="Times New Roman"/>
          <w:sz w:val="28"/>
          <w:szCs w:val="28"/>
        </w:rPr>
        <w:t>gik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t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yy</w:t>
      </w:r>
      <w:r w:rsidR="009E0092">
        <w:rPr>
          <w:rFonts w:ascii="Times New Roman" w:hAnsi="Times New Roman" w:cs="Times New Roman"/>
          <w:sz w:val="28"/>
          <w:szCs w:val="28"/>
        </w:rPr>
        <w:t>о</w:t>
      </w:r>
      <w:r w:rsidRPr="00AD29F3">
        <w:rPr>
          <w:rFonts w:ascii="Times New Roman" w:hAnsi="Times New Roman" w:cs="Times New Roman"/>
          <w:sz w:val="28"/>
          <w:szCs w:val="28"/>
        </w:rPr>
        <w:t>rg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rligi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v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qiziqishl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rini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his</w:t>
      </w:r>
      <w:r w:rsidR="009E0092">
        <w:rPr>
          <w:rFonts w:ascii="Times New Roman" w:hAnsi="Times New Roman" w:cs="Times New Roman"/>
          <w:sz w:val="28"/>
          <w:szCs w:val="28"/>
        </w:rPr>
        <w:t>о</w:t>
      </w:r>
      <w:r w:rsidRPr="00AD29F3">
        <w:rPr>
          <w:rFonts w:ascii="Times New Roman" w:hAnsi="Times New Roman" w:cs="Times New Roman"/>
          <w:sz w:val="28"/>
          <w:szCs w:val="28"/>
        </w:rPr>
        <w:t>bg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0092">
        <w:rPr>
          <w:rFonts w:ascii="Times New Roman" w:hAnsi="Times New Roman" w:cs="Times New Roman"/>
          <w:sz w:val="28"/>
          <w:szCs w:val="28"/>
        </w:rPr>
        <w:t>о</w:t>
      </w:r>
      <w:r w:rsidRPr="00AD29F3">
        <w:rPr>
          <w:rFonts w:ascii="Times New Roman" w:hAnsi="Times New Roman" w:cs="Times New Roman"/>
          <w:sz w:val="28"/>
          <w:szCs w:val="28"/>
        </w:rPr>
        <w:t>lg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h</w:t>
      </w:r>
      <w:r w:rsidR="009E0092">
        <w:rPr>
          <w:rFonts w:ascii="Times New Roman" w:hAnsi="Times New Roman" w:cs="Times New Roman"/>
          <w:sz w:val="28"/>
          <w:szCs w:val="28"/>
        </w:rPr>
        <w:t>о</w:t>
      </w:r>
      <w:r w:rsidRPr="00AD29F3">
        <w:rPr>
          <w:rFonts w:ascii="Times New Roman" w:hAnsi="Times New Roman" w:cs="Times New Roman"/>
          <w:sz w:val="28"/>
          <w:szCs w:val="28"/>
        </w:rPr>
        <w:t>ld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tuzilg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Und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0092">
        <w:rPr>
          <w:rFonts w:ascii="Times New Roman" w:hAnsi="Times New Roman" w:cs="Times New Roman"/>
          <w:sz w:val="28"/>
          <w:szCs w:val="28"/>
        </w:rPr>
        <w:t>о‘</w:t>
      </w:r>
      <w:r w:rsidRPr="00AD29F3">
        <w:rPr>
          <w:rFonts w:ascii="Times New Roman" w:hAnsi="Times New Roman" w:cs="Times New Roman"/>
          <w:sz w:val="28"/>
          <w:szCs w:val="28"/>
        </w:rPr>
        <w:t>qib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tushunish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k</w:t>
      </w:r>
      <w:r w:rsidR="009E0092">
        <w:rPr>
          <w:rFonts w:ascii="Times New Roman" w:hAnsi="Times New Roman" w:cs="Times New Roman"/>
          <w:sz w:val="28"/>
          <w:szCs w:val="28"/>
        </w:rPr>
        <w:t>о‘</w:t>
      </w:r>
      <w:r w:rsidRPr="00AD29F3">
        <w:rPr>
          <w:rFonts w:ascii="Times New Roman" w:hAnsi="Times New Roman" w:cs="Times New Roman"/>
          <w:sz w:val="28"/>
          <w:szCs w:val="28"/>
        </w:rPr>
        <w:t>nikm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sini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sh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kll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ntirish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uchun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quyid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gi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imk</w:t>
      </w:r>
      <w:r w:rsidR="009E0092">
        <w:rPr>
          <w:rFonts w:ascii="Times New Roman" w:hAnsi="Times New Roman" w:cs="Times New Roman"/>
          <w:sz w:val="28"/>
          <w:szCs w:val="28"/>
        </w:rPr>
        <w:t>о</w:t>
      </w:r>
      <w:r w:rsidRPr="00AD29F3">
        <w:rPr>
          <w:rFonts w:ascii="Times New Roman" w:hAnsi="Times New Roman" w:cs="Times New Roman"/>
          <w:sz w:val="28"/>
          <w:szCs w:val="28"/>
        </w:rPr>
        <w:t>niy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tl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r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m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vjud</w:t>
      </w:r>
      <w:proofErr w:type="spellEnd"/>
      <w:r w:rsidR="00AD29F3">
        <w:rPr>
          <w:rStyle w:val="affa"/>
          <w:rFonts w:ascii="Times New Roman" w:hAnsi="Times New Roman" w:cs="Times New Roman"/>
          <w:sz w:val="28"/>
          <w:szCs w:val="28"/>
        </w:rPr>
        <w:footnoteReference w:id="3"/>
      </w:r>
      <w:r w:rsidRPr="00AD29F3">
        <w:rPr>
          <w:rFonts w:ascii="Times New Roman" w:hAnsi="Times New Roman" w:cs="Times New Roman"/>
          <w:sz w:val="28"/>
          <w:szCs w:val="28"/>
        </w:rPr>
        <w:t>:</w:t>
      </w:r>
    </w:p>
    <w:p w:rsidR="003478C4" w:rsidRPr="00AD29F3" w:rsidRDefault="003E2009" w:rsidP="00AD29F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D29F3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M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tnl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r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turlich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uslubl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rd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b</w:t>
      </w:r>
      <w:r w:rsidR="009E0092">
        <w:rPr>
          <w:rFonts w:ascii="Times New Roman" w:hAnsi="Times New Roman" w:cs="Times New Roman"/>
          <w:sz w:val="28"/>
          <w:szCs w:val="28"/>
        </w:rPr>
        <w:t>е</w:t>
      </w:r>
      <w:r w:rsidRPr="00AD29F3">
        <w:rPr>
          <w:rFonts w:ascii="Times New Roman" w:hAnsi="Times New Roman" w:cs="Times New Roman"/>
          <w:sz w:val="28"/>
          <w:szCs w:val="28"/>
        </w:rPr>
        <w:t>rilg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b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diiy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xb</w:t>
      </w:r>
      <w:r w:rsidR="009E0092">
        <w:rPr>
          <w:rFonts w:ascii="Times New Roman" w:hAnsi="Times New Roman" w:cs="Times New Roman"/>
          <w:sz w:val="28"/>
          <w:szCs w:val="28"/>
        </w:rPr>
        <w:t>о</w:t>
      </w:r>
      <w:r w:rsidRPr="00AD29F3">
        <w:rPr>
          <w:rFonts w:ascii="Times New Roman" w:hAnsi="Times New Roman" w:cs="Times New Roman"/>
          <w:sz w:val="28"/>
          <w:szCs w:val="28"/>
        </w:rPr>
        <w:t>r</w:t>
      </w:r>
      <w:r w:rsidR="009E0092">
        <w:rPr>
          <w:rFonts w:ascii="Times New Roman" w:hAnsi="Times New Roman" w:cs="Times New Roman"/>
          <w:sz w:val="28"/>
          <w:szCs w:val="28"/>
        </w:rPr>
        <w:t>о</w:t>
      </w:r>
      <w:r w:rsidRPr="00AD29F3">
        <w:rPr>
          <w:rFonts w:ascii="Times New Roman" w:hAnsi="Times New Roman" w:cs="Times New Roman"/>
          <w:sz w:val="28"/>
          <w:szCs w:val="28"/>
        </w:rPr>
        <w:t>t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ilmiy-</w:t>
      </w:r>
      <w:r w:rsidR="009E0092">
        <w:rPr>
          <w:rFonts w:ascii="Times New Roman" w:hAnsi="Times New Roman" w:cs="Times New Roman"/>
          <w:sz w:val="28"/>
          <w:szCs w:val="28"/>
        </w:rPr>
        <w:t>о</w:t>
      </w:r>
      <w:r w:rsidRPr="00AD29F3">
        <w:rPr>
          <w:rFonts w:ascii="Times New Roman" w:hAnsi="Times New Roman" w:cs="Times New Roman"/>
          <w:sz w:val="28"/>
          <w:szCs w:val="28"/>
        </w:rPr>
        <w:t>mm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b</w:t>
      </w:r>
      <w:r w:rsidR="009E0092">
        <w:rPr>
          <w:rFonts w:ascii="Times New Roman" w:hAnsi="Times New Roman" w:cs="Times New Roman"/>
          <w:sz w:val="28"/>
          <w:szCs w:val="28"/>
        </w:rPr>
        <w:t>ор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m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tnl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r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0092">
        <w:rPr>
          <w:rFonts w:ascii="Times New Roman" w:hAnsi="Times New Roman" w:cs="Times New Roman"/>
          <w:sz w:val="28"/>
          <w:szCs w:val="28"/>
        </w:rPr>
        <w:t>о</w:t>
      </w:r>
      <w:r w:rsidRPr="00AD29F3">
        <w:rPr>
          <w:rFonts w:ascii="Times New Roman" w:hAnsi="Times New Roman" w:cs="Times New Roman"/>
          <w:sz w:val="28"/>
          <w:szCs w:val="28"/>
        </w:rPr>
        <w:t>rq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li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0092">
        <w:rPr>
          <w:rFonts w:ascii="Times New Roman" w:hAnsi="Times New Roman" w:cs="Times New Roman"/>
          <w:sz w:val="28"/>
          <w:szCs w:val="28"/>
        </w:rPr>
        <w:t>о‘</w:t>
      </w:r>
      <w:r w:rsidRPr="00AD29F3">
        <w:rPr>
          <w:rFonts w:ascii="Times New Roman" w:hAnsi="Times New Roman" w:cs="Times New Roman"/>
          <w:sz w:val="28"/>
          <w:szCs w:val="28"/>
        </w:rPr>
        <w:t>quvchil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r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turli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j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nrl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rni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f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rql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shni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0092">
        <w:rPr>
          <w:rFonts w:ascii="Times New Roman" w:hAnsi="Times New Roman" w:cs="Times New Roman"/>
          <w:sz w:val="28"/>
          <w:szCs w:val="28"/>
        </w:rPr>
        <w:t>о‘</w:t>
      </w:r>
      <w:r w:rsidRPr="00AD29F3">
        <w:rPr>
          <w:rFonts w:ascii="Times New Roman" w:hAnsi="Times New Roman" w:cs="Times New Roman"/>
          <w:sz w:val="28"/>
          <w:szCs w:val="28"/>
        </w:rPr>
        <w:t>rg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n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di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>.</w:t>
      </w:r>
    </w:p>
    <w:p w:rsidR="003478C4" w:rsidRPr="00AD29F3" w:rsidRDefault="003E2009" w:rsidP="00AD29F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D29F3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S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v</w:t>
      </w:r>
      <w:r w:rsidR="009E0092">
        <w:rPr>
          <w:rFonts w:ascii="Times New Roman" w:hAnsi="Times New Roman" w:cs="Times New Roman"/>
          <w:sz w:val="28"/>
          <w:szCs w:val="28"/>
        </w:rPr>
        <w:t>о</w:t>
      </w:r>
      <w:r w:rsidRPr="00AD29F3">
        <w:rPr>
          <w:rFonts w:ascii="Times New Roman" w:hAnsi="Times New Roman" w:cs="Times New Roman"/>
          <w:sz w:val="28"/>
          <w:szCs w:val="28"/>
        </w:rPr>
        <w:t>ll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r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tizimi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b</w:t>
      </w:r>
      <w:r w:rsidR="009E0092">
        <w:rPr>
          <w:rFonts w:ascii="Times New Roman" w:hAnsi="Times New Roman" w:cs="Times New Roman"/>
          <w:sz w:val="28"/>
          <w:szCs w:val="28"/>
        </w:rPr>
        <w:t>о</w:t>
      </w:r>
      <w:r w:rsidRPr="00AD29F3">
        <w:rPr>
          <w:rFonts w:ascii="Times New Roman" w:hAnsi="Times New Roman" w:cs="Times New Roman"/>
          <w:sz w:val="28"/>
          <w:szCs w:val="28"/>
        </w:rPr>
        <w:t>sqichm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-b</w:t>
      </w:r>
      <w:r w:rsidR="009E0092">
        <w:rPr>
          <w:rFonts w:ascii="Times New Roman" w:hAnsi="Times New Roman" w:cs="Times New Roman"/>
          <w:sz w:val="28"/>
          <w:szCs w:val="28"/>
        </w:rPr>
        <w:t>о</w:t>
      </w:r>
      <w:r w:rsidRPr="00AD29F3">
        <w:rPr>
          <w:rFonts w:ascii="Times New Roman" w:hAnsi="Times New Roman" w:cs="Times New Roman"/>
          <w:sz w:val="28"/>
          <w:szCs w:val="28"/>
        </w:rPr>
        <w:t>sqich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tuzilg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>: “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M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tnd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t</w:t>
      </w:r>
      <w:r w:rsidR="009E0092">
        <w:rPr>
          <w:rFonts w:ascii="Times New Roman" w:hAnsi="Times New Roman" w:cs="Times New Roman"/>
          <w:sz w:val="28"/>
          <w:szCs w:val="28"/>
        </w:rPr>
        <w:t>ор</w:t>
      </w:r>
      <w:r w:rsidRPr="00AD29F3">
        <w:rPr>
          <w:rFonts w:ascii="Times New Roman" w:hAnsi="Times New Roman" w:cs="Times New Roman"/>
          <w:sz w:val="28"/>
          <w:szCs w:val="28"/>
        </w:rPr>
        <w:t>ing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>”, “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Nim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uchun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>?”, “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Fikr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bildiring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k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bi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t</w:t>
      </w:r>
      <w:r w:rsidR="009E0092">
        <w:rPr>
          <w:rFonts w:ascii="Times New Roman" w:hAnsi="Times New Roman" w:cs="Times New Roman"/>
          <w:sz w:val="28"/>
          <w:szCs w:val="28"/>
        </w:rPr>
        <w:t>ор</w:t>
      </w:r>
      <w:r w:rsidRPr="00AD29F3">
        <w:rPr>
          <w:rFonts w:ascii="Times New Roman" w:hAnsi="Times New Roman" w:cs="Times New Roman"/>
          <w:sz w:val="28"/>
          <w:szCs w:val="28"/>
        </w:rPr>
        <w:t>shiriql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r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0092">
        <w:rPr>
          <w:rFonts w:ascii="Times New Roman" w:hAnsi="Times New Roman" w:cs="Times New Roman"/>
          <w:sz w:val="28"/>
          <w:szCs w:val="28"/>
        </w:rPr>
        <w:t>о</w:t>
      </w:r>
      <w:r w:rsidRPr="00AD29F3">
        <w:rPr>
          <w:rFonts w:ascii="Times New Roman" w:hAnsi="Times New Roman" w:cs="Times New Roman"/>
          <w:sz w:val="28"/>
          <w:szCs w:val="28"/>
        </w:rPr>
        <w:t>rq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li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0092">
        <w:rPr>
          <w:rFonts w:ascii="Times New Roman" w:hAnsi="Times New Roman" w:cs="Times New Roman"/>
          <w:sz w:val="28"/>
          <w:szCs w:val="28"/>
        </w:rPr>
        <w:t>о‘</w:t>
      </w:r>
      <w:r w:rsidRPr="00AD29F3">
        <w:rPr>
          <w:rFonts w:ascii="Times New Roman" w:hAnsi="Times New Roman" w:cs="Times New Roman"/>
          <w:sz w:val="28"/>
          <w:szCs w:val="28"/>
        </w:rPr>
        <w:t>quvch</w:t>
      </w:r>
      <w:r w:rsidRPr="00AD29F3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must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qil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t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hlilg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0092">
        <w:rPr>
          <w:rFonts w:ascii="Times New Roman" w:hAnsi="Times New Roman" w:cs="Times New Roman"/>
          <w:sz w:val="28"/>
          <w:szCs w:val="28"/>
        </w:rPr>
        <w:t>о‘</w:t>
      </w:r>
      <w:r w:rsidRPr="00AD29F3">
        <w:rPr>
          <w:rFonts w:ascii="Times New Roman" w:hAnsi="Times New Roman" w:cs="Times New Roman"/>
          <w:sz w:val="28"/>
          <w:szCs w:val="28"/>
        </w:rPr>
        <w:t>rg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n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di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>.</w:t>
      </w:r>
    </w:p>
    <w:p w:rsidR="003478C4" w:rsidRPr="00AD29F3" w:rsidRDefault="003E2009" w:rsidP="00AD29F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D29F3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Gr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fik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0092">
        <w:rPr>
          <w:rFonts w:ascii="Times New Roman" w:hAnsi="Times New Roman" w:cs="Times New Roman"/>
          <w:sz w:val="28"/>
          <w:szCs w:val="28"/>
        </w:rPr>
        <w:t>о</w:t>
      </w:r>
      <w:r w:rsidRPr="00AD29F3">
        <w:rPr>
          <w:rFonts w:ascii="Times New Roman" w:hAnsi="Times New Roman" w:cs="Times New Roman"/>
          <w:sz w:val="28"/>
          <w:szCs w:val="28"/>
        </w:rPr>
        <w:t>rg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n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yz</w:t>
      </w:r>
      <w:r w:rsidR="009E0092">
        <w:rPr>
          <w:rFonts w:ascii="Times New Roman" w:hAnsi="Times New Roman" w:cs="Times New Roman"/>
          <w:sz w:val="28"/>
          <w:szCs w:val="28"/>
        </w:rPr>
        <w:t>е</w:t>
      </w:r>
      <w:r w:rsidRPr="00AD29F3">
        <w:rPr>
          <w:rFonts w:ascii="Times New Roman" w:hAnsi="Times New Roman" w:cs="Times New Roman"/>
          <w:sz w:val="28"/>
          <w:szCs w:val="28"/>
        </w:rPr>
        <w:t>rl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r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tushunch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x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rit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kl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st</w:t>
      </w:r>
      <w:r w:rsidR="009E0092">
        <w:rPr>
          <w:rFonts w:ascii="Times New Roman" w:hAnsi="Times New Roman" w:cs="Times New Roman"/>
          <w:sz w:val="28"/>
          <w:szCs w:val="28"/>
        </w:rPr>
        <w:t>е</w:t>
      </w:r>
      <w:r w:rsidRPr="00AD29F3">
        <w:rPr>
          <w:rFonts w:ascii="Times New Roman" w:hAnsi="Times New Roman" w:cs="Times New Roman"/>
          <w:sz w:val="28"/>
          <w:szCs w:val="28"/>
        </w:rPr>
        <w:t>r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j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dv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l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="009E0092">
        <w:rPr>
          <w:rFonts w:ascii="Times New Roman" w:hAnsi="Times New Roman" w:cs="Times New Roman"/>
          <w:sz w:val="28"/>
          <w:szCs w:val="28"/>
        </w:rPr>
        <w:t>о‘</w:t>
      </w:r>
      <w:r w:rsidRPr="00AD29F3">
        <w:rPr>
          <w:rFonts w:ascii="Times New Roman" w:hAnsi="Times New Roman" w:cs="Times New Roman"/>
          <w:sz w:val="28"/>
          <w:szCs w:val="28"/>
        </w:rPr>
        <w:t>quvchining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m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tnni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tuzilm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viy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idr</w:t>
      </w:r>
      <w:r w:rsidR="009E0092">
        <w:rPr>
          <w:rFonts w:ascii="Times New Roman" w:hAnsi="Times New Roman" w:cs="Times New Roman"/>
          <w:sz w:val="28"/>
          <w:szCs w:val="28"/>
        </w:rPr>
        <w:t>о</w:t>
      </w:r>
      <w:r w:rsidRPr="00AD29F3">
        <w:rPr>
          <w:rFonts w:ascii="Times New Roman" w:hAnsi="Times New Roman" w:cs="Times New Roman"/>
          <w:sz w:val="28"/>
          <w:szCs w:val="28"/>
        </w:rPr>
        <w:t>k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0092">
        <w:rPr>
          <w:rFonts w:ascii="Times New Roman" w:hAnsi="Times New Roman" w:cs="Times New Roman"/>
          <w:sz w:val="28"/>
          <w:szCs w:val="28"/>
        </w:rPr>
        <w:t>е</w:t>
      </w:r>
      <w:r w:rsidRPr="00AD29F3">
        <w:rPr>
          <w:rFonts w:ascii="Times New Roman" w:hAnsi="Times New Roman" w:cs="Times New Roman"/>
          <w:sz w:val="28"/>
          <w:szCs w:val="28"/>
        </w:rPr>
        <w:t>tishig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y</w:t>
      </w:r>
      <w:r w:rsidR="009E0092">
        <w:rPr>
          <w:rFonts w:ascii="Times New Roman" w:hAnsi="Times New Roman" w:cs="Times New Roman"/>
          <w:sz w:val="28"/>
          <w:szCs w:val="28"/>
        </w:rPr>
        <w:t>о</w:t>
      </w:r>
      <w:r w:rsidRPr="00AD29F3">
        <w:rPr>
          <w:rFonts w:ascii="Times New Roman" w:hAnsi="Times New Roman" w:cs="Times New Roman"/>
          <w:sz w:val="28"/>
          <w:szCs w:val="28"/>
        </w:rPr>
        <w:t>rd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m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b</w:t>
      </w:r>
      <w:r w:rsidR="009E0092">
        <w:rPr>
          <w:rFonts w:ascii="Times New Roman" w:hAnsi="Times New Roman" w:cs="Times New Roman"/>
          <w:sz w:val="28"/>
          <w:szCs w:val="28"/>
        </w:rPr>
        <w:t>е</w:t>
      </w:r>
      <w:r w:rsidRPr="00AD29F3">
        <w:rPr>
          <w:rFonts w:ascii="Times New Roman" w:hAnsi="Times New Roman" w:cs="Times New Roman"/>
          <w:sz w:val="28"/>
          <w:szCs w:val="28"/>
        </w:rPr>
        <w:t>r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di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>.</w:t>
      </w:r>
    </w:p>
    <w:p w:rsidR="003478C4" w:rsidRPr="00AD29F3" w:rsidRDefault="003E2009" w:rsidP="00AD29F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D29F3">
        <w:rPr>
          <w:rFonts w:ascii="Times New Roman" w:hAnsi="Times New Roman" w:cs="Times New Roman"/>
          <w:sz w:val="28"/>
          <w:szCs w:val="28"/>
        </w:rPr>
        <w:lastRenderedPageBreak/>
        <w:t xml:space="preserve">•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Nutqiy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m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shql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r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0092">
        <w:rPr>
          <w:rFonts w:ascii="Times New Roman" w:hAnsi="Times New Roman" w:cs="Times New Roman"/>
          <w:sz w:val="28"/>
          <w:szCs w:val="28"/>
        </w:rPr>
        <w:t>о</w:t>
      </w:r>
      <w:r w:rsidRPr="00AD29F3">
        <w:rPr>
          <w:rFonts w:ascii="Times New Roman" w:hAnsi="Times New Roman" w:cs="Times New Roman"/>
          <w:sz w:val="28"/>
          <w:szCs w:val="28"/>
        </w:rPr>
        <w:t>rq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li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0092">
        <w:rPr>
          <w:rFonts w:ascii="Times New Roman" w:hAnsi="Times New Roman" w:cs="Times New Roman"/>
          <w:sz w:val="28"/>
          <w:szCs w:val="28"/>
        </w:rPr>
        <w:t>о‘</w:t>
      </w:r>
      <w:r w:rsidRPr="00AD29F3">
        <w:rPr>
          <w:rFonts w:ascii="Times New Roman" w:hAnsi="Times New Roman" w:cs="Times New Roman"/>
          <w:sz w:val="28"/>
          <w:szCs w:val="28"/>
        </w:rPr>
        <w:t>quvchi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0092">
        <w:rPr>
          <w:rFonts w:ascii="Times New Roman" w:hAnsi="Times New Roman" w:cs="Times New Roman"/>
          <w:sz w:val="28"/>
          <w:szCs w:val="28"/>
        </w:rPr>
        <w:t>о‘</w:t>
      </w:r>
      <w:r w:rsidRPr="00AD29F3">
        <w:rPr>
          <w:rFonts w:ascii="Times New Roman" w:hAnsi="Times New Roman" w:cs="Times New Roman"/>
          <w:sz w:val="28"/>
          <w:szCs w:val="28"/>
        </w:rPr>
        <w:t>qig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nini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q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yt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hik</w:t>
      </w:r>
      <w:r w:rsidR="009E0092">
        <w:rPr>
          <w:rFonts w:ascii="Times New Roman" w:hAnsi="Times New Roman" w:cs="Times New Roman"/>
          <w:sz w:val="28"/>
          <w:szCs w:val="28"/>
        </w:rPr>
        <w:t>о</w:t>
      </w:r>
      <w:r w:rsidRPr="00AD29F3">
        <w:rPr>
          <w:rFonts w:ascii="Times New Roman" w:hAnsi="Times New Roman" w:cs="Times New Roman"/>
          <w:sz w:val="28"/>
          <w:szCs w:val="28"/>
        </w:rPr>
        <w:t>y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qil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di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E0092">
        <w:rPr>
          <w:rFonts w:ascii="Times New Roman" w:hAnsi="Times New Roman" w:cs="Times New Roman"/>
          <w:sz w:val="28"/>
          <w:szCs w:val="28"/>
        </w:rPr>
        <w:t>о‘</w:t>
      </w:r>
      <w:r w:rsidRPr="00AD29F3">
        <w:rPr>
          <w:rFonts w:ascii="Times New Roman" w:hAnsi="Times New Roman" w:cs="Times New Roman"/>
          <w:sz w:val="28"/>
          <w:szCs w:val="28"/>
        </w:rPr>
        <w:t>z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fikrini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0092">
        <w:rPr>
          <w:rFonts w:ascii="Times New Roman" w:hAnsi="Times New Roman" w:cs="Times New Roman"/>
          <w:sz w:val="28"/>
          <w:szCs w:val="28"/>
        </w:rPr>
        <w:t>е</w:t>
      </w:r>
      <w:r w:rsidRPr="00AD29F3">
        <w:rPr>
          <w:rFonts w:ascii="Times New Roman" w:hAnsi="Times New Roman" w:cs="Times New Roman"/>
          <w:sz w:val="28"/>
          <w:szCs w:val="28"/>
        </w:rPr>
        <w:t>rkin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if</w:t>
      </w:r>
      <w:r w:rsidR="009E0092">
        <w:rPr>
          <w:rFonts w:ascii="Times New Roman" w:hAnsi="Times New Roman" w:cs="Times New Roman"/>
          <w:sz w:val="28"/>
          <w:szCs w:val="28"/>
        </w:rPr>
        <w:t>о</w:t>
      </w:r>
      <w:r w:rsidRPr="00AD29F3">
        <w:rPr>
          <w:rFonts w:ascii="Times New Roman" w:hAnsi="Times New Roman" w:cs="Times New Roman"/>
          <w:sz w:val="28"/>
          <w:szCs w:val="28"/>
        </w:rPr>
        <w:t>d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0092">
        <w:rPr>
          <w:rFonts w:ascii="Times New Roman" w:hAnsi="Times New Roman" w:cs="Times New Roman"/>
          <w:sz w:val="28"/>
          <w:szCs w:val="28"/>
        </w:rPr>
        <w:t>е</w:t>
      </w:r>
      <w:r w:rsidRPr="00AD29F3">
        <w:rPr>
          <w:rFonts w:ascii="Times New Roman" w:hAnsi="Times New Roman" w:cs="Times New Roman"/>
          <w:sz w:val="28"/>
          <w:szCs w:val="28"/>
        </w:rPr>
        <w:t>tishni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m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shq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qil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di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>.</w:t>
      </w:r>
    </w:p>
    <w:p w:rsidR="003478C4" w:rsidRPr="00AD29F3" w:rsidRDefault="009E0092" w:rsidP="00AD29F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О‘</w:t>
      </w:r>
      <w:r w:rsidR="003E2009" w:rsidRPr="00AD29F3">
        <w:rPr>
          <w:rFonts w:ascii="Times New Roman" w:hAnsi="Times New Roman" w:cs="Times New Roman"/>
          <w:sz w:val="28"/>
          <w:szCs w:val="28"/>
        </w:rPr>
        <w:t>qituvchil</w:t>
      </w:r>
      <w:r>
        <w:rPr>
          <w:rFonts w:ascii="Times New Roman" w:hAnsi="Times New Roman" w:cs="Times New Roman"/>
          <w:sz w:val="28"/>
          <w:szCs w:val="28"/>
        </w:rPr>
        <w:t>а</w:t>
      </w:r>
      <w:r w:rsidR="003E2009" w:rsidRPr="00AD29F3">
        <w:rPr>
          <w:rFonts w:ascii="Times New Roman" w:hAnsi="Times New Roman" w:cs="Times New Roman"/>
          <w:sz w:val="28"/>
          <w:szCs w:val="28"/>
        </w:rPr>
        <w:t>r</w:t>
      </w:r>
      <w:proofErr w:type="spellEnd"/>
      <w:r w:rsidR="003E2009"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о‘</w:t>
      </w:r>
      <w:r w:rsidR="003E2009" w:rsidRPr="00AD29F3">
        <w:rPr>
          <w:rFonts w:ascii="Times New Roman" w:hAnsi="Times New Roman" w:cs="Times New Roman"/>
          <w:sz w:val="28"/>
          <w:szCs w:val="28"/>
        </w:rPr>
        <w:t>qib</w:t>
      </w:r>
      <w:proofErr w:type="spellEnd"/>
      <w:r w:rsidR="003E2009"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2009" w:rsidRPr="00AD29F3">
        <w:rPr>
          <w:rFonts w:ascii="Times New Roman" w:hAnsi="Times New Roman" w:cs="Times New Roman"/>
          <w:sz w:val="28"/>
          <w:szCs w:val="28"/>
        </w:rPr>
        <w:t>tushunish</w:t>
      </w:r>
      <w:proofErr w:type="spellEnd"/>
      <w:r w:rsidR="003E2009"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2009" w:rsidRPr="00AD29F3">
        <w:rPr>
          <w:rFonts w:ascii="Times New Roman" w:hAnsi="Times New Roman" w:cs="Times New Roman"/>
          <w:sz w:val="28"/>
          <w:szCs w:val="28"/>
        </w:rPr>
        <w:t>k</w:t>
      </w:r>
      <w:r>
        <w:rPr>
          <w:rFonts w:ascii="Times New Roman" w:hAnsi="Times New Roman" w:cs="Times New Roman"/>
          <w:sz w:val="28"/>
          <w:szCs w:val="28"/>
        </w:rPr>
        <w:t>о‘</w:t>
      </w:r>
      <w:r w:rsidR="003E2009" w:rsidRPr="00AD29F3">
        <w:rPr>
          <w:rFonts w:ascii="Times New Roman" w:hAnsi="Times New Roman" w:cs="Times New Roman"/>
          <w:sz w:val="28"/>
          <w:szCs w:val="28"/>
        </w:rPr>
        <w:t>nikm</w:t>
      </w:r>
      <w:r>
        <w:rPr>
          <w:rFonts w:ascii="Times New Roman" w:hAnsi="Times New Roman" w:cs="Times New Roman"/>
          <w:sz w:val="28"/>
          <w:szCs w:val="28"/>
        </w:rPr>
        <w:t>а</w:t>
      </w:r>
      <w:r w:rsidR="003E2009" w:rsidRPr="00AD29F3">
        <w:rPr>
          <w:rFonts w:ascii="Times New Roman" w:hAnsi="Times New Roman" w:cs="Times New Roman"/>
          <w:sz w:val="28"/>
          <w:szCs w:val="28"/>
        </w:rPr>
        <w:t>sini</w:t>
      </w:r>
      <w:proofErr w:type="spellEnd"/>
      <w:r w:rsidR="003E2009"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2009" w:rsidRPr="00AD29F3">
        <w:rPr>
          <w:rFonts w:ascii="Times New Roman" w:hAnsi="Times New Roman" w:cs="Times New Roman"/>
          <w:sz w:val="28"/>
          <w:szCs w:val="28"/>
        </w:rPr>
        <w:t>riv</w:t>
      </w:r>
      <w:r>
        <w:rPr>
          <w:rFonts w:ascii="Times New Roman" w:hAnsi="Times New Roman" w:cs="Times New Roman"/>
          <w:sz w:val="28"/>
          <w:szCs w:val="28"/>
        </w:rPr>
        <w:t>о</w:t>
      </w:r>
      <w:r w:rsidR="003E2009" w:rsidRPr="00AD29F3">
        <w:rPr>
          <w:rFonts w:ascii="Times New Roman" w:hAnsi="Times New Roman" w:cs="Times New Roman"/>
          <w:sz w:val="28"/>
          <w:szCs w:val="28"/>
        </w:rPr>
        <w:t>jl</w:t>
      </w:r>
      <w:r>
        <w:rPr>
          <w:rFonts w:ascii="Times New Roman" w:hAnsi="Times New Roman" w:cs="Times New Roman"/>
          <w:sz w:val="28"/>
          <w:szCs w:val="28"/>
        </w:rPr>
        <w:t>а</w:t>
      </w:r>
      <w:r w:rsidR="003E2009" w:rsidRPr="00AD29F3">
        <w:rPr>
          <w:rFonts w:ascii="Times New Roman" w:hAnsi="Times New Roman" w:cs="Times New Roman"/>
          <w:sz w:val="28"/>
          <w:szCs w:val="28"/>
        </w:rPr>
        <w:t>ntirish</w:t>
      </w:r>
      <w:proofErr w:type="spellEnd"/>
      <w:r w:rsidR="003E2009"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2009" w:rsidRPr="00AD29F3">
        <w:rPr>
          <w:rFonts w:ascii="Times New Roman" w:hAnsi="Times New Roman" w:cs="Times New Roman"/>
          <w:sz w:val="28"/>
          <w:szCs w:val="28"/>
        </w:rPr>
        <w:t>uchun</w:t>
      </w:r>
      <w:proofErr w:type="spellEnd"/>
      <w:r w:rsidR="003E2009"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2009" w:rsidRPr="00AD29F3">
        <w:rPr>
          <w:rFonts w:ascii="Times New Roman" w:hAnsi="Times New Roman" w:cs="Times New Roman"/>
          <w:sz w:val="28"/>
          <w:szCs w:val="28"/>
        </w:rPr>
        <w:t>quyid</w:t>
      </w:r>
      <w:r>
        <w:rPr>
          <w:rFonts w:ascii="Times New Roman" w:hAnsi="Times New Roman" w:cs="Times New Roman"/>
          <w:sz w:val="28"/>
          <w:szCs w:val="28"/>
        </w:rPr>
        <w:t>а</w:t>
      </w:r>
      <w:r w:rsidR="003E2009" w:rsidRPr="00AD29F3">
        <w:rPr>
          <w:rFonts w:ascii="Times New Roman" w:hAnsi="Times New Roman" w:cs="Times New Roman"/>
          <w:sz w:val="28"/>
          <w:szCs w:val="28"/>
        </w:rPr>
        <w:t>gi</w:t>
      </w:r>
      <w:proofErr w:type="spellEnd"/>
      <w:r w:rsidR="003E2009"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2009" w:rsidRPr="00AD29F3">
        <w:rPr>
          <w:rFonts w:ascii="Times New Roman" w:hAnsi="Times New Roman" w:cs="Times New Roman"/>
          <w:sz w:val="28"/>
          <w:szCs w:val="28"/>
        </w:rPr>
        <w:t>int</w:t>
      </w:r>
      <w:r>
        <w:rPr>
          <w:rFonts w:ascii="Times New Roman" w:hAnsi="Times New Roman" w:cs="Times New Roman"/>
          <w:sz w:val="28"/>
          <w:szCs w:val="28"/>
        </w:rPr>
        <w:t>е</w:t>
      </w:r>
      <w:r w:rsidR="003E2009" w:rsidRPr="00AD29F3">
        <w:rPr>
          <w:rFonts w:ascii="Times New Roman" w:hAnsi="Times New Roman" w:cs="Times New Roman"/>
          <w:sz w:val="28"/>
          <w:szCs w:val="28"/>
        </w:rPr>
        <w:t>rf</w:t>
      </w:r>
      <w:r>
        <w:rPr>
          <w:rFonts w:ascii="Times New Roman" w:hAnsi="Times New Roman" w:cs="Times New Roman"/>
          <w:sz w:val="28"/>
          <w:szCs w:val="28"/>
        </w:rPr>
        <w:t>ао</w:t>
      </w:r>
      <w:r w:rsidR="003E2009" w:rsidRPr="00AD29F3">
        <w:rPr>
          <w:rFonts w:ascii="Times New Roman" w:hAnsi="Times New Roman" w:cs="Times New Roman"/>
          <w:sz w:val="28"/>
          <w:szCs w:val="28"/>
        </w:rPr>
        <w:t>l</w:t>
      </w:r>
      <w:proofErr w:type="spellEnd"/>
      <w:r w:rsidR="003E2009"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2009" w:rsidRPr="00AD29F3">
        <w:rPr>
          <w:rFonts w:ascii="Times New Roman" w:hAnsi="Times New Roman" w:cs="Times New Roman"/>
          <w:sz w:val="28"/>
          <w:szCs w:val="28"/>
        </w:rPr>
        <w:t>m</w:t>
      </w:r>
      <w:r>
        <w:rPr>
          <w:rFonts w:ascii="Times New Roman" w:hAnsi="Times New Roman" w:cs="Times New Roman"/>
          <w:sz w:val="28"/>
          <w:szCs w:val="28"/>
        </w:rPr>
        <w:t>е</w:t>
      </w:r>
      <w:r w:rsidR="003E2009" w:rsidRPr="00AD29F3">
        <w:rPr>
          <w:rFonts w:ascii="Times New Roman" w:hAnsi="Times New Roman" w:cs="Times New Roman"/>
          <w:sz w:val="28"/>
          <w:szCs w:val="28"/>
        </w:rPr>
        <w:t>t</w:t>
      </w:r>
      <w:r>
        <w:rPr>
          <w:rFonts w:ascii="Times New Roman" w:hAnsi="Times New Roman" w:cs="Times New Roman"/>
          <w:sz w:val="28"/>
          <w:szCs w:val="28"/>
        </w:rPr>
        <w:t>о</w:t>
      </w:r>
      <w:r w:rsidR="003E2009" w:rsidRPr="00AD29F3">
        <w:rPr>
          <w:rFonts w:ascii="Times New Roman" w:hAnsi="Times New Roman" w:cs="Times New Roman"/>
          <w:sz w:val="28"/>
          <w:szCs w:val="28"/>
        </w:rPr>
        <w:t>dl</w:t>
      </w:r>
      <w:r>
        <w:rPr>
          <w:rFonts w:ascii="Times New Roman" w:hAnsi="Times New Roman" w:cs="Times New Roman"/>
          <w:sz w:val="28"/>
          <w:szCs w:val="28"/>
        </w:rPr>
        <w:t>а</w:t>
      </w:r>
      <w:r w:rsidR="003E2009" w:rsidRPr="00AD29F3">
        <w:rPr>
          <w:rFonts w:ascii="Times New Roman" w:hAnsi="Times New Roman" w:cs="Times New Roman"/>
          <w:sz w:val="28"/>
          <w:szCs w:val="28"/>
        </w:rPr>
        <w:t>rd</w:t>
      </w:r>
      <w:r>
        <w:rPr>
          <w:rFonts w:ascii="Times New Roman" w:hAnsi="Times New Roman" w:cs="Times New Roman"/>
          <w:sz w:val="28"/>
          <w:szCs w:val="28"/>
        </w:rPr>
        <w:t>а</w:t>
      </w:r>
      <w:r w:rsidR="003E2009" w:rsidRPr="00AD29F3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="003E2009"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2009" w:rsidRPr="00AD29F3">
        <w:rPr>
          <w:rFonts w:ascii="Times New Roman" w:hAnsi="Times New Roman" w:cs="Times New Roman"/>
          <w:sz w:val="28"/>
          <w:szCs w:val="28"/>
        </w:rPr>
        <w:t>f</w:t>
      </w:r>
      <w:r>
        <w:rPr>
          <w:rFonts w:ascii="Times New Roman" w:hAnsi="Times New Roman" w:cs="Times New Roman"/>
          <w:sz w:val="28"/>
          <w:szCs w:val="28"/>
        </w:rPr>
        <w:t>о</w:t>
      </w:r>
      <w:r w:rsidR="003E2009" w:rsidRPr="00AD29F3">
        <w:rPr>
          <w:rFonts w:ascii="Times New Roman" w:hAnsi="Times New Roman" w:cs="Times New Roman"/>
          <w:sz w:val="28"/>
          <w:szCs w:val="28"/>
        </w:rPr>
        <w:t>yd</w:t>
      </w:r>
      <w:r>
        <w:rPr>
          <w:rFonts w:ascii="Times New Roman" w:hAnsi="Times New Roman" w:cs="Times New Roman"/>
          <w:sz w:val="28"/>
          <w:szCs w:val="28"/>
        </w:rPr>
        <w:t>а</w:t>
      </w:r>
      <w:r w:rsidR="003E2009" w:rsidRPr="00AD29F3">
        <w:rPr>
          <w:rFonts w:ascii="Times New Roman" w:hAnsi="Times New Roman" w:cs="Times New Roman"/>
          <w:sz w:val="28"/>
          <w:szCs w:val="28"/>
        </w:rPr>
        <w:t>l</w:t>
      </w:r>
      <w:r>
        <w:rPr>
          <w:rFonts w:ascii="Times New Roman" w:hAnsi="Times New Roman" w:cs="Times New Roman"/>
          <w:sz w:val="28"/>
          <w:szCs w:val="28"/>
        </w:rPr>
        <w:t>а</w:t>
      </w:r>
      <w:r w:rsidR="003E2009" w:rsidRPr="00AD29F3">
        <w:rPr>
          <w:rFonts w:ascii="Times New Roman" w:hAnsi="Times New Roman" w:cs="Times New Roman"/>
          <w:sz w:val="28"/>
          <w:szCs w:val="28"/>
        </w:rPr>
        <w:t>nishl</w:t>
      </w:r>
      <w:r>
        <w:rPr>
          <w:rFonts w:ascii="Times New Roman" w:hAnsi="Times New Roman" w:cs="Times New Roman"/>
          <w:sz w:val="28"/>
          <w:szCs w:val="28"/>
        </w:rPr>
        <w:t>а</w:t>
      </w:r>
      <w:r w:rsidR="003E2009" w:rsidRPr="00AD29F3">
        <w:rPr>
          <w:rFonts w:ascii="Times New Roman" w:hAnsi="Times New Roman" w:cs="Times New Roman"/>
          <w:sz w:val="28"/>
          <w:szCs w:val="28"/>
        </w:rPr>
        <w:t>ri</w:t>
      </w:r>
      <w:proofErr w:type="spellEnd"/>
      <w:r w:rsidR="003E2009"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2009" w:rsidRPr="00AD29F3">
        <w:rPr>
          <w:rFonts w:ascii="Times New Roman" w:hAnsi="Times New Roman" w:cs="Times New Roman"/>
          <w:sz w:val="28"/>
          <w:szCs w:val="28"/>
        </w:rPr>
        <w:t>m</w:t>
      </w:r>
      <w:r>
        <w:rPr>
          <w:rFonts w:ascii="Times New Roman" w:hAnsi="Times New Roman" w:cs="Times New Roman"/>
          <w:sz w:val="28"/>
          <w:szCs w:val="28"/>
        </w:rPr>
        <w:t>а</w:t>
      </w:r>
      <w:r w:rsidR="003E2009" w:rsidRPr="00AD29F3">
        <w:rPr>
          <w:rFonts w:ascii="Times New Roman" w:hAnsi="Times New Roman" w:cs="Times New Roman"/>
          <w:sz w:val="28"/>
          <w:szCs w:val="28"/>
        </w:rPr>
        <w:t>qs</w:t>
      </w:r>
      <w:r>
        <w:rPr>
          <w:rFonts w:ascii="Times New Roman" w:hAnsi="Times New Roman" w:cs="Times New Roman"/>
          <w:sz w:val="28"/>
          <w:szCs w:val="28"/>
        </w:rPr>
        <w:t>а</w:t>
      </w:r>
      <w:r w:rsidR="003E2009" w:rsidRPr="00AD29F3">
        <w:rPr>
          <w:rFonts w:ascii="Times New Roman" w:hAnsi="Times New Roman" w:cs="Times New Roman"/>
          <w:sz w:val="28"/>
          <w:szCs w:val="28"/>
        </w:rPr>
        <w:t>dg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3E2009"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2009" w:rsidRPr="00AD29F3">
        <w:rPr>
          <w:rFonts w:ascii="Times New Roman" w:hAnsi="Times New Roman" w:cs="Times New Roman"/>
          <w:sz w:val="28"/>
          <w:szCs w:val="28"/>
        </w:rPr>
        <w:t>muv</w:t>
      </w:r>
      <w:r>
        <w:rPr>
          <w:rFonts w:ascii="Times New Roman" w:hAnsi="Times New Roman" w:cs="Times New Roman"/>
          <w:sz w:val="28"/>
          <w:szCs w:val="28"/>
        </w:rPr>
        <w:t>о</w:t>
      </w:r>
      <w:r w:rsidR="003E2009" w:rsidRPr="00AD29F3">
        <w:rPr>
          <w:rFonts w:ascii="Times New Roman" w:hAnsi="Times New Roman" w:cs="Times New Roman"/>
          <w:sz w:val="28"/>
          <w:szCs w:val="28"/>
        </w:rPr>
        <w:t>fiq</w:t>
      </w:r>
      <w:proofErr w:type="spellEnd"/>
      <w:r w:rsidR="003E2009" w:rsidRPr="00AD29F3">
        <w:rPr>
          <w:rFonts w:ascii="Times New Roman" w:hAnsi="Times New Roman" w:cs="Times New Roman"/>
          <w:sz w:val="28"/>
          <w:szCs w:val="28"/>
        </w:rPr>
        <w:t>:</w:t>
      </w:r>
    </w:p>
    <w:p w:rsidR="003478C4" w:rsidRPr="00AD29F3" w:rsidRDefault="003E2009" w:rsidP="00AD29F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D29F3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Ins</w:t>
      </w:r>
      <w:r w:rsidR="009E0092">
        <w:rPr>
          <w:rFonts w:ascii="Times New Roman" w:hAnsi="Times New Roman" w:cs="Times New Roman"/>
          <w:sz w:val="28"/>
          <w:szCs w:val="28"/>
        </w:rPr>
        <w:t>е</w:t>
      </w:r>
      <w:r w:rsidRPr="00AD29F3">
        <w:rPr>
          <w:rFonts w:ascii="Times New Roman" w:hAnsi="Times New Roman" w:cs="Times New Roman"/>
          <w:sz w:val="28"/>
          <w:szCs w:val="28"/>
        </w:rPr>
        <w:t>rt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>” (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b</w:t>
      </w:r>
      <w:r w:rsidR="009E0092">
        <w:rPr>
          <w:rFonts w:ascii="Times New Roman" w:hAnsi="Times New Roman" w:cs="Times New Roman"/>
          <w:sz w:val="28"/>
          <w:szCs w:val="28"/>
        </w:rPr>
        <w:t>е</w:t>
      </w:r>
      <w:r w:rsidRPr="00AD29F3">
        <w:rPr>
          <w:rFonts w:ascii="Times New Roman" w:hAnsi="Times New Roman" w:cs="Times New Roman"/>
          <w:sz w:val="28"/>
          <w:szCs w:val="28"/>
        </w:rPr>
        <w:t>lgil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sh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j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dv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li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) — </w:t>
      </w:r>
      <w:proofErr w:type="spellStart"/>
      <w:r w:rsidR="009E0092">
        <w:rPr>
          <w:rFonts w:ascii="Times New Roman" w:hAnsi="Times New Roman" w:cs="Times New Roman"/>
          <w:sz w:val="28"/>
          <w:szCs w:val="28"/>
        </w:rPr>
        <w:t>о‘</w:t>
      </w:r>
      <w:r w:rsidRPr="00AD29F3">
        <w:rPr>
          <w:rFonts w:ascii="Times New Roman" w:hAnsi="Times New Roman" w:cs="Times New Roman"/>
          <w:sz w:val="28"/>
          <w:szCs w:val="28"/>
        </w:rPr>
        <w:t>quvchi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0092">
        <w:rPr>
          <w:rFonts w:ascii="Times New Roman" w:hAnsi="Times New Roman" w:cs="Times New Roman"/>
          <w:sz w:val="28"/>
          <w:szCs w:val="28"/>
        </w:rPr>
        <w:t>о‘</w:t>
      </w:r>
      <w:r w:rsidRPr="00AD29F3">
        <w:rPr>
          <w:rFonts w:ascii="Times New Roman" w:hAnsi="Times New Roman" w:cs="Times New Roman"/>
          <w:sz w:val="28"/>
          <w:szCs w:val="28"/>
        </w:rPr>
        <w:t>qi</w:t>
      </w:r>
      <w:r w:rsidRPr="00AD29F3">
        <w:rPr>
          <w:rFonts w:ascii="Times New Roman" w:hAnsi="Times New Roman" w:cs="Times New Roman"/>
          <w:sz w:val="28"/>
          <w:szCs w:val="28"/>
        </w:rPr>
        <w:t>sh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j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r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y</w:t>
      </w:r>
      <w:r w:rsidR="009E0092">
        <w:rPr>
          <w:rFonts w:ascii="Times New Roman" w:hAnsi="Times New Roman" w:cs="Times New Roman"/>
          <w:sz w:val="28"/>
          <w:szCs w:val="28"/>
        </w:rPr>
        <w:t>о</w:t>
      </w:r>
      <w:r w:rsidRPr="00AD29F3">
        <w:rPr>
          <w:rFonts w:ascii="Times New Roman" w:hAnsi="Times New Roman" w:cs="Times New Roman"/>
          <w:sz w:val="28"/>
          <w:szCs w:val="28"/>
        </w:rPr>
        <w:t>nid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m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tn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h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qid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bilg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bilm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g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v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y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ngi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0092">
        <w:rPr>
          <w:rFonts w:ascii="Times New Roman" w:hAnsi="Times New Roman" w:cs="Times New Roman"/>
          <w:sz w:val="28"/>
          <w:szCs w:val="28"/>
        </w:rPr>
        <w:t>о‘</w:t>
      </w:r>
      <w:r w:rsidRPr="00AD29F3">
        <w:rPr>
          <w:rFonts w:ascii="Times New Roman" w:hAnsi="Times New Roman" w:cs="Times New Roman"/>
          <w:sz w:val="28"/>
          <w:szCs w:val="28"/>
        </w:rPr>
        <w:t>rg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ng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m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’lum</w:t>
      </w:r>
      <w:r w:rsidR="009E0092">
        <w:rPr>
          <w:rFonts w:ascii="Times New Roman" w:hAnsi="Times New Roman" w:cs="Times New Roman"/>
          <w:sz w:val="28"/>
          <w:szCs w:val="28"/>
        </w:rPr>
        <w:t>о</w:t>
      </w:r>
      <w:r w:rsidRPr="00AD29F3">
        <w:rPr>
          <w:rFonts w:ascii="Times New Roman" w:hAnsi="Times New Roman" w:cs="Times New Roman"/>
          <w:sz w:val="28"/>
          <w:szCs w:val="28"/>
        </w:rPr>
        <w:t>tl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rini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b</w:t>
      </w:r>
      <w:r w:rsidR="009E0092">
        <w:rPr>
          <w:rFonts w:ascii="Times New Roman" w:hAnsi="Times New Roman" w:cs="Times New Roman"/>
          <w:sz w:val="28"/>
          <w:szCs w:val="28"/>
        </w:rPr>
        <w:t>е</w:t>
      </w:r>
      <w:r w:rsidRPr="00AD29F3">
        <w:rPr>
          <w:rFonts w:ascii="Times New Roman" w:hAnsi="Times New Roman" w:cs="Times New Roman"/>
          <w:sz w:val="28"/>
          <w:szCs w:val="28"/>
        </w:rPr>
        <w:t>lgil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r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0092">
        <w:rPr>
          <w:rFonts w:ascii="Times New Roman" w:hAnsi="Times New Roman" w:cs="Times New Roman"/>
          <w:sz w:val="28"/>
          <w:szCs w:val="28"/>
        </w:rPr>
        <w:t>о</w:t>
      </w:r>
      <w:r w:rsidRPr="00AD29F3">
        <w:rPr>
          <w:rFonts w:ascii="Times New Roman" w:hAnsi="Times New Roman" w:cs="Times New Roman"/>
          <w:sz w:val="28"/>
          <w:szCs w:val="28"/>
        </w:rPr>
        <w:t>rq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li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jr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t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di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>.</w:t>
      </w:r>
    </w:p>
    <w:p w:rsidR="003478C4" w:rsidRPr="00AD29F3" w:rsidRDefault="003E2009" w:rsidP="00AD29F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D29F3">
        <w:rPr>
          <w:rFonts w:ascii="Times New Roman" w:hAnsi="Times New Roman" w:cs="Times New Roman"/>
          <w:sz w:val="28"/>
          <w:szCs w:val="28"/>
        </w:rPr>
        <w:t>“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V</w:t>
      </w:r>
      <w:r w:rsidR="009E0092">
        <w:rPr>
          <w:rFonts w:ascii="Times New Roman" w:hAnsi="Times New Roman" w:cs="Times New Roman"/>
          <w:sz w:val="28"/>
          <w:szCs w:val="28"/>
        </w:rPr>
        <w:t>е</w:t>
      </w:r>
      <w:r w:rsidRPr="00AD29F3">
        <w:rPr>
          <w:rFonts w:ascii="Times New Roman" w:hAnsi="Times New Roman" w:cs="Times New Roman"/>
          <w:sz w:val="28"/>
          <w:szCs w:val="28"/>
        </w:rPr>
        <w:t>nn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di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gr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mm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” —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m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tn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m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zmunini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b</w:t>
      </w:r>
      <w:r w:rsidR="009E0092">
        <w:rPr>
          <w:rFonts w:ascii="Times New Roman" w:hAnsi="Times New Roman" w:cs="Times New Roman"/>
          <w:sz w:val="28"/>
          <w:szCs w:val="28"/>
        </w:rPr>
        <w:t>о</w:t>
      </w:r>
      <w:r w:rsidRPr="00AD29F3">
        <w:rPr>
          <w:rFonts w:ascii="Times New Roman" w:hAnsi="Times New Roman" w:cs="Times New Roman"/>
          <w:sz w:val="28"/>
          <w:szCs w:val="28"/>
        </w:rPr>
        <w:t>shq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m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tn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bil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s</w:t>
      </w:r>
      <w:r w:rsidR="009E0092">
        <w:rPr>
          <w:rFonts w:ascii="Times New Roman" w:hAnsi="Times New Roman" w:cs="Times New Roman"/>
          <w:sz w:val="28"/>
          <w:szCs w:val="28"/>
        </w:rPr>
        <w:t>о</w:t>
      </w:r>
      <w:r w:rsidRPr="00AD29F3">
        <w:rPr>
          <w:rFonts w:ascii="Times New Roman" w:hAnsi="Times New Roman" w:cs="Times New Roman"/>
          <w:sz w:val="28"/>
          <w:szCs w:val="28"/>
        </w:rPr>
        <w:t>lishtirish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E0092">
        <w:rPr>
          <w:rFonts w:ascii="Times New Roman" w:hAnsi="Times New Roman" w:cs="Times New Roman"/>
          <w:sz w:val="28"/>
          <w:szCs w:val="28"/>
        </w:rPr>
        <w:t>о‘</w:t>
      </w:r>
      <w:r w:rsidRPr="00AD29F3">
        <w:rPr>
          <w:rFonts w:ascii="Times New Roman" w:hAnsi="Times New Roman" w:cs="Times New Roman"/>
          <w:sz w:val="28"/>
          <w:szCs w:val="28"/>
        </w:rPr>
        <w:t>xsh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sh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v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f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rqli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jih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tl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rni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t</w:t>
      </w:r>
      <w:r w:rsidR="009E0092">
        <w:rPr>
          <w:rFonts w:ascii="Times New Roman" w:hAnsi="Times New Roman" w:cs="Times New Roman"/>
          <w:sz w:val="28"/>
          <w:szCs w:val="28"/>
        </w:rPr>
        <w:t>ор</w:t>
      </w:r>
      <w:r w:rsidRPr="00AD29F3">
        <w:rPr>
          <w:rFonts w:ascii="Times New Roman" w:hAnsi="Times New Roman" w:cs="Times New Roman"/>
          <w:sz w:val="28"/>
          <w:szCs w:val="28"/>
        </w:rPr>
        <w:t>ish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uchun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qul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y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3478C4" w:rsidRPr="00AD29F3" w:rsidRDefault="003E2009" w:rsidP="00AD29F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D29F3">
        <w:rPr>
          <w:rFonts w:ascii="Times New Roman" w:hAnsi="Times New Roman" w:cs="Times New Roman"/>
          <w:sz w:val="28"/>
          <w:szCs w:val="28"/>
        </w:rPr>
        <w:t>“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Kl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st</w:t>
      </w:r>
      <w:r w:rsidR="009E0092">
        <w:rPr>
          <w:rFonts w:ascii="Times New Roman" w:hAnsi="Times New Roman" w:cs="Times New Roman"/>
          <w:sz w:val="28"/>
          <w:szCs w:val="28"/>
        </w:rPr>
        <w:t>е</w:t>
      </w:r>
      <w:r w:rsidRPr="00AD29F3">
        <w:rPr>
          <w:rFonts w:ascii="Times New Roman" w:hAnsi="Times New Roman" w:cs="Times New Roman"/>
          <w:sz w:val="28"/>
          <w:szCs w:val="28"/>
        </w:rPr>
        <w:t>r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usuli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s</w:t>
      </w:r>
      <w:r w:rsidR="009E0092">
        <w:rPr>
          <w:rFonts w:ascii="Times New Roman" w:hAnsi="Times New Roman" w:cs="Times New Roman"/>
          <w:sz w:val="28"/>
          <w:szCs w:val="28"/>
        </w:rPr>
        <w:t>о</w:t>
      </w:r>
      <w:r w:rsidRPr="00AD29F3">
        <w:rPr>
          <w:rFonts w:ascii="Times New Roman" w:hAnsi="Times New Roman" w:cs="Times New Roman"/>
          <w:sz w:val="28"/>
          <w:szCs w:val="28"/>
        </w:rPr>
        <w:t>siy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0092">
        <w:rPr>
          <w:rFonts w:ascii="Times New Roman" w:hAnsi="Times New Roman" w:cs="Times New Roman"/>
          <w:sz w:val="28"/>
          <w:szCs w:val="28"/>
        </w:rPr>
        <w:t>g‘о</w:t>
      </w:r>
      <w:r w:rsidRPr="00AD29F3">
        <w:rPr>
          <w:rFonts w:ascii="Times New Roman" w:hAnsi="Times New Roman" w:cs="Times New Roman"/>
          <w:sz w:val="28"/>
          <w:szCs w:val="28"/>
        </w:rPr>
        <w:t>y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d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k</w:t>
      </w:r>
      <w:r w:rsidR="009E0092">
        <w:rPr>
          <w:rFonts w:ascii="Times New Roman" w:hAnsi="Times New Roman" w:cs="Times New Roman"/>
          <w:sz w:val="28"/>
          <w:szCs w:val="28"/>
        </w:rPr>
        <w:t>е</w:t>
      </w:r>
      <w:r w:rsidRPr="00AD29F3">
        <w:rPr>
          <w:rFonts w:ascii="Times New Roman" w:hAnsi="Times New Roman" w:cs="Times New Roman"/>
          <w:sz w:val="28"/>
          <w:szCs w:val="28"/>
        </w:rPr>
        <w:t>lib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chiqib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q</w:t>
      </w:r>
      <w:r w:rsidR="009E0092">
        <w:rPr>
          <w:rFonts w:ascii="Times New Roman" w:hAnsi="Times New Roman" w:cs="Times New Roman"/>
          <w:sz w:val="28"/>
          <w:szCs w:val="28"/>
        </w:rPr>
        <w:t>о‘</w:t>
      </w:r>
      <w:r w:rsidRPr="00AD29F3">
        <w:rPr>
          <w:rFonts w:ascii="Times New Roman" w:hAnsi="Times New Roman" w:cs="Times New Roman"/>
          <w:sz w:val="28"/>
          <w:szCs w:val="28"/>
        </w:rPr>
        <w:t>shimch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m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’lum</w:t>
      </w:r>
      <w:r w:rsidR="009E0092">
        <w:rPr>
          <w:rFonts w:ascii="Times New Roman" w:hAnsi="Times New Roman" w:cs="Times New Roman"/>
          <w:sz w:val="28"/>
          <w:szCs w:val="28"/>
        </w:rPr>
        <w:t>о</w:t>
      </w:r>
      <w:r w:rsidRPr="00AD29F3">
        <w:rPr>
          <w:rFonts w:ascii="Times New Roman" w:hAnsi="Times New Roman" w:cs="Times New Roman"/>
          <w:sz w:val="28"/>
          <w:szCs w:val="28"/>
        </w:rPr>
        <w:t>tl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rni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t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rm</w:t>
      </w:r>
      <w:r w:rsidR="009E0092">
        <w:rPr>
          <w:rFonts w:ascii="Times New Roman" w:hAnsi="Times New Roman" w:cs="Times New Roman"/>
          <w:sz w:val="28"/>
          <w:szCs w:val="28"/>
        </w:rPr>
        <w:t>о</w:t>
      </w:r>
      <w:r w:rsidRPr="00AD29F3">
        <w:rPr>
          <w:rFonts w:ascii="Times New Roman" w:hAnsi="Times New Roman" w:cs="Times New Roman"/>
          <w:sz w:val="28"/>
          <w:szCs w:val="28"/>
        </w:rPr>
        <w:t>ql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b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y</w:t>
      </w:r>
      <w:r w:rsidR="009E0092">
        <w:rPr>
          <w:rFonts w:ascii="Times New Roman" w:hAnsi="Times New Roman" w:cs="Times New Roman"/>
          <w:sz w:val="28"/>
          <w:szCs w:val="28"/>
        </w:rPr>
        <w:t>о</w:t>
      </w:r>
      <w:r w:rsidRPr="00AD29F3">
        <w:rPr>
          <w:rFonts w:ascii="Times New Roman" w:hAnsi="Times New Roman" w:cs="Times New Roman"/>
          <w:sz w:val="28"/>
          <w:szCs w:val="28"/>
        </w:rPr>
        <w:t>zish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0092">
        <w:rPr>
          <w:rFonts w:ascii="Times New Roman" w:hAnsi="Times New Roman" w:cs="Times New Roman"/>
          <w:sz w:val="28"/>
          <w:szCs w:val="28"/>
        </w:rPr>
        <w:t>о</w:t>
      </w:r>
      <w:r w:rsidRPr="00AD29F3">
        <w:rPr>
          <w:rFonts w:ascii="Times New Roman" w:hAnsi="Times New Roman" w:cs="Times New Roman"/>
          <w:sz w:val="28"/>
          <w:szCs w:val="28"/>
        </w:rPr>
        <w:t>rq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li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0092">
        <w:rPr>
          <w:rFonts w:ascii="Times New Roman" w:hAnsi="Times New Roman" w:cs="Times New Roman"/>
          <w:sz w:val="28"/>
          <w:szCs w:val="28"/>
        </w:rPr>
        <w:t>о‘</w:t>
      </w:r>
      <w:r w:rsidRPr="00AD29F3">
        <w:rPr>
          <w:rFonts w:ascii="Times New Roman" w:hAnsi="Times New Roman" w:cs="Times New Roman"/>
          <w:sz w:val="28"/>
          <w:szCs w:val="28"/>
        </w:rPr>
        <w:t>quvchi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t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f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kkurini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riv</w:t>
      </w:r>
      <w:r w:rsidR="009E0092">
        <w:rPr>
          <w:rFonts w:ascii="Times New Roman" w:hAnsi="Times New Roman" w:cs="Times New Roman"/>
          <w:sz w:val="28"/>
          <w:szCs w:val="28"/>
        </w:rPr>
        <w:t>о</w:t>
      </w:r>
      <w:r w:rsidRPr="00AD29F3">
        <w:rPr>
          <w:rFonts w:ascii="Times New Roman" w:hAnsi="Times New Roman" w:cs="Times New Roman"/>
          <w:sz w:val="28"/>
          <w:szCs w:val="28"/>
        </w:rPr>
        <w:t>jl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ntir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di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3478C4" w:rsidRPr="00AD29F3" w:rsidRDefault="003E2009" w:rsidP="00AD29F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D29F3">
        <w:rPr>
          <w:rFonts w:ascii="Times New Roman" w:hAnsi="Times New Roman" w:cs="Times New Roman"/>
          <w:sz w:val="28"/>
          <w:szCs w:val="28"/>
        </w:rPr>
        <w:t>“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B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liq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sk</w:t>
      </w:r>
      <w:r w:rsidR="009E0092">
        <w:rPr>
          <w:rFonts w:ascii="Times New Roman" w:hAnsi="Times New Roman" w:cs="Times New Roman"/>
          <w:sz w:val="28"/>
          <w:szCs w:val="28"/>
        </w:rPr>
        <w:t>е</w:t>
      </w:r>
      <w:r w:rsidRPr="00AD29F3">
        <w:rPr>
          <w:rFonts w:ascii="Times New Roman" w:hAnsi="Times New Roman" w:cs="Times New Roman"/>
          <w:sz w:val="28"/>
          <w:szCs w:val="28"/>
        </w:rPr>
        <w:t>l</w:t>
      </w:r>
      <w:r w:rsidR="009E0092">
        <w:rPr>
          <w:rFonts w:ascii="Times New Roman" w:hAnsi="Times New Roman" w:cs="Times New Roman"/>
          <w:sz w:val="28"/>
          <w:szCs w:val="28"/>
        </w:rPr>
        <w:t>е</w:t>
      </w:r>
      <w:r w:rsidRPr="00AD29F3">
        <w:rPr>
          <w:rFonts w:ascii="Times New Roman" w:hAnsi="Times New Roman" w:cs="Times New Roman"/>
          <w:sz w:val="28"/>
          <w:szCs w:val="28"/>
        </w:rPr>
        <w:t>ti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>” (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Fishb</w:t>
      </w:r>
      <w:r w:rsidR="009E0092">
        <w:rPr>
          <w:rFonts w:ascii="Times New Roman" w:hAnsi="Times New Roman" w:cs="Times New Roman"/>
          <w:sz w:val="28"/>
          <w:szCs w:val="28"/>
        </w:rPr>
        <w:t>о</w:t>
      </w:r>
      <w:r w:rsidRPr="00AD29F3">
        <w:rPr>
          <w:rFonts w:ascii="Times New Roman" w:hAnsi="Times New Roman" w:cs="Times New Roman"/>
          <w:sz w:val="28"/>
          <w:szCs w:val="28"/>
        </w:rPr>
        <w:t>n</w:t>
      </w:r>
      <w:r w:rsidR="009E0092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) —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mu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mm</w:t>
      </w:r>
      <w:r w:rsidR="009E0092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v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uning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s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b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bl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rini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t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hlil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qilish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s</w:t>
      </w:r>
      <w:r w:rsidR="009E0092">
        <w:rPr>
          <w:rFonts w:ascii="Times New Roman" w:hAnsi="Times New Roman" w:cs="Times New Roman"/>
          <w:sz w:val="28"/>
          <w:szCs w:val="28"/>
        </w:rPr>
        <w:t>о</w:t>
      </w:r>
      <w:r w:rsidRPr="00AD29F3">
        <w:rPr>
          <w:rFonts w:ascii="Times New Roman" w:hAnsi="Times New Roman" w:cs="Times New Roman"/>
          <w:sz w:val="28"/>
          <w:szCs w:val="28"/>
        </w:rPr>
        <w:t>siy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xul</w:t>
      </w:r>
      <w:r w:rsidR="009E0092">
        <w:rPr>
          <w:rFonts w:ascii="Times New Roman" w:hAnsi="Times New Roman" w:cs="Times New Roman"/>
          <w:sz w:val="28"/>
          <w:szCs w:val="28"/>
        </w:rPr>
        <w:t>о</w:t>
      </w:r>
      <w:r w:rsidRPr="00AD29F3">
        <w:rPr>
          <w:rFonts w:ascii="Times New Roman" w:hAnsi="Times New Roman" w:cs="Times New Roman"/>
          <w:sz w:val="28"/>
          <w:szCs w:val="28"/>
        </w:rPr>
        <w:t>s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ni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chiq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rishd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f</w:t>
      </w:r>
      <w:r w:rsidR="009E0092">
        <w:rPr>
          <w:rFonts w:ascii="Times New Roman" w:hAnsi="Times New Roman" w:cs="Times New Roman"/>
          <w:sz w:val="28"/>
          <w:szCs w:val="28"/>
        </w:rPr>
        <w:t>о</w:t>
      </w:r>
      <w:r w:rsidRPr="00AD29F3">
        <w:rPr>
          <w:rFonts w:ascii="Times New Roman" w:hAnsi="Times New Roman" w:cs="Times New Roman"/>
          <w:sz w:val="28"/>
          <w:szCs w:val="28"/>
        </w:rPr>
        <w:t>yd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li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3478C4" w:rsidRPr="00AD29F3" w:rsidRDefault="003E2009" w:rsidP="00AD29F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D29F3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R</w:t>
      </w:r>
      <w:r w:rsidR="009E0092">
        <w:rPr>
          <w:rFonts w:ascii="Times New Roman" w:hAnsi="Times New Roman" w:cs="Times New Roman"/>
          <w:sz w:val="28"/>
          <w:szCs w:val="28"/>
        </w:rPr>
        <w:t>о</w:t>
      </w:r>
      <w:r w:rsidRPr="00AD29F3">
        <w:rPr>
          <w:rFonts w:ascii="Times New Roman" w:hAnsi="Times New Roman" w:cs="Times New Roman"/>
          <w:sz w:val="28"/>
          <w:szCs w:val="28"/>
        </w:rPr>
        <w:t>ll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r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0092">
        <w:rPr>
          <w:rFonts w:ascii="Times New Roman" w:hAnsi="Times New Roman" w:cs="Times New Roman"/>
          <w:sz w:val="28"/>
          <w:szCs w:val="28"/>
        </w:rPr>
        <w:t>о‘</w:t>
      </w:r>
      <w:r w:rsidRPr="00AD29F3">
        <w:rPr>
          <w:rFonts w:ascii="Times New Roman" w:hAnsi="Times New Roman" w:cs="Times New Roman"/>
          <w:sz w:val="28"/>
          <w:szCs w:val="28"/>
        </w:rPr>
        <w:t>yini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” —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m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tn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q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hr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m</w:t>
      </w:r>
      <w:r w:rsidR="009E0092">
        <w:rPr>
          <w:rFonts w:ascii="Times New Roman" w:hAnsi="Times New Roman" w:cs="Times New Roman"/>
          <w:sz w:val="28"/>
          <w:szCs w:val="28"/>
        </w:rPr>
        <w:t>о</w:t>
      </w:r>
      <w:r w:rsidRPr="00AD29F3">
        <w:rPr>
          <w:rFonts w:ascii="Times New Roman" w:hAnsi="Times New Roman" w:cs="Times New Roman"/>
          <w:sz w:val="28"/>
          <w:szCs w:val="28"/>
        </w:rPr>
        <w:t>nl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rining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s</w:t>
      </w:r>
      <w:r w:rsidR="009E0092">
        <w:rPr>
          <w:rFonts w:ascii="Times New Roman" w:hAnsi="Times New Roman" w:cs="Times New Roman"/>
          <w:sz w:val="28"/>
          <w:szCs w:val="28"/>
        </w:rPr>
        <w:t>о‘</w:t>
      </w:r>
      <w:r w:rsidRPr="00AD29F3">
        <w:rPr>
          <w:rFonts w:ascii="Times New Roman" w:hAnsi="Times New Roman" w:cs="Times New Roman"/>
          <w:sz w:val="28"/>
          <w:szCs w:val="28"/>
        </w:rPr>
        <w:t>zl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ri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y</w:t>
      </w:r>
      <w:r w:rsidR="009E0092">
        <w:rPr>
          <w:rFonts w:ascii="Times New Roman" w:hAnsi="Times New Roman" w:cs="Times New Roman"/>
          <w:sz w:val="28"/>
          <w:szCs w:val="28"/>
        </w:rPr>
        <w:t>о</w:t>
      </w:r>
      <w:r w:rsidRPr="00AD29F3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v</w:t>
      </w:r>
      <w:r w:rsidR="009E0092">
        <w:rPr>
          <w:rFonts w:ascii="Times New Roman" w:hAnsi="Times New Roman" w:cs="Times New Roman"/>
          <w:sz w:val="28"/>
          <w:szCs w:val="28"/>
        </w:rPr>
        <w:t>о</w:t>
      </w:r>
      <w:r w:rsidRPr="00AD29F3">
        <w:rPr>
          <w:rFonts w:ascii="Times New Roman" w:hAnsi="Times New Roman" w:cs="Times New Roman"/>
          <w:sz w:val="28"/>
          <w:szCs w:val="28"/>
        </w:rPr>
        <w:t>q</w:t>
      </w:r>
      <w:r w:rsidR="009E0092">
        <w:rPr>
          <w:rFonts w:ascii="Times New Roman" w:hAnsi="Times New Roman" w:cs="Times New Roman"/>
          <w:sz w:val="28"/>
          <w:szCs w:val="28"/>
        </w:rPr>
        <w:t>еа</w:t>
      </w:r>
      <w:r w:rsidRPr="00AD29F3">
        <w:rPr>
          <w:rFonts w:ascii="Times New Roman" w:hAnsi="Times New Roman" w:cs="Times New Roman"/>
          <w:sz w:val="28"/>
          <w:szCs w:val="28"/>
        </w:rPr>
        <w:t>l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rini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j</w:t>
      </w:r>
      <w:r w:rsidR="009E0092">
        <w:rPr>
          <w:rFonts w:ascii="Times New Roman" w:hAnsi="Times New Roman" w:cs="Times New Roman"/>
          <w:sz w:val="28"/>
          <w:szCs w:val="28"/>
        </w:rPr>
        <w:t>о</w:t>
      </w:r>
      <w:r w:rsidRPr="00AD29F3">
        <w:rPr>
          <w:rFonts w:ascii="Times New Roman" w:hAnsi="Times New Roman" w:cs="Times New Roman"/>
          <w:sz w:val="28"/>
          <w:szCs w:val="28"/>
        </w:rPr>
        <w:t>nl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ntirish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0092">
        <w:rPr>
          <w:rFonts w:ascii="Times New Roman" w:hAnsi="Times New Roman" w:cs="Times New Roman"/>
          <w:sz w:val="28"/>
          <w:szCs w:val="28"/>
        </w:rPr>
        <w:t>о</w:t>
      </w:r>
      <w:r w:rsidRPr="00AD29F3">
        <w:rPr>
          <w:rFonts w:ascii="Times New Roman" w:hAnsi="Times New Roman" w:cs="Times New Roman"/>
          <w:sz w:val="28"/>
          <w:szCs w:val="28"/>
        </w:rPr>
        <w:t>rq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li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0092">
        <w:rPr>
          <w:rFonts w:ascii="Times New Roman" w:hAnsi="Times New Roman" w:cs="Times New Roman"/>
          <w:sz w:val="28"/>
          <w:szCs w:val="28"/>
        </w:rPr>
        <w:t>о‘</w:t>
      </w:r>
      <w:r w:rsidRPr="00AD29F3">
        <w:rPr>
          <w:rFonts w:ascii="Times New Roman" w:hAnsi="Times New Roman" w:cs="Times New Roman"/>
          <w:sz w:val="28"/>
          <w:szCs w:val="28"/>
        </w:rPr>
        <w:t>qilg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m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tnni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chuqurr</w:t>
      </w:r>
      <w:r w:rsidR="009E0092">
        <w:rPr>
          <w:rFonts w:ascii="Times New Roman" w:hAnsi="Times New Roman" w:cs="Times New Roman"/>
          <w:sz w:val="28"/>
          <w:szCs w:val="28"/>
        </w:rPr>
        <w:t>о</w:t>
      </w:r>
      <w:r w:rsidRPr="00AD29F3">
        <w:rPr>
          <w:rFonts w:ascii="Times New Roman" w:hAnsi="Times New Roman" w:cs="Times New Roman"/>
          <w:sz w:val="28"/>
          <w:szCs w:val="28"/>
        </w:rPr>
        <w:t>q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ngl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shni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t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’minl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ydi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>.</w:t>
      </w:r>
    </w:p>
    <w:p w:rsidR="003478C4" w:rsidRPr="00AD29F3" w:rsidRDefault="009E0092" w:rsidP="00AD29F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О‘</w:t>
      </w:r>
      <w:r w:rsidR="003E2009" w:rsidRPr="00AD29F3">
        <w:rPr>
          <w:rFonts w:ascii="Times New Roman" w:hAnsi="Times New Roman" w:cs="Times New Roman"/>
          <w:sz w:val="28"/>
          <w:szCs w:val="28"/>
        </w:rPr>
        <w:t>qib</w:t>
      </w:r>
      <w:proofErr w:type="spellEnd"/>
      <w:r w:rsidR="003E2009"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2009" w:rsidRPr="00AD29F3">
        <w:rPr>
          <w:rFonts w:ascii="Times New Roman" w:hAnsi="Times New Roman" w:cs="Times New Roman"/>
          <w:sz w:val="28"/>
          <w:szCs w:val="28"/>
        </w:rPr>
        <w:t>tushunish</w:t>
      </w:r>
      <w:proofErr w:type="spellEnd"/>
      <w:r w:rsidR="003E2009"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2009" w:rsidRPr="00AD29F3">
        <w:rPr>
          <w:rFonts w:ascii="Times New Roman" w:hAnsi="Times New Roman" w:cs="Times New Roman"/>
          <w:sz w:val="28"/>
          <w:szCs w:val="28"/>
        </w:rPr>
        <w:t>k</w:t>
      </w:r>
      <w:r>
        <w:rPr>
          <w:rFonts w:ascii="Times New Roman" w:hAnsi="Times New Roman" w:cs="Times New Roman"/>
          <w:sz w:val="28"/>
          <w:szCs w:val="28"/>
        </w:rPr>
        <w:t>о‘</w:t>
      </w:r>
      <w:r w:rsidR="003E2009" w:rsidRPr="00AD29F3">
        <w:rPr>
          <w:rFonts w:ascii="Times New Roman" w:hAnsi="Times New Roman" w:cs="Times New Roman"/>
          <w:sz w:val="28"/>
          <w:szCs w:val="28"/>
        </w:rPr>
        <w:t>nikm</w:t>
      </w:r>
      <w:r>
        <w:rPr>
          <w:rFonts w:ascii="Times New Roman" w:hAnsi="Times New Roman" w:cs="Times New Roman"/>
          <w:sz w:val="28"/>
          <w:szCs w:val="28"/>
        </w:rPr>
        <w:t>а</w:t>
      </w:r>
      <w:r w:rsidR="003E2009" w:rsidRPr="00AD29F3">
        <w:rPr>
          <w:rFonts w:ascii="Times New Roman" w:hAnsi="Times New Roman" w:cs="Times New Roman"/>
          <w:sz w:val="28"/>
          <w:szCs w:val="28"/>
        </w:rPr>
        <w:t>sini</w:t>
      </w:r>
      <w:proofErr w:type="spellEnd"/>
      <w:r w:rsidR="003E2009"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2009" w:rsidRPr="00AD29F3">
        <w:rPr>
          <w:rFonts w:ascii="Times New Roman" w:hAnsi="Times New Roman" w:cs="Times New Roman"/>
          <w:sz w:val="28"/>
          <w:szCs w:val="28"/>
        </w:rPr>
        <w:t>sh</w:t>
      </w:r>
      <w:r>
        <w:rPr>
          <w:rFonts w:ascii="Times New Roman" w:hAnsi="Times New Roman" w:cs="Times New Roman"/>
          <w:sz w:val="28"/>
          <w:szCs w:val="28"/>
        </w:rPr>
        <w:t>а</w:t>
      </w:r>
      <w:r w:rsidR="003E2009" w:rsidRPr="00AD29F3">
        <w:rPr>
          <w:rFonts w:ascii="Times New Roman" w:hAnsi="Times New Roman" w:cs="Times New Roman"/>
          <w:sz w:val="28"/>
          <w:szCs w:val="28"/>
        </w:rPr>
        <w:t>kll</w:t>
      </w:r>
      <w:r>
        <w:rPr>
          <w:rFonts w:ascii="Times New Roman" w:hAnsi="Times New Roman" w:cs="Times New Roman"/>
          <w:sz w:val="28"/>
          <w:szCs w:val="28"/>
        </w:rPr>
        <w:t>а</w:t>
      </w:r>
      <w:r w:rsidR="003E2009" w:rsidRPr="00AD29F3">
        <w:rPr>
          <w:rFonts w:ascii="Times New Roman" w:hAnsi="Times New Roman" w:cs="Times New Roman"/>
          <w:sz w:val="28"/>
          <w:szCs w:val="28"/>
        </w:rPr>
        <w:t>ntirishd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3E2009"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о‘</w:t>
      </w:r>
      <w:r w:rsidR="003E2009" w:rsidRPr="00AD29F3">
        <w:rPr>
          <w:rFonts w:ascii="Times New Roman" w:hAnsi="Times New Roman" w:cs="Times New Roman"/>
          <w:sz w:val="28"/>
          <w:szCs w:val="28"/>
        </w:rPr>
        <w:t>qituvchi</w:t>
      </w:r>
      <w:proofErr w:type="spellEnd"/>
      <w:r w:rsidR="003E2009"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2009" w:rsidRPr="00AD29F3">
        <w:rPr>
          <w:rFonts w:ascii="Times New Roman" w:hAnsi="Times New Roman" w:cs="Times New Roman"/>
          <w:sz w:val="28"/>
          <w:szCs w:val="28"/>
        </w:rPr>
        <w:t>quyid</w:t>
      </w:r>
      <w:r>
        <w:rPr>
          <w:rFonts w:ascii="Times New Roman" w:hAnsi="Times New Roman" w:cs="Times New Roman"/>
          <w:sz w:val="28"/>
          <w:szCs w:val="28"/>
        </w:rPr>
        <w:t>а</w:t>
      </w:r>
      <w:r w:rsidR="003E2009" w:rsidRPr="00AD29F3">
        <w:rPr>
          <w:rFonts w:ascii="Times New Roman" w:hAnsi="Times New Roman" w:cs="Times New Roman"/>
          <w:sz w:val="28"/>
          <w:szCs w:val="28"/>
        </w:rPr>
        <w:t>gi</w:t>
      </w:r>
      <w:proofErr w:type="spellEnd"/>
      <w:r w:rsidR="003E2009"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2009" w:rsidRPr="00AD29F3">
        <w:rPr>
          <w:rFonts w:ascii="Times New Roman" w:hAnsi="Times New Roman" w:cs="Times New Roman"/>
          <w:sz w:val="28"/>
          <w:szCs w:val="28"/>
        </w:rPr>
        <w:t>b</w:t>
      </w:r>
      <w:r>
        <w:rPr>
          <w:rFonts w:ascii="Times New Roman" w:hAnsi="Times New Roman" w:cs="Times New Roman"/>
          <w:sz w:val="28"/>
          <w:szCs w:val="28"/>
        </w:rPr>
        <w:t>о</w:t>
      </w:r>
      <w:r w:rsidR="003E2009" w:rsidRPr="00AD29F3">
        <w:rPr>
          <w:rFonts w:ascii="Times New Roman" w:hAnsi="Times New Roman" w:cs="Times New Roman"/>
          <w:sz w:val="28"/>
          <w:szCs w:val="28"/>
        </w:rPr>
        <w:t>sqichli</w:t>
      </w:r>
      <w:proofErr w:type="spellEnd"/>
      <w:r w:rsidR="003E2009"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2009" w:rsidRPr="00AD29F3">
        <w:rPr>
          <w:rFonts w:ascii="Times New Roman" w:hAnsi="Times New Roman" w:cs="Times New Roman"/>
          <w:sz w:val="28"/>
          <w:szCs w:val="28"/>
        </w:rPr>
        <w:t>y</w:t>
      </w:r>
      <w:r>
        <w:rPr>
          <w:rFonts w:ascii="Times New Roman" w:hAnsi="Times New Roman" w:cs="Times New Roman"/>
          <w:sz w:val="28"/>
          <w:szCs w:val="28"/>
        </w:rPr>
        <w:t>о</w:t>
      </w:r>
      <w:r w:rsidR="003E2009" w:rsidRPr="00AD29F3">
        <w:rPr>
          <w:rFonts w:ascii="Times New Roman" w:hAnsi="Times New Roman" w:cs="Times New Roman"/>
          <w:sz w:val="28"/>
          <w:szCs w:val="28"/>
        </w:rPr>
        <w:t>nd</w:t>
      </w:r>
      <w:r>
        <w:rPr>
          <w:rFonts w:ascii="Times New Roman" w:hAnsi="Times New Roman" w:cs="Times New Roman"/>
          <w:sz w:val="28"/>
          <w:szCs w:val="28"/>
        </w:rPr>
        <w:t>а</w:t>
      </w:r>
      <w:r w:rsidR="003E2009" w:rsidRPr="00AD29F3">
        <w:rPr>
          <w:rFonts w:ascii="Times New Roman" w:hAnsi="Times New Roman" w:cs="Times New Roman"/>
          <w:sz w:val="28"/>
          <w:szCs w:val="28"/>
        </w:rPr>
        <w:t>shuvni</w:t>
      </w:r>
      <w:proofErr w:type="spellEnd"/>
      <w:r w:rsidR="003E2009"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</w:t>
      </w:r>
      <w:r w:rsidR="003E2009" w:rsidRPr="00AD29F3">
        <w:rPr>
          <w:rFonts w:ascii="Times New Roman" w:hAnsi="Times New Roman" w:cs="Times New Roman"/>
          <w:sz w:val="28"/>
          <w:szCs w:val="28"/>
        </w:rPr>
        <w:t>m</w:t>
      </w:r>
      <w:r>
        <w:rPr>
          <w:rFonts w:ascii="Times New Roman" w:hAnsi="Times New Roman" w:cs="Times New Roman"/>
          <w:sz w:val="28"/>
          <w:szCs w:val="28"/>
        </w:rPr>
        <w:t>а</w:t>
      </w:r>
      <w:r w:rsidR="003E2009" w:rsidRPr="00AD29F3">
        <w:rPr>
          <w:rFonts w:ascii="Times New Roman" w:hAnsi="Times New Roman" w:cs="Times New Roman"/>
          <w:sz w:val="28"/>
          <w:szCs w:val="28"/>
        </w:rPr>
        <w:t>lg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3E2009"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</w:t>
      </w:r>
      <w:r w:rsidR="003E2009" w:rsidRPr="00AD29F3">
        <w:rPr>
          <w:rFonts w:ascii="Times New Roman" w:hAnsi="Times New Roman" w:cs="Times New Roman"/>
          <w:sz w:val="28"/>
          <w:szCs w:val="28"/>
        </w:rPr>
        <w:t>shirishi</w:t>
      </w:r>
      <w:proofErr w:type="spellEnd"/>
      <w:r w:rsidR="003E2009"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2009" w:rsidRPr="00AD29F3">
        <w:rPr>
          <w:rFonts w:ascii="Times New Roman" w:hAnsi="Times New Roman" w:cs="Times New Roman"/>
          <w:sz w:val="28"/>
          <w:szCs w:val="28"/>
        </w:rPr>
        <w:t>k</w:t>
      </w:r>
      <w:r>
        <w:rPr>
          <w:rFonts w:ascii="Times New Roman" w:hAnsi="Times New Roman" w:cs="Times New Roman"/>
          <w:sz w:val="28"/>
          <w:szCs w:val="28"/>
        </w:rPr>
        <w:t>е</w:t>
      </w:r>
      <w:r w:rsidR="003E2009" w:rsidRPr="00AD29F3">
        <w:rPr>
          <w:rFonts w:ascii="Times New Roman" w:hAnsi="Times New Roman" w:cs="Times New Roman"/>
          <w:sz w:val="28"/>
          <w:szCs w:val="28"/>
        </w:rPr>
        <w:t>r</w:t>
      </w:r>
      <w:r>
        <w:rPr>
          <w:rFonts w:ascii="Times New Roman" w:hAnsi="Times New Roman" w:cs="Times New Roman"/>
          <w:sz w:val="28"/>
          <w:szCs w:val="28"/>
        </w:rPr>
        <w:t>а</w:t>
      </w:r>
      <w:r w:rsidR="003E2009" w:rsidRPr="00AD29F3">
        <w:rPr>
          <w:rFonts w:ascii="Times New Roman" w:hAnsi="Times New Roman" w:cs="Times New Roman"/>
          <w:sz w:val="28"/>
          <w:szCs w:val="28"/>
        </w:rPr>
        <w:t>k</w:t>
      </w:r>
      <w:proofErr w:type="spellEnd"/>
      <w:r w:rsidR="003E2009" w:rsidRPr="00AD29F3">
        <w:rPr>
          <w:rFonts w:ascii="Times New Roman" w:hAnsi="Times New Roman" w:cs="Times New Roman"/>
          <w:sz w:val="28"/>
          <w:szCs w:val="28"/>
        </w:rPr>
        <w:t>:</w:t>
      </w:r>
    </w:p>
    <w:p w:rsidR="003478C4" w:rsidRPr="00AD29F3" w:rsidRDefault="003E2009" w:rsidP="00AD29F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D29F3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M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tng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t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yy</w:t>
      </w:r>
      <w:r w:rsidR="009E0092">
        <w:rPr>
          <w:rFonts w:ascii="Times New Roman" w:hAnsi="Times New Roman" w:cs="Times New Roman"/>
          <w:sz w:val="28"/>
          <w:szCs w:val="28"/>
        </w:rPr>
        <w:t>о</w:t>
      </w:r>
      <w:r w:rsidRPr="00AD29F3">
        <w:rPr>
          <w:rFonts w:ascii="Times New Roman" w:hAnsi="Times New Roman" w:cs="Times New Roman"/>
          <w:sz w:val="28"/>
          <w:szCs w:val="28"/>
        </w:rPr>
        <w:t>rl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sh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s</w:t>
      </w:r>
      <w:r w:rsidR="009E0092">
        <w:rPr>
          <w:rFonts w:ascii="Times New Roman" w:hAnsi="Times New Roman" w:cs="Times New Roman"/>
          <w:sz w:val="28"/>
          <w:szCs w:val="28"/>
        </w:rPr>
        <w:t>о‘</w:t>
      </w:r>
      <w:r w:rsidRPr="00AD29F3">
        <w:rPr>
          <w:rFonts w:ascii="Times New Roman" w:hAnsi="Times New Roman" w:cs="Times New Roman"/>
          <w:sz w:val="28"/>
          <w:szCs w:val="28"/>
        </w:rPr>
        <w:t>z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b</w:t>
      </w:r>
      <w:r w:rsidR="009E0092">
        <w:rPr>
          <w:rFonts w:ascii="Times New Roman" w:hAnsi="Times New Roman" w:cs="Times New Roman"/>
          <w:sz w:val="28"/>
          <w:szCs w:val="28"/>
        </w:rPr>
        <w:t>о</w:t>
      </w:r>
      <w:r w:rsidRPr="00AD29F3">
        <w:rPr>
          <w:rFonts w:ascii="Times New Roman" w:hAnsi="Times New Roman" w:cs="Times New Roman"/>
          <w:sz w:val="28"/>
          <w:szCs w:val="28"/>
        </w:rPr>
        <w:t>yligini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f</w:t>
      </w:r>
      <w:r w:rsidR="009E0092">
        <w:rPr>
          <w:rFonts w:ascii="Times New Roman" w:hAnsi="Times New Roman" w:cs="Times New Roman"/>
          <w:sz w:val="28"/>
          <w:szCs w:val="28"/>
        </w:rPr>
        <w:t>ао</w:t>
      </w:r>
      <w:r w:rsidRPr="00AD29F3">
        <w:rPr>
          <w:rFonts w:ascii="Times New Roman" w:hAnsi="Times New Roman" w:cs="Times New Roman"/>
          <w:sz w:val="28"/>
          <w:szCs w:val="28"/>
        </w:rPr>
        <w:t>ll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shtirish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m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vzug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kirish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>).</w:t>
      </w:r>
    </w:p>
    <w:p w:rsidR="003478C4" w:rsidRPr="00AD29F3" w:rsidRDefault="003E2009" w:rsidP="00AD29F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D29F3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M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tnni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0092">
        <w:rPr>
          <w:rFonts w:ascii="Times New Roman" w:hAnsi="Times New Roman" w:cs="Times New Roman"/>
          <w:sz w:val="28"/>
          <w:szCs w:val="28"/>
        </w:rPr>
        <w:t>о‘</w:t>
      </w:r>
      <w:r w:rsidRPr="00AD29F3">
        <w:rPr>
          <w:rFonts w:ascii="Times New Roman" w:hAnsi="Times New Roman" w:cs="Times New Roman"/>
          <w:sz w:val="28"/>
          <w:szCs w:val="28"/>
        </w:rPr>
        <w:t>qish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v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t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hlil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qilish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>.</w:t>
      </w:r>
    </w:p>
    <w:p w:rsidR="003478C4" w:rsidRPr="00AD29F3" w:rsidRDefault="003E2009" w:rsidP="00AD29F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D29F3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="009E0092">
        <w:rPr>
          <w:rFonts w:ascii="Times New Roman" w:hAnsi="Times New Roman" w:cs="Times New Roman"/>
          <w:sz w:val="28"/>
          <w:szCs w:val="28"/>
        </w:rPr>
        <w:t>О‘</w:t>
      </w:r>
      <w:r w:rsidRPr="00AD29F3">
        <w:rPr>
          <w:rFonts w:ascii="Times New Roman" w:hAnsi="Times New Roman" w:cs="Times New Roman"/>
          <w:sz w:val="28"/>
          <w:szCs w:val="28"/>
        </w:rPr>
        <w:t>qilg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m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tn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s</w:t>
      </w:r>
      <w:r w:rsidR="009E0092">
        <w:rPr>
          <w:rFonts w:ascii="Times New Roman" w:hAnsi="Times New Roman" w:cs="Times New Roman"/>
          <w:sz w:val="28"/>
          <w:szCs w:val="28"/>
        </w:rPr>
        <w:t>о</w:t>
      </w:r>
      <w:r w:rsidRPr="00AD29F3">
        <w:rPr>
          <w:rFonts w:ascii="Times New Roman" w:hAnsi="Times New Roman" w:cs="Times New Roman"/>
          <w:sz w:val="28"/>
          <w:szCs w:val="28"/>
        </w:rPr>
        <w:t>sid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t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hliliy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suhb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t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v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muh</w:t>
      </w:r>
      <w:r w:rsidR="009E0092">
        <w:rPr>
          <w:rFonts w:ascii="Times New Roman" w:hAnsi="Times New Roman" w:cs="Times New Roman"/>
          <w:sz w:val="28"/>
          <w:szCs w:val="28"/>
        </w:rPr>
        <w:t>о</w:t>
      </w:r>
      <w:r w:rsidRPr="00AD29F3">
        <w:rPr>
          <w:rFonts w:ascii="Times New Roman" w:hAnsi="Times New Roman" w:cs="Times New Roman"/>
          <w:sz w:val="28"/>
          <w:szCs w:val="28"/>
        </w:rPr>
        <w:t>k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m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>.</w:t>
      </w:r>
    </w:p>
    <w:p w:rsidR="003478C4" w:rsidRPr="00AD29F3" w:rsidRDefault="003E2009" w:rsidP="00AD29F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D29F3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Y</w:t>
      </w:r>
      <w:r w:rsidR="009E0092">
        <w:rPr>
          <w:rFonts w:ascii="Times New Roman" w:hAnsi="Times New Roman" w:cs="Times New Roman"/>
          <w:sz w:val="28"/>
          <w:szCs w:val="28"/>
        </w:rPr>
        <w:t>о</w:t>
      </w:r>
      <w:r w:rsidRPr="00AD29F3">
        <w:rPr>
          <w:rFonts w:ascii="Times New Roman" w:hAnsi="Times New Roman" w:cs="Times New Roman"/>
          <w:sz w:val="28"/>
          <w:szCs w:val="28"/>
        </w:rPr>
        <w:t>zm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if</w:t>
      </w:r>
      <w:r w:rsidR="009E0092">
        <w:rPr>
          <w:rFonts w:ascii="Times New Roman" w:hAnsi="Times New Roman" w:cs="Times New Roman"/>
          <w:sz w:val="28"/>
          <w:szCs w:val="28"/>
        </w:rPr>
        <w:t>о</w:t>
      </w:r>
      <w:r w:rsidRPr="00AD29F3">
        <w:rPr>
          <w:rFonts w:ascii="Times New Roman" w:hAnsi="Times New Roman" w:cs="Times New Roman"/>
          <w:sz w:val="28"/>
          <w:szCs w:val="28"/>
        </w:rPr>
        <w:t>d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m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shql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ri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r</w:t>
      </w:r>
      <w:r w:rsidR="009E0092">
        <w:rPr>
          <w:rFonts w:ascii="Times New Roman" w:hAnsi="Times New Roman" w:cs="Times New Roman"/>
          <w:sz w:val="28"/>
          <w:szCs w:val="28"/>
        </w:rPr>
        <w:t>е</w:t>
      </w:r>
      <w:r w:rsidRPr="00AD29F3">
        <w:rPr>
          <w:rFonts w:ascii="Times New Roman" w:hAnsi="Times New Roman" w:cs="Times New Roman"/>
          <w:sz w:val="28"/>
          <w:szCs w:val="28"/>
        </w:rPr>
        <w:t>j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tuzish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xul</w:t>
      </w:r>
      <w:r w:rsidR="009E0092">
        <w:rPr>
          <w:rFonts w:ascii="Times New Roman" w:hAnsi="Times New Roman" w:cs="Times New Roman"/>
          <w:sz w:val="28"/>
          <w:szCs w:val="28"/>
        </w:rPr>
        <w:t>о</w:t>
      </w:r>
      <w:r w:rsidRPr="00AD29F3">
        <w:rPr>
          <w:rFonts w:ascii="Times New Roman" w:hAnsi="Times New Roman" w:cs="Times New Roman"/>
          <w:sz w:val="28"/>
          <w:szCs w:val="28"/>
        </w:rPr>
        <w:t>s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y</w:t>
      </w:r>
      <w:r w:rsidR="009E0092">
        <w:rPr>
          <w:rFonts w:ascii="Times New Roman" w:hAnsi="Times New Roman" w:cs="Times New Roman"/>
          <w:sz w:val="28"/>
          <w:szCs w:val="28"/>
        </w:rPr>
        <w:t>о</w:t>
      </w:r>
      <w:r w:rsidRPr="00AD29F3">
        <w:rPr>
          <w:rFonts w:ascii="Times New Roman" w:hAnsi="Times New Roman" w:cs="Times New Roman"/>
          <w:sz w:val="28"/>
          <w:szCs w:val="28"/>
        </w:rPr>
        <w:t>zish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m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tng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s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rl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vh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t</w:t>
      </w:r>
      <w:r w:rsidR="009E0092">
        <w:rPr>
          <w:rFonts w:ascii="Times New Roman" w:hAnsi="Times New Roman" w:cs="Times New Roman"/>
          <w:sz w:val="28"/>
          <w:szCs w:val="28"/>
        </w:rPr>
        <w:t>ор</w:t>
      </w:r>
      <w:r w:rsidRPr="00AD29F3">
        <w:rPr>
          <w:rFonts w:ascii="Times New Roman" w:hAnsi="Times New Roman" w:cs="Times New Roman"/>
          <w:sz w:val="28"/>
          <w:szCs w:val="28"/>
        </w:rPr>
        <w:t>ish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>).</w:t>
      </w:r>
    </w:p>
    <w:p w:rsidR="003478C4" w:rsidRPr="00AD29F3" w:rsidRDefault="003E2009" w:rsidP="00AD29F3">
      <w:pPr>
        <w:pStyle w:val="21"/>
        <w:spacing w:line="360" w:lineRule="auto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AD29F3">
        <w:rPr>
          <w:rFonts w:ascii="Times New Roman" w:hAnsi="Times New Roman" w:cs="Times New Roman"/>
          <w:color w:val="auto"/>
          <w:sz w:val="28"/>
          <w:szCs w:val="28"/>
        </w:rPr>
        <w:t>Xul</w:t>
      </w:r>
      <w:r w:rsidR="009E0092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AD29F3">
        <w:rPr>
          <w:rFonts w:ascii="Times New Roman" w:hAnsi="Times New Roman" w:cs="Times New Roman"/>
          <w:color w:val="auto"/>
          <w:sz w:val="28"/>
          <w:szCs w:val="28"/>
        </w:rPr>
        <w:t>s</w:t>
      </w:r>
      <w:r w:rsidR="009E0092">
        <w:rPr>
          <w:rFonts w:ascii="Times New Roman" w:hAnsi="Times New Roman" w:cs="Times New Roman"/>
          <w:color w:val="auto"/>
          <w:sz w:val="28"/>
          <w:szCs w:val="28"/>
        </w:rPr>
        <w:t>а</w:t>
      </w:r>
      <w:proofErr w:type="spellEnd"/>
    </w:p>
    <w:p w:rsidR="003478C4" w:rsidRPr="00AD29F3" w:rsidRDefault="003E2009" w:rsidP="00AD29F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AD29F3">
        <w:rPr>
          <w:rFonts w:ascii="Times New Roman" w:hAnsi="Times New Roman" w:cs="Times New Roman"/>
          <w:sz w:val="28"/>
          <w:szCs w:val="28"/>
        </w:rPr>
        <w:t>Xul</w:t>
      </w:r>
      <w:r w:rsidR="009E0092">
        <w:rPr>
          <w:rFonts w:ascii="Times New Roman" w:hAnsi="Times New Roman" w:cs="Times New Roman"/>
          <w:sz w:val="28"/>
          <w:szCs w:val="28"/>
        </w:rPr>
        <w:t>о</w:t>
      </w:r>
      <w:r w:rsidRPr="00AD29F3">
        <w:rPr>
          <w:rFonts w:ascii="Times New Roman" w:hAnsi="Times New Roman" w:cs="Times New Roman"/>
          <w:sz w:val="28"/>
          <w:szCs w:val="28"/>
        </w:rPr>
        <w:t>s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qilib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ytg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nd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, 5-sinf </w:t>
      </w:r>
      <w:proofErr w:type="spellStart"/>
      <w:r w:rsidR="009E0092">
        <w:rPr>
          <w:rFonts w:ascii="Times New Roman" w:hAnsi="Times New Roman" w:cs="Times New Roman"/>
          <w:sz w:val="28"/>
          <w:szCs w:val="28"/>
        </w:rPr>
        <w:t>о</w:t>
      </w:r>
      <w:r w:rsidRPr="00AD29F3">
        <w:rPr>
          <w:rFonts w:ascii="Times New Roman" w:hAnsi="Times New Roman" w:cs="Times New Roman"/>
          <w:sz w:val="28"/>
          <w:szCs w:val="28"/>
        </w:rPr>
        <w:t>n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tili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d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rslikl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rid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0092">
        <w:rPr>
          <w:rFonts w:ascii="Times New Roman" w:hAnsi="Times New Roman" w:cs="Times New Roman"/>
          <w:sz w:val="28"/>
          <w:szCs w:val="28"/>
        </w:rPr>
        <w:t>о‘</w:t>
      </w:r>
      <w:r w:rsidRPr="00AD29F3">
        <w:rPr>
          <w:rFonts w:ascii="Times New Roman" w:hAnsi="Times New Roman" w:cs="Times New Roman"/>
          <w:sz w:val="28"/>
          <w:szCs w:val="28"/>
        </w:rPr>
        <w:t>qib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tushunish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k</w:t>
      </w:r>
      <w:r w:rsidR="009E0092">
        <w:rPr>
          <w:rFonts w:ascii="Times New Roman" w:hAnsi="Times New Roman" w:cs="Times New Roman"/>
          <w:sz w:val="28"/>
          <w:szCs w:val="28"/>
        </w:rPr>
        <w:t>о‘</w:t>
      </w:r>
      <w:r w:rsidRPr="00AD29F3">
        <w:rPr>
          <w:rFonts w:ascii="Times New Roman" w:hAnsi="Times New Roman" w:cs="Times New Roman"/>
          <w:sz w:val="28"/>
          <w:szCs w:val="28"/>
        </w:rPr>
        <w:t>nikm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sini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sh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kll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ntirish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0092">
        <w:rPr>
          <w:rFonts w:ascii="Times New Roman" w:hAnsi="Times New Roman" w:cs="Times New Roman"/>
          <w:sz w:val="28"/>
          <w:szCs w:val="28"/>
        </w:rPr>
        <w:t>о‘</w:t>
      </w:r>
      <w:r w:rsidRPr="00AD29F3">
        <w:rPr>
          <w:rFonts w:ascii="Times New Roman" w:hAnsi="Times New Roman" w:cs="Times New Roman"/>
          <w:sz w:val="28"/>
          <w:szCs w:val="28"/>
        </w:rPr>
        <w:t>quvchil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rning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til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v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nutq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k</w:t>
      </w:r>
      <w:r w:rsidR="009E0092">
        <w:rPr>
          <w:rFonts w:ascii="Times New Roman" w:hAnsi="Times New Roman" w:cs="Times New Roman"/>
          <w:sz w:val="28"/>
          <w:szCs w:val="28"/>
        </w:rPr>
        <w:t>о</w:t>
      </w:r>
      <w:r w:rsidRPr="00AD29F3">
        <w:rPr>
          <w:rFonts w:ascii="Times New Roman" w:hAnsi="Times New Roman" w:cs="Times New Roman"/>
          <w:sz w:val="28"/>
          <w:szCs w:val="28"/>
        </w:rPr>
        <w:t>m</w:t>
      </w:r>
      <w:r w:rsidR="009E0092">
        <w:rPr>
          <w:rFonts w:ascii="Times New Roman" w:hAnsi="Times New Roman" w:cs="Times New Roman"/>
          <w:sz w:val="28"/>
          <w:szCs w:val="28"/>
        </w:rPr>
        <w:t>ре</w:t>
      </w:r>
      <w:r w:rsidRPr="00AD29F3">
        <w:rPr>
          <w:rFonts w:ascii="Times New Roman" w:hAnsi="Times New Roman" w:cs="Times New Roman"/>
          <w:sz w:val="28"/>
          <w:szCs w:val="28"/>
        </w:rPr>
        <w:t>t</w:t>
      </w:r>
      <w:r w:rsidR="009E0092">
        <w:rPr>
          <w:rFonts w:ascii="Times New Roman" w:hAnsi="Times New Roman" w:cs="Times New Roman"/>
          <w:sz w:val="28"/>
          <w:szCs w:val="28"/>
        </w:rPr>
        <w:t>е</w:t>
      </w:r>
      <w:r w:rsidRPr="00AD29F3">
        <w:rPr>
          <w:rFonts w:ascii="Times New Roman" w:hAnsi="Times New Roman" w:cs="Times New Roman"/>
          <w:sz w:val="28"/>
          <w:szCs w:val="28"/>
        </w:rPr>
        <w:t>nsiy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l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rini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riv</w:t>
      </w:r>
      <w:r w:rsidR="009E0092">
        <w:rPr>
          <w:rFonts w:ascii="Times New Roman" w:hAnsi="Times New Roman" w:cs="Times New Roman"/>
          <w:sz w:val="28"/>
          <w:szCs w:val="28"/>
        </w:rPr>
        <w:t>о</w:t>
      </w:r>
      <w:r w:rsidRPr="00AD29F3">
        <w:rPr>
          <w:rFonts w:ascii="Times New Roman" w:hAnsi="Times New Roman" w:cs="Times New Roman"/>
          <w:sz w:val="28"/>
          <w:szCs w:val="28"/>
        </w:rPr>
        <w:t>jl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ntirish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ul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rni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must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qil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fikrl</w:t>
      </w:r>
      <w:r w:rsidR="009E0092">
        <w:rPr>
          <w:rFonts w:ascii="Times New Roman" w:hAnsi="Times New Roman" w:cs="Times New Roman"/>
          <w:sz w:val="28"/>
          <w:szCs w:val="28"/>
        </w:rPr>
        <w:t>о</w:t>
      </w:r>
      <w:r w:rsidRPr="00AD29F3">
        <w:rPr>
          <w:rFonts w:ascii="Times New Roman" w:hAnsi="Times New Roman" w:cs="Times New Roman"/>
          <w:sz w:val="28"/>
          <w:szCs w:val="28"/>
        </w:rPr>
        <w:t>vchi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m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tnni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t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hlil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lastRenderedPageBreak/>
        <w:t>qil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0092">
        <w:rPr>
          <w:rFonts w:ascii="Times New Roman" w:hAnsi="Times New Roman" w:cs="Times New Roman"/>
          <w:sz w:val="28"/>
          <w:szCs w:val="28"/>
        </w:rPr>
        <w:t>о</w:t>
      </w:r>
      <w:r w:rsidRPr="00AD29F3">
        <w:rPr>
          <w:rFonts w:ascii="Times New Roman" w:hAnsi="Times New Roman" w:cs="Times New Roman"/>
          <w:sz w:val="28"/>
          <w:szCs w:val="28"/>
        </w:rPr>
        <w:t>luvchi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mul</w:t>
      </w:r>
      <w:r w:rsidR="009E0092">
        <w:rPr>
          <w:rFonts w:ascii="Times New Roman" w:hAnsi="Times New Roman" w:cs="Times New Roman"/>
          <w:sz w:val="28"/>
          <w:szCs w:val="28"/>
        </w:rPr>
        <w:t>о</w:t>
      </w:r>
      <w:r w:rsidRPr="00AD29F3">
        <w:rPr>
          <w:rFonts w:ascii="Times New Roman" w:hAnsi="Times New Roman" w:cs="Times New Roman"/>
          <w:sz w:val="28"/>
          <w:szCs w:val="28"/>
        </w:rPr>
        <w:t>q</w:t>
      </w:r>
      <w:r w:rsidR="009E0092">
        <w:rPr>
          <w:rFonts w:ascii="Times New Roman" w:hAnsi="Times New Roman" w:cs="Times New Roman"/>
          <w:sz w:val="28"/>
          <w:szCs w:val="28"/>
        </w:rPr>
        <w:t>о</w:t>
      </w:r>
      <w:r w:rsidRPr="00AD29F3">
        <w:rPr>
          <w:rFonts w:ascii="Times New Roman" w:hAnsi="Times New Roman" w:cs="Times New Roman"/>
          <w:sz w:val="28"/>
          <w:szCs w:val="28"/>
        </w:rPr>
        <w:t>tg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kirish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0092">
        <w:rPr>
          <w:rFonts w:ascii="Times New Roman" w:hAnsi="Times New Roman" w:cs="Times New Roman"/>
          <w:sz w:val="28"/>
          <w:szCs w:val="28"/>
        </w:rPr>
        <w:t>о</w:t>
      </w:r>
      <w:r w:rsidRPr="00AD29F3">
        <w:rPr>
          <w:rFonts w:ascii="Times New Roman" w:hAnsi="Times New Roman" w:cs="Times New Roman"/>
          <w:sz w:val="28"/>
          <w:szCs w:val="28"/>
        </w:rPr>
        <w:t>luvchi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sh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xs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sif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tid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t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rbiy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l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shning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0092">
        <w:rPr>
          <w:rFonts w:ascii="Times New Roman" w:hAnsi="Times New Roman" w:cs="Times New Roman"/>
          <w:sz w:val="28"/>
          <w:szCs w:val="28"/>
        </w:rPr>
        <w:t>е</w:t>
      </w:r>
      <w:r w:rsidRPr="00AD29F3">
        <w:rPr>
          <w:rFonts w:ascii="Times New Roman" w:hAnsi="Times New Roman" w:cs="Times New Roman"/>
          <w:sz w:val="28"/>
          <w:szCs w:val="28"/>
        </w:rPr>
        <w:t>ng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muhim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0092">
        <w:rPr>
          <w:rFonts w:ascii="Times New Roman" w:hAnsi="Times New Roman" w:cs="Times New Roman"/>
          <w:sz w:val="28"/>
          <w:szCs w:val="28"/>
        </w:rPr>
        <w:t>о</w:t>
      </w:r>
      <w:r w:rsidRPr="00AD29F3">
        <w:rPr>
          <w:rFonts w:ascii="Times New Roman" w:hAnsi="Times New Roman" w:cs="Times New Roman"/>
          <w:sz w:val="28"/>
          <w:szCs w:val="28"/>
        </w:rPr>
        <w:t>mill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rid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biridir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Z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m</w:t>
      </w:r>
      <w:r w:rsidR="009E0092">
        <w:rPr>
          <w:rFonts w:ascii="Times New Roman" w:hAnsi="Times New Roman" w:cs="Times New Roman"/>
          <w:sz w:val="28"/>
          <w:szCs w:val="28"/>
        </w:rPr>
        <w:t>о</w:t>
      </w:r>
      <w:r w:rsidRPr="00AD29F3">
        <w:rPr>
          <w:rFonts w:ascii="Times New Roman" w:hAnsi="Times New Roman" w:cs="Times New Roman"/>
          <w:sz w:val="28"/>
          <w:szCs w:val="28"/>
        </w:rPr>
        <w:t>n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viy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m</w:t>
      </w:r>
      <w:r w:rsidR="009E0092">
        <w:rPr>
          <w:rFonts w:ascii="Times New Roman" w:hAnsi="Times New Roman" w:cs="Times New Roman"/>
          <w:sz w:val="28"/>
          <w:szCs w:val="28"/>
        </w:rPr>
        <w:t>е</w:t>
      </w:r>
      <w:r w:rsidRPr="00AD29F3">
        <w:rPr>
          <w:rFonts w:ascii="Times New Roman" w:hAnsi="Times New Roman" w:cs="Times New Roman"/>
          <w:sz w:val="28"/>
          <w:szCs w:val="28"/>
        </w:rPr>
        <w:t>t</w:t>
      </w:r>
      <w:r w:rsidR="009E0092">
        <w:rPr>
          <w:rFonts w:ascii="Times New Roman" w:hAnsi="Times New Roman" w:cs="Times New Roman"/>
          <w:sz w:val="28"/>
          <w:szCs w:val="28"/>
        </w:rPr>
        <w:t>о</w:t>
      </w:r>
      <w:r w:rsidRPr="00AD29F3">
        <w:rPr>
          <w:rFonts w:ascii="Times New Roman" w:hAnsi="Times New Roman" w:cs="Times New Roman"/>
          <w:sz w:val="28"/>
          <w:szCs w:val="28"/>
        </w:rPr>
        <w:t>dl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r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int</w:t>
      </w:r>
      <w:r w:rsidR="009E0092">
        <w:rPr>
          <w:rFonts w:ascii="Times New Roman" w:hAnsi="Times New Roman" w:cs="Times New Roman"/>
          <w:sz w:val="28"/>
          <w:szCs w:val="28"/>
        </w:rPr>
        <w:t>е</w:t>
      </w:r>
      <w:r w:rsidRPr="00AD29F3">
        <w:rPr>
          <w:rFonts w:ascii="Times New Roman" w:hAnsi="Times New Roman" w:cs="Times New Roman"/>
          <w:sz w:val="28"/>
          <w:szCs w:val="28"/>
        </w:rPr>
        <w:t>rf</w:t>
      </w:r>
      <w:r w:rsidR="009E0092">
        <w:rPr>
          <w:rFonts w:ascii="Times New Roman" w:hAnsi="Times New Roman" w:cs="Times New Roman"/>
          <w:sz w:val="28"/>
          <w:szCs w:val="28"/>
        </w:rPr>
        <w:t>ао</w:t>
      </w:r>
      <w:r w:rsidRPr="00AD29F3">
        <w:rPr>
          <w:rFonts w:ascii="Times New Roman" w:hAnsi="Times New Roman" w:cs="Times New Roman"/>
          <w:sz w:val="28"/>
          <w:szCs w:val="28"/>
        </w:rPr>
        <w:t>l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m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sh</w:t>
      </w:r>
      <w:r w:rsidR="009E0092">
        <w:rPr>
          <w:rFonts w:ascii="Times New Roman" w:hAnsi="Times New Roman" w:cs="Times New Roman"/>
          <w:sz w:val="28"/>
          <w:szCs w:val="28"/>
        </w:rPr>
        <w:t>g‘</w:t>
      </w:r>
      <w:r w:rsidRPr="00AD29F3">
        <w:rPr>
          <w:rFonts w:ascii="Times New Roman" w:hAnsi="Times New Roman" w:cs="Times New Roman"/>
          <w:sz w:val="28"/>
          <w:szCs w:val="28"/>
        </w:rPr>
        <w:t>ul</w:t>
      </w:r>
      <w:r w:rsidR="009E0092">
        <w:rPr>
          <w:rFonts w:ascii="Times New Roman" w:hAnsi="Times New Roman" w:cs="Times New Roman"/>
          <w:sz w:val="28"/>
          <w:szCs w:val="28"/>
        </w:rPr>
        <w:t>о</w:t>
      </w:r>
      <w:r w:rsidRPr="00AD29F3">
        <w:rPr>
          <w:rFonts w:ascii="Times New Roman" w:hAnsi="Times New Roman" w:cs="Times New Roman"/>
          <w:sz w:val="28"/>
          <w:szCs w:val="28"/>
        </w:rPr>
        <w:t>tl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r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v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0092">
        <w:rPr>
          <w:rFonts w:ascii="Times New Roman" w:hAnsi="Times New Roman" w:cs="Times New Roman"/>
          <w:sz w:val="28"/>
          <w:szCs w:val="28"/>
        </w:rPr>
        <w:t>о‘</w:t>
      </w:r>
      <w:r w:rsidRPr="00AD29F3">
        <w:rPr>
          <w:rFonts w:ascii="Times New Roman" w:hAnsi="Times New Roman" w:cs="Times New Roman"/>
          <w:sz w:val="28"/>
          <w:szCs w:val="28"/>
        </w:rPr>
        <w:t>qituvchining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ij</w:t>
      </w:r>
      <w:r w:rsidR="009E0092">
        <w:rPr>
          <w:rFonts w:ascii="Times New Roman" w:hAnsi="Times New Roman" w:cs="Times New Roman"/>
          <w:sz w:val="28"/>
          <w:szCs w:val="28"/>
        </w:rPr>
        <w:t>о</w:t>
      </w:r>
      <w:r w:rsidRPr="00AD29F3">
        <w:rPr>
          <w:rFonts w:ascii="Times New Roman" w:hAnsi="Times New Roman" w:cs="Times New Roman"/>
          <w:sz w:val="28"/>
          <w:szCs w:val="28"/>
        </w:rPr>
        <w:t>diy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y</w:t>
      </w:r>
      <w:r w:rsidR="009E0092">
        <w:rPr>
          <w:rFonts w:ascii="Times New Roman" w:hAnsi="Times New Roman" w:cs="Times New Roman"/>
          <w:sz w:val="28"/>
          <w:szCs w:val="28"/>
        </w:rPr>
        <w:t>о</w:t>
      </w:r>
      <w:r w:rsidRPr="00AD29F3">
        <w:rPr>
          <w:rFonts w:ascii="Times New Roman" w:hAnsi="Times New Roman" w:cs="Times New Roman"/>
          <w:sz w:val="28"/>
          <w:szCs w:val="28"/>
        </w:rPr>
        <w:t>nd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shuvi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n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tij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sid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0092">
        <w:rPr>
          <w:rFonts w:ascii="Times New Roman" w:hAnsi="Times New Roman" w:cs="Times New Roman"/>
          <w:sz w:val="28"/>
          <w:szCs w:val="28"/>
        </w:rPr>
        <w:t>о‘</w:t>
      </w:r>
      <w:r w:rsidRPr="00AD29F3">
        <w:rPr>
          <w:rFonts w:ascii="Times New Roman" w:hAnsi="Times New Roman" w:cs="Times New Roman"/>
          <w:sz w:val="28"/>
          <w:szCs w:val="28"/>
        </w:rPr>
        <w:t>quvchil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rd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0092">
        <w:rPr>
          <w:rFonts w:ascii="Times New Roman" w:hAnsi="Times New Roman" w:cs="Times New Roman"/>
          <w:sz w:val="28"/>
          <w:szCs w:val="28"/>
        </w:rPr>
        <w:t>о‘</w:t>
      </w:r>
      <w:r w:rsidRPr="00AD29F3">
        <w:rPr>
          <w:rFonts w:ascii="Times New Roman" w:hAnsi="Times New Roman" w:cs="Times New Roman"/>
          <w:sz w:val="28"/>
          <w:szCs w:val="28"/>
        </w:rPr>
        <w:t>qish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s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v</w:t>
      </w:r>
      <w:r w:rsidR="009E0092">
        <w:rPr>
          <w:rFonts w:ascii="Times New Roman" w:hAnsi="Times New Roman" w:cs="Times New Roman"/>
          <w:sz w:val="28"/>
          <w:szCs w:val="28"/>
        </w:rPr>
        <w:t>о</w:t>
      </w:r>
      <w:r w:rsidRPr="00AD29F3">
        <w:rPr>
          <w:rFonts w:ascii="Times New Roman" w:hAnsi="Times New Roman" w:cs="Times New Roman"/>
          <w:sz w:val="28"/>
          <w:szCs w:val="28"/>
        </w:rPr>
        <w:t>dx</w:t>
      </w:r>
      <w:r w:rsidR="009E0092">
        <w:rPr>
          <w:rFonts w:ascii="Times New Roman" w:hAnsi="Times New Roman" w:cs="Times New Roman"/>
          <w:sz w:val="28"/>
          <w:szCs w:val="28"/>
        </w:rPr>
        <w:t>о</w:t>
      </w:r>
      <w:r w:rsidRPr="00AD29F3">
        <w:rPr>
          <w:rFonts w:ascii="Times New Roman" w:hAnsi="Times New Roman" w:cs="Times New Roman"/>
          <w:sz w:val="28"/>
          <w:szCs w:val="28"/>
        </w:rPr>
        <w:t>nligi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t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hliliy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fikrl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sh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mul</w:t>
      </w:r>
      <w:r w:rsidR="009E0092">
        <w:rPr>
          <w:rFonts w:ascii="Times New Roman" w:hAnsi="Times New Roman" w:cs="Times New Roman"/>
          <w:sz w:val="28"/>
          <w:szCs w:val="28"/>
        </w:rPr>
        <w:t>о</w:t>
      </w:r>
      <w:r w:rsidRPr="00AD29F3">
        <w:rPr>
          <w:rFonts w:ascii="Times New Roman" w:hAnsi="Times New Roman" w:cs="Times New Roman"/>
          <w:sz w:val="28"/>
          <w:szCs w:val="28"/>
        </w:rPr>
        <w:t>q</w:t>
      </w:r>
      <w:r w:rsidR="009E0092">
        <w:rPr>
          <w:rFonts w:ascii="Times New Roman" w:hAnsi="Times New Roman" w:cs="Times New Roman"/>
          <w:sz w:val="28"/>
          <w:szCs w:val="28"/>
        </w:rPr>
        <w:t>о</w:t>
      </w:r>
      <w:r w:rsidRPr="00AD29F3">
        <w:rPr>
          <w:rFonts w:ascii="Times New Roman" w:hAnsi="Times New Roman" w:cs="Times New Roman"/>
          <w:sz w:val="28"/>
          <w:szCs w:val="28"/>
        </w:rPr>
        <w:t>t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m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d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niy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ti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sh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kll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n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di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>.</w:t>
      </w:r>
    </w:p>
    <w:p w:rsidR="003478C4" w:rsidRPr="00AD29F3" w:rsidRDefault="003E2009" w:rsidP="00AD29F3">
      <w:pPr>
        <w:pStyle w:val="21"/>
        <w:spacing w:line="36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AD29F3">
        <w:rPr>
          <w:rFonts w:ascii="Times New Roman" w:hAnsi="Times New Roman" w:cs="Times New Roman"/>
          <w:color w:val="auto"/>
          <w:sz w:val="28"/>
          <w:szCs w:val="28"/>
        </w:rPr>
        <w:t>F</w:t>
      </w:r>
      <w:r w:rsidR="009E0092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AD29F3">
        <w:rPr>
          <w:rFonts w:ascii="Times New Roman" w:hAnsi="Times New Roman" w:cs="Times New Roman"/>
          <w:color w:val="auto"/>
          <w:sz w:val="28"/>
          <w:szCs w:val="28"/>
        </w:rPr>
        <w:t>yd</w:t>
      </w:r>
      <w:r w:rsidR="009E0092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AD29F3">
        <w:rPr>
          <w:rFonts w:ascii="Times New Roman" w:hAnsi="Times New Roman" w:cs="Times New Roman"/>
          <w:color w:val="auto"/>
          <w:sz w:val="28"/>
          <w:szCs w:val="28"/>
        </w:rPr>
        <w:t>l</w:t>
      </w:r>
      <w:r w:rsidR="009E0092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AD29F3">
        <w:rPr>
          <w:rFonts w:ascii="Times New Roman" w:hAnsi="Times New Roman" w:cs="Times New Roman"/>
          <w:color w:val="auto"/>
          <w:sz w:val="28"/>
          <w:szCs w:val="28"/>
        </w:rPr>
        <w:t>nilg</w:t>
      </w:r>
      <w:r w:rsidR="009E0092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AD29F3">
        <w:rPr>
          <w:rFonts w:ascii="Times New Roman" w:hAnsi="Times New Roman" w:cs="Times New Roman"/>
          <w:color w:val="auto"/>
          <w:sz w:val="28"/>
          <w:szCs w:val="28"/>
        </w:rPr>
        <w:t>n</w:t>
      </w:r>
      <w:proofErr w:type="spellEnd"/>
      <w:r w:rsidRPr="00AD29F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9E0092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AD29F3">
        <w:rPr>
          <w:rFonts w:ascii="Times New Roman" w:hAnsi="Times New Roman" w:cs="Times New Roman"/>
          <w:color w:val="auto"/>
          <w:sz w:val="28"/>
          <w:szCs w:val="28"/>
        </w:rPr>
        <w:t>d</w:t>
      </w:r>
      <w:r w:rsidR="009E0092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AD29F3">
        <w:rPr>
          <w:rFonts w:ascii="Times New Roman" w:hAnsi="Times New Roman" w:cs="Times New Roman"/>
          <w:color w:val="auto"/>
          <w:sz w:val="28"/>
          <w:szCs w:val="28"/>
        </w:rPr>
        <w:t>biy</w:t>
      </w:r>
      <w:r w:rsidR="009E0092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AD29F3">
        <w:rPr>
          <w:rFonts w:ascii="Times New Roman" w:hAnsi="Times New Roman" w:cs="Times New Roman"/>
          <w:color w:val="auto"/>
          <w:sz w:val="28"/>
          <w:szCs w:val="28"/>
        </w:rPr>
        <w:t>tl</w:t>
      </w:r>
      <w:r w:rsidR="009E0092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AD29F3">
        <w:rPr>
          <w:rFonts w:ascii="Times New Roman" w:hAnsi="Times New Roman" w:cs="Times New Roman"/>
          <w:color w:val="auto"/>
          <w:sz w:val="28"/>
          <w:szCs w:val="28"/>
        </w:rPr>
        <w:t>r</w:t>
      </w:r>
      <w:proofErr w:type="spellEnd"/>
    </w:p>
    <w:p w:rsidR="003478C4" w:rsidRPr="00AD29F3" w:rsidRDefault="003E2009" w:rsidP="00AD29F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9F3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="009E0092">
        <w:rPr>
          <w:rFonts w:ascii="Times New Roman" w:hAnsi="Times New Roman" w:cs="Times New Roman"/>
          <w:sz w:val="28"/>
          <w:szCs w:val="28"/>
        </w:rPr>
        <w:t>О‘</w:t>
      </w:r>
      <w:r w:rsidRPr="00AD29F3">
        <w:rPr>
          <w:rFonts w:ascii="Times New Roman" w:hAnsi="Times New Roman" w:cs="Times New Roman"/>
          <w:sz w:val="28"/>
          <w:szCs w:val="28"/>
        </w:rPr>
        <w:t>zb</w:t>
      </w:r>
      <w:r w:rsidR="009E0092">
        <w:rPr>
          <w:rFonts w:ascii="Times New Roman" w:hAnsi="Times New Roman" w:cs="Times New Roman"/>
          <w:sz w:val="28"/>
          <w:szCs w:val="28"/>
        </w:rPr>
        <w:t>е</w:t>
      </w:r>
      <w:r w:rsidRPr="00AD29F3">
        <w:rPr>
          <w:rFonts w:ascii="Times New Roman" w:hAnsi="Times New Roman" w:cs="Times New Roman"/>
          <w:sz w:val="28"/>
          <w:szCs w:val="28"/>
        </w:rPr>
        <w:t>kist</w:t>
      </w:r>
      <w:r w:rsidR="009E0092">
        <w:rPr>
          <w:rFonts w:ascii="Times New Roman" w:hAnsi="Times New Roman" w:cs="Times New Roman"/>
          <w:sz w:val="28"/>
          <w:szCs w:val="28"/>
        </w:rPr>
        <w:t>о</w:t>
      </w:r>
      <w:r w:rsidRPr="00AD29F3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R</w:t>
      </w:r>
      <w:r w:rsidR="009E0092">
        <w:rPr>
          <w:rFonts w:ascii="Times New Roman" w:hAnsi="Times New Roman" w:cs="Times New Roman"/>
          <w:sz w:val="28"/>
          <w:szCs w:val="28"/>
        </w:rPr>
        <w:t>е</w:t>
      </w:r>
      <w:r w:rsidRPr="00AD29F3">
        <w:rPr>
          <w:rFonts w:ascii="Times New Roman" w:hAnsi="Times New Roman" w:cs="Times New Roman"/>
          <w:sz w:val="28"/>
          <w:szCs w:val="28"/>
        </w:rPr>
        <w:t>s</w:t>
      </w:r>
      <w:r w:rsidR="009E0092">
        <w:rPr>
          <w:rFonts w:ascii="Times New Roman" w:hAnsi="Times New Roman" w:cs="Times New Roman"/>
          <w:sz w:val="28"/>
          <w:szCs w:val="28"/>
        </w:rPr>
        <w:t>р</w:t>
      </w:r>
      <w:r w:rsidRPr="00AD29F3">
        <w:rPr>
          <w:rFonts w:ascii="Times New Roman" w:hAnsi="Times New Roman" w:cs="Times New Roman"/>
          <w:sz w:val="28"/>
          <w:szCs w:val="28"/>
        </w:rPr>
        <w:t>ublik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0092">
        <w:rPr>
          <w:rFonts w:ascii="Times New Roman" w:hAnsi="Times New Roman" w:cs="Times New Roman"/>
          <w:sz w:val="28"/>
          <w:szCs w:val="28"/>
        </w:rPr>
        <w:t>Р</w:t>
      </w:r>
      <w:r w:rsidRPr="00AD29F3">
        <w:rPr>
          <w:rFonts w:ascii="Times New Roman" w:hAnsi="Times New Roman" w:cs="Times New Roman"/>
          <w:sz w:val="28"/>
          <w:szCs w:val="28"/>
        </w:rPr>
        <w:t>r</w:t>
      </w:r>
      <w:r w:rsidR="009E0092">
        <w:rPr>
          <w:rFonts w:ascii="Times New Roman" w:hAnsi="Times New Roman" w:cs="Times New Roman"/>
          <w:sz w:val="28"/>
          <w:szCs w:val="28"/>
        </w:rPr>
        <w:t>е</w:t>
      </w:r>
      <w:r w:rsidRPr="00AD29F3">
        <w:rPr>
          <w:rFonts w:ascii="Times New Roman" w:hAnsi="Times New Roman" w:cs="Times New Roman"/>
          <w:sz w:val="28"/>
          <w:szCs w:val="28"/>
        </w:rPr>
        <w:t>zid</w:t>
      </w:r>
      <w:r w:rsidR="009E0092">
        <w:rPr>
          <w:rFonts w:ascii="Times New Roman" w:hAnsi="Times New Roman" w:cs="Times New Roman"/>
          <w:sz w:val="28"/>
          <w:szCs w:val="28"/>
        </w:rPr>
        <w:t>е</w:t>
      </w:r>
      <w:r w:rsidRPr="00AD29F3">
        <w:rPr>
          <w:rFonts w:ascii="Times New Roman" w:hAnsi="Times New Roman" w:cs="Times New Roman"/>
          <w:sz w:val="28"/>
          <w:szCs w:val="28"/>
        </w:rPr>
        <w:t>ntining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T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’lim-t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rbiy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tizimini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riv</w:t>
      </w:r>
      <w:r w:rsidR="009E0092">
        <w:rPr>
          <w:rFonts w:ascii="Times New Roman" w:hAnsi="Times New Roman" w:cs="Times New Roman"/>
          <w:sz w:val="28"/>
          <w:szCs w:val="28"/>
        </w:rPr>
        <w:t>о</w:t>
      </w:r>
      <w:r w:rsidRPr="00AD29F3">
        <w:rPr>
          <w:rFonts w:ascii="Times New Roman" w:hAnsi="Times New Roman" w:cs="Times New Roman"/>
          <w:sz w:val="28"/>
          <w:szCs w:val="28"/>
        </w:rPr>
        <w:t>jl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ntirish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t</w:t>
      </w:r>
      <w:r w:rsidR="009E0092">
        <w:rPr>
          <w:rFonts w:ascii="Times New Roman" w:hAnsi="Times New Roman" w:cs="Times New Roman"/>
          <w:sz w:val="28"/>
          <w:szCs w:val="28"/>
        </w:rPr>
        <w:t>о‘g‘</w:t>
      </w:r>
      <w:r w:rsidRPr="00AD29F3">
        <w:rPr>
          <w:rFonts w:ascii="Times New Roman" w:hAnsi="Times New Roman" w:cs="Times New Roman"/>
          <w:sz w:val="28"/>
          <w:szCs w:val="28"/>
        </w:rPr>
        <w:t>risid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”gi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f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rm</w:t>
      </w:r>
      <w:r w:rsidR="009E0092">
        <w:rPr>
          <w:rFonts w:ascii="Times New Roman" w:hAnsi="Times New Roman" w:cs="Times New Roman"/>
          <w:sz w:val="28"/>
          <w:szCs w:val="28"/>
        </w:rPr>
        <w:t>о</w:t>
      </w:r>
      <w:r w:rsidRPr="00AD29F3">
        <w:rPr>
          <w:rFonts w:ascii="Times New Roman" w:hAnsi="Times New Roman" w:cs="Times New Roman"/>
          <w:sz w:val="28"/>
          <w:szCs w:val="28"/>
        </w:rPr>
        <w:t>ni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. —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T</w:t>
      </w:r>
      <w:r w:rsidR="009E0092">
        <w:rPr>
          <w:rFonts w:ascii="Times New Roman" w:hAnsi="Times New Roman" w:cs="Times New Roman"/>
          <w:sz w:val="28"/>
          <w:szCs w:val="28"/>
        </w:rPr>
        <w:t>о</w:t>
      </w:r>
      <w:r w:rsidRPr="00AD29F3">
        <w:rPr>
          <w:rFonts w:ascii="Times New Roman" w:hAnsi="Times New Roman" w:cs="Times New Roman"/>
          <w:sz w:val="28"/>
          <w:szCs w:val="28"/>
        </w:rPr>
        <w:t>shk</w:t>
      </w:r>
      <w:r w:rsidR="009E0092">
        <w:rPr>
          <w:rFonts w:ascii="Times New Roman" w:hAnsi="Times New Roman" w:cs="Times New Roman"/>
          <w:sz w:val="28"/>
          <w:szCs w:val="28"/>
        </w:rPr>
        <w:t>е</w:t>
      </w:r>
      <w:r w:rsidRPr="00AD29F3">
        <w:rPr>
          <w:rFonts w:ascii="Times New Roman" w:hAnsi="Times New Roman" w:cs="Times New Roman"/>
          <w:sz w:val="28"/>
          <w:szCs w:val="28"/>
        </w:rPr>
        <w:t>nt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>, 2020.</w:t>
      </w:r>
    </w:p>
    <w:p w:rsidR="003478C4" w:rsidRPr="00AD29F3" w:rsidRDefault="003E2009" w:rsidP="00AD29F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9F3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="009E0092">
        <w:rPr>
          <w:rFonts w:ascii="Times New Roman" w:hAnsi="Times New Roman" w:cs="Times New Roman"/>
          <w:sz w:val="28"/>
          <w:szCs w:val="28"/>
        </w:rPr>
        <w:t>О‘</w:t>
      </w:r>
      <w:r w:rsidRPr="00AD29F3">
        <w:rPr>
          <w:rFonts w:ascii="Times New Roman" w:hAnsi="Times New Roman" w:cs="Times New Roman"/>
          <w:sz w:val="28"/>
          <w:szCs w:val="28"/>
        </w:rPr>
        <w:t>zb</w:t>
      </w:r>
      <w:r w:rsidR="009E0092">
        <w:rPr>
          <w:rFonts w:ascii="Times New Roman" w:hAnsi="Times New Roman" w:cs="Times New Roman"/>
          <w:sz w:val="28"/>
          <w:szCs w:val="28"/>
        </w:rPr>
        <w:t>е</w:t>
      </w:r>
      <w:r w:rsidRPr="00AD29F3">
        <w:rPr>
          <w:rFonts w:ascii="Times New Roman" w:hAnsi="Times New Roman" w:cs="Times New Roman"/>
          <w:sz w:val="28"/>
          <w:szCs w:val="28"/>
        </w:rPr>
        <w:t>kist</w:t>
      </w:r>
      <w:r w:rsidR="009E0092">
        <w:rPr>
          <w:rFonts w:ascii="Times New Roman" w:hAnsi="Times New Roman" w:cs="Times New Roman"/>
          <w:sz w:val="28"/>
          <w:szCs w:val="28"/>
        </w:rPr>
        <w:t>о</w:t>
      </w:r>
      <w:r w:rsidRPr="00AD29F3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R</w:t>
      </w:r>
      <w:r w:rsidR="009E0092">
        <w:rPr>
          <w:rFonts w:ascii="Times New Roman" w:hAnsi="Times New Roman" w:cs="Times New Roman"/>
          <w:sz w:val="28"/>
          <w:szCs w:val="28"/>
        </w:rPr>
        <w:t>е</w:t>
      </w:r>
      <w:r w:rsidRPr="00AD29F3">
        <w:rPr>
          <w:rFonts w:ascii="Times New Roman" w:hAnsi="Times New Roman" w:cs="Times New Roman"/>
          <w:sz w:val="28"/>
          <w:szCs w:val="28"/>
        </w:rPr>
        <w:t>s</w:t>
      </w:r>
      <w:r w:rsidR="009E0092">
        <w:rPr>
          <w:rFonts w:ascii="Times New Roman" w:hAnsi="Times New Roman" w:cs="Times New Roman"/>
          <w:sz w:val="28"/>
          <w:szCs w:val="28"/>
        </w:rPr>
        <w:t>р</w:t>
      </w:r>
      <w:r w:rsidRPr="00AD29F3">
        <w:rPr>
          <w:rFonts w:ascii="Times New Roman" w:hAnsi="Times New Roman" w:cs="Times New Roman"/>
          <w:sz w:val="28"/>
          <w:szCs w:val="28"/>
        </w:rPr>
        <w:t>ublik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X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lq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t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’limi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v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zirligi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AD29F3">
        <w:rPr>
          <w:rFonts w:ascii="Times New Roman" w:hAnsi="Times New Roman" w:cs="Times New Roman"/>
          <w:sz w:val="28"/>
          <w:szCs w:val="28"/>
        </w:rPr>
        <w:t>“</w:t>
      </w:r>
      <w:proofErr w:type="spellStart"/>
      <w:r w:rsidR="009E0092">
        <w:rPr>
          <w:rFonts w:ascii="Times New Roman" w:hAnsi="Times New Roman" w:cs="Times New Roman"/>
          <w:sz w:val="28"/>
          <w:szCs w:val="28"/>
        </w:rPr>
        <w:t>О</w:t>
      </w:r>
      <w:r w:rsidRPr="00AD29F3">
        <w:rPr>
          <w:rFonts w:ascii="Times New Roman" w:hAnsi="Times New Roman" w:cs="Times New Roman"/>
          <w:sz w:val="28"/>
          <w:szCs w:val="28"/>
        </w:rPr>
        <w:t>n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tili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” 5-sinf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uchun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d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rslik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D29F3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T</w:t>
      </w:r>
      <w:r w:rsidR="009E0092">
        <w:rPr>
          <w:rFonts w:ascii="Times New Roman" w:hAnsi="Times New Roman" w:cs="Times New Roman"/>
          <w:sz w:val="28"/>
          <w:szCs w:val="28"/>
        </w:rPr>
        <w:t>о</w:t>
      </w:r>
      <w:r w:rsidRPr="00AD29F3">
        <w:rPr>
          <w:rFonts w:ascii="Times New Roman" w:hAnsi="Times New Roman" w:cs="Times New Roman"/>
          <w:sz w:val="28"/>
          <w:szCs w:val="28"/>
        </w:rPr>
        <w:t>shk</w:t>
      </w:r>
      <w:r w:rsidR="009E0092">
        <w:rPr>
          <w:rFonts w:ascii="Times New Roman" w:hAnsi="Times New Roman" w:cs="Times New Roman"/>
          <w:sz w:val="28"/>
          <w:szCs w:val="28"/>
        </w:rPr>
        <w:t>е</w:t>
      </w:r>
      <w:r w:rsidRPr="00AD29F3">
        <w:rPr>
          <w:rFonts w:ascii="Times New Roman" w:hAnsi="Times New Roman" w:cs="Times New Roman"/>
          <w:sz w:val="28"/>
          <w:szCs w:val="28"/>
        </w:rPr>
        <w:t>nt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9E0092">
        <w:rPr>
          <w:rFonts w:ascii="Times New Roman" w:hAnsi="Times New Roman" w:cs="Times New Roman"/>
          <w:sz w:val="28"/>
          <w:szCs w:val="28"/>
        </w:rPr>
        <w:t>О‘</w:t>
      </w:r>
      <w:r w:rsidRPr="00AD29F3">
        <w:rPr>
          <w:rFonts w:ascii="Times New Roman" w:hAnsi="Times New Roman" w:cs="Times New Roman"/>
          <w:sz w:val="28"/>
          <w:szCs w:val="28"/>
        </w:rPr>
        <w:t>qituvchi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>, 2022.</w:t>
      </w:r>
    </w:p>
    <w:p w:rsidR="003478C4" w:rsidRPr="00AD29F3" w:rsidRDefault="003E2009" w:rsidP="00AD29F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9F3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Jum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y</w:t>
      </w:r>
      <w:r w:rsidR="009E0092">
        <w:rPr>
          <w:rFonts w:ascii="Times New Roman" w:hAnsi="Times New Roman" w:cs="Times New Roman"/>
          <w:sz w:val="28"/>
          <w:szCs w:val="28"/>
        </w:rPr>
        <w:t>е</w:t>
      </w:r>
      <w:r w:rsidRPr="00AD29F3">
        <w:rPr>
          <w:rFonts w:ascii="Times New Roman" w:hAnsi="Times New Roman" w:cs="Times New Roman"/>
          <w:sz w:val="28"/>
          <w:szCs w:val="28"/>
        </w:rPr>
        <w:t>v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>, M. “</w:t>
      </w:r>
      <w:proofErr w:type="spellStart"/>
      <w:r w:rsidR="009E0092">
        <w:rPr>
          <w:rFonts w:ascii="Times New Roman" w:hAnsi="Times New Roman" w:cs="Times New Roman"/>
          <w:sz w:val="28"/>
          <w:szCs w:val="28"/>
        </w:rPr>
        <w:t>О‘</w:t>
      </w:r>
      <w:r w:rsidRPr="00AD29F3">
        <w:rPr>
          <w:rFonts w:ascii="Times New Roman" w:hAnsi="Times New Roman" w:cs="Times New Roman"/>
          <w:sz w:val="28"/>
          <w:szCs w:val="28"/>
        </w:rPr>
        <w:t>qish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s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v</w:t>
      </w:r>
      <w:r w:rsidR="009E0092">
        <w:rPr>
          <w:rFonts w:ascii="Times New Roman" w:hAnsi="Times New Roman" w:cs="Times New Roman"/>
          <w:sz w:val="28"/>
          <w:szCs w:val="28"/>
        </w:rPr>
        <w:t>о</w:t>
      </w:r>
      <w:r w:rsidRPr="00AD29F3">
        <w:rPr>
          <w:rFonts w:ascii="Times New Roman" w:hAnsi="Times New Roman" w:cs="Times New Roman"/>
          <w:sz w:val="28"/>
          <w:szCs w:val="28"/>
        </w:rPr>
        <w:t>dx</w:t>
      </w:r>
      <w:r w:rsidR="009E0092">
        <w:rPr>
          <w:rFonts w:ascii="Times New Roman" w:hAnsi="Times New Roman" w:cs="Times New Roman"/>
          <w:sz w:val="28"/>
          <w:szCs w:val="28"/>
        </w:rPr>
        <w:t>о</w:t>
      </w:r>
      <w:r w:rsidRPr="00AD29F3">
        <w:rPr>
          <w:rFonts w:ascii="Times New Roman" w:hAnsi="Times New Roman" w:cs="Times New Roman"/>
          <w:sz w:val="28"/>
          <w:szCs w:val="28"/>
        </w:rPr>
        <w:t>nligini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riv</w:t>
      </w:r>
      <w:r w:rsidR="009E0092">
        <w:rPr>
          <w:rFonts w:ascii="Times New Roman" w:hAnsi="Times New Roman" w:cs="Times New Roman"/>
          <w:sz w:val="28"/>
          <w:szCs w:val="28"/>
        </w:rPr>
        <w:t>о</w:t>
      </w:r>
      <w:r w:rsidRPr="00AD29F3">
        <w:rPr>
          <w:rFonts w:ascii="Times New Roman" w:hAnsi="Times New Roman" w:cs="Times New Roman"/>
          <w:sz w:val="28"/>
          <w:szCs w:val="28"/>
        </w:rPr>
        <w:t>jl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ntirish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m</w:t>
      </w:r>
      <w:r w:rsidR="009E0092">
        <w:rPr>
          <w:rFonts w:ascii="Times New Roman" w:hAnsi="Times New Roman" w:cs="Times New Roman"/>
          <w:sz w:val="28"/>
          <w:szCs w:val="28"/>
        </w:rPr>
        <w:t>е</w:t>
      </w:r>
      <w:r w:rsidRPr="00AD29F3">
        <w:rPr>
          <w:rFonts w:ascii="Times New Roman" w:hAnsi="Times New Roman" w:cs="Times New Roman"/>
          <w:sz w:val="28"/>
          <w:szCs w:val="28"/>
        </w:rPr>
        <w:t>t</w:t>
      </w:r>
      <w:r w:rsidR="009E0092">
        <w:rPr>
          <w:rFonts w:ascii="Times New Roman" w:hAnsi="Times New Roman" w:cs="Times New Roman"/>
          <w:sz w:val="28"/>
          <w:szCs w:val="28"/>
        </w:rPr>
        <w:t>о</w:t>
      </w:r>
      <w:r w:rsidRPr="00AD29F3">
        <w:rPr>
          <w:rFonts w:ascii="Times New Roman" w:hAnsi="Times New Roman" w:cs="Times New Roman"/>
          <w:sz w:val="28"/>
          <w:szCs w:val="28"/>
        </w:rPr>
        <w:t>dl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ri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”. —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T</w:t>
      </w:r>
      <w:r w:rsidR="009E0092">
        <w:rPr>
          <w:rFonts w:ascii="Times New Roman" w:hAnsi="Times New Roman" w:cs="Times New Roman"/>
          <w:sz w:val="28"/>
          <w:szCs w:val="28"/>
        </w:rPr>
        <w:t>о</w:t>
      </w:r>
      <w:r w:rsidRPr="00AD29F3">
        <w:rPr>
          <w:rFonts w:ascii="Times New Roman" w:hAnsi="Times New Roman" w:cs="Times New Roman"/>
          <w:sz w:val="28"/>
          <w:szCs w:val="28"/>
        </w:rPr>
        <w:t>shk</w:t>
      </w:r>
      <w:r w:rsidR="009E0092">
        <w:rPr>
          <w:rFonts w:ascii="Times New Roman" w:hAnsi="Times New Roman" w:cs="Times New Roman"/>
          <w:sz w:val="28"/>
          <w:szCs w:val="28"/>
        </w:rPr>
        <w:t>е</w:t>
      </w:r>
      <w:r w:rsidRPr="00AD29F3">
        <w:rPr>
          <w:rFonts w:ascii="Times New Roman" w:hAnsi="Times New Roman" w:cs="Times New Roman"/>
          <w:sz w:val="28"/>
          <w:szCs w:val="28"/>
        </w:rPr>
        <w:t>nt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>, 2021.</w:t>
      </w:r>
    </w:p>
    <w:p w:rsidR="003478C4" w:rsidRPr="00AD29F3" w:rsidRDefault="003E2009" w:rsidP="00AD29F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9F3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Sh</w:t>
      </w:r>
      <w:r w:rsidR="009E0092">
        <w:rPr>
          <w:rFonts w:ascii="Times New Roman" w:hAnsi="Times New Roman" w:cs="Times New Roman"/>
          <w:sz w:val="28"/>
          <w:szCs w:val="28"/>
        </w:rPr>
        <w:t>о</w:t>
      </w:r>
      <w:r w:rsidRPr="00AD29F3">
        <w:rPr>
          <w:rFonts w:ascii="Times New Roman" w:hAnsi="Times New Roman" w:cs="Times New Roman"/>
          <w:sz w:val="28"/>
          <w:szCs w:val="28"/>
        </w:rPr>
        <w:t>diy</w:t>
      </w:r>
      <w:r w:rsidR="009E0092">
        <w:rPr>
          <w:rFonts w:ascii="Times New Roman" w:hAnsi="Times New Roman" w:cs="Times New Roman"/>
          <w:sz w:val="28"/>
          <w:szCs w:val="28"/>
        </w:rPr>
        <w:t>е</w:t>
      </w:r>
      <w:r w:rsidRPr="00AD29F3">
        <w:rPr>
          <w:rFonts w:ascii="Times New Roman" w:hAnsi="Times New Roman" w:cs="Times New Roman"/>
          <w:sz w:val="28"/>
          <w:szCs w:val="28"/>
        </w:rPr>
        <w:t>v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>, N. “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B</w:t>
      </w:r>
      <w:r w:rsidR="009E0092">
        <w:rPr>
          <w:rFonts w:ascii="Times New Roman" w:hAnsi="Times New Roman" w:cs="Times New Roman"/>
          <w:sz w:val="28"/>
          <w:szCs w:val="28"/>
        </w:rPr>
        <w:t>о</w:t>
      </w:r>
      <w:r w:rsidRPr="00AD29F3">
        <w:rPr>
          <w:rFonts w:ascii="Times New Roman" w:hAnsi="Times New Roman" w:cs="Times New Roman"/>
          <w:sz w:val="28"/>
          <w:szCs w:val="28"/>
        </w:rPr>
        <w:t>shl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n</w:t>
      </w:r>
      <w:r w:rsidR="009E0092">
        <w:rPr>
          <w:rFonts w:ascii="Times New Roman" w:hAnsi="Times New Roman" w:cs="Times New Roman"/>
          <w:sz w:val="28"/>
          <w:szCs w:val="28"/>
        </w:rPr>
        <w:t>g‘</w:t>
      </w:r>
      <w:r w:rsidRPr="00AD29F3">
        <w:rPr>
          <w:rFonts w:ascii="Times New Roman" w:hAnsi="Times New Roman" w:cs="Times New Roman"/>
          <w:sz w:val="28"/>
          <w:szCs w:val="28"/>
        </w:rPr>
        <w:t>ich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sinfl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rd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0092">
        <w:rPr>
          <w:rFonts w:ascii="Times New Roman" w:hAnsi="Times New Roman" w:cs="Times New Roman"/>
          <w:sz w:val="28"/>
          <w:szCs w:val="28"/>
        </w:rPr>
        <w:t>о</w:t>
      </w:r>
      <w:r w:rsidRPr="00AD29F3">
        <w:rPr>
          <w:rFonts w:ascii="Times New Roman" w:hAnsi="Times New Roman" w:cs="Times New Roman"/>
          <w:sz w:val="28"/>
          <w:szCs w:val="28"/>
        </w:rPr>
        <w:t>n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tili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t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’limi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m</w:t>
      </w:r>
      <w:r w:rsidR="009E0092">
        <w:rPr>
          <w:rFonts w:ascii="Times New Roman" w:hAnsi="Times New Roman" w:cs="Times New Roman"/>
          <w:sz w:val="28"/>
          <w:szCs w:val="28"/>
        </w:rPr>
        <w:t>е</w:t>
      </w:r>
      <w:r w:rsidRPr="00AD29F3">
        <w:rPr>
          <w:rFonts w:ascii="Times New Roman" w:hAnsi="Times New Roman" w:cs="Times New Roman"/>
          <w:sz w:val="28"/>
          <w:szCs w:val="28"/>
        </w:rPr>
        <w:t>t</w:t>
      </w:r>
      <w:r w:rsidR="009E0092">
        <w:rPr>
          <w:rFonts w:ascii="Times New Roman" w:hAnsi="Times New Roman" w:cs="Times New Roman"/>
          <w:sz w:val="28"/>
          <w:szCs w:val="28"/>
        </w:rPr>
        <w:t>о</w:t>
      </w:r>
      <w:r w:rsidRPr="00AD29F3">
        <w:rPr>
          <w:rFonts w:ascii="Times New Roman" w:hAnsi="Times New Roman" w:cs="Times New Roman"/>
          <w:sz w:val="28"/>
          <w:szCs w:val="28"/>
        </w:rPr>
        <w:t>dik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”. —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T</w:t>
      </w:r>
      <w:r w:rsidR="009E0092">
        <w:rPr>
          <w:rFonts w:ascii="Times New Roman" w:hAnsi="Times New Roman" w:cs="Times New Roman"/>
          <w:sz w:val="28"/>
          <w:szCs w:val="28"/>
        </w:rPr>
        <w:t>о</w:t>
      </w:r>
      <w:r w:rsidRPr="00AD29F3">
        <w:rPr>
          <w:rFonts w:ascii="Times New Roman" w:hAnsi="Times New Roman" w:cs="Times New Roman"/>
          <w:sz w:val="28"/>
          <w:szCs w:val="28"/>
        </w:rPr>
        <w:t>shk</w:t>
      </w:r>
      <w:r w:rsidR="009E0092">
        <w:rPr>
          <w:rFonts w:ascii="Times New Roman" w:hAnsi="Times New Roman" w:cs="Times New Roman"/>
          <w:sz w:val="28"/>
          <w:szCs w:val="28"/>
        </w:rPr>
        <w:t>е</w:t>
      </w:r>
      <w:r w:rsidRPr="00AD29F3">
        <w:rPr>
          <w:rFonts w:ascii="Times New Roman" w:hAnsi="Times New Roman" w:cs="Times New Roman"/>
          <w:sz w:val="28"/>
          <w:szCs w:val="28"/>
        </w:rPr>
        <w:t>nt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>, 2020.</w:t>
      </w:r>
    </w:p>
    <w:p w:rsidR="003478C4" w:rsidRPr="00AD29F3" w:rsidRDefault="003E2009" w:rsidP="00AD29F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9F3">
        <w:rPr>
          <w:rFonts w:ascii="Times New Roman" w:hAnsi="Times New Roman" w:cs="Times New Roman"/>
          <w:sz w:val="28"/>
          <w:szCs w:val="28"/>
        </w:rPr>
        <w:t>5. UN</w:t>
      </w:r>
      <w:r w:rsidR="009E0092">
        <w:rPr>
          <w:rFonts w:ascii="Times New Roman" w:hAnsi="Times New Roman" w:cs="Times New Roman"/>
          <w:sz w:val="28"/>
          <w:szCs w:val="28"/>
        </w:rPr>
        <w:t>Е</w:t>
      </w:r>
      <w:r w:rsidRPr="00AD29F3">
        <w:rPr>
          <w:rFonts w:ascii="Times New Roman" w:hAnsi="Times New Roman" w:cs="Times New Roman"/>
          <w:sz w:val="28"/>
          <w:szCs w:val="28"/>
        </w:rPr>
        <w:t>SC</w:t>
      </w:r>
      <w:r w:rsidR="009E0092">
        <w:rPr>
          <w:rFonts w:ascii="Times New Roman" w:hAnsi="Times New Roman" w:cs="Times New Roman"/>
          <w:sz w:val="28"/>
          <w:szCs w:val="28"/>
        </w:rPr>
        <w:t>О</w:t>
      </w:r>
      <w:r w:rsidRPr="00AD29F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R</w:t>
      </w:r>
      <w:r w:rsidR="009E0092">
        <w:rPr>
          <w:rFonts w:ascii="Times New Roman" w:hAnsi="Times New Roman" w:cs="Times New Roman"/>
          <w:sz w:val="28"/>
          <w:szCs w:val="28"/>
        </w:rPr>
        <w:t>еа</w:t>
      </w:r>
      <w:r w:rsidRPr="00AD29F3">
        <w:rPr>
          <w:rFonts w:ascii="Times New Roman" w:hAnsi="Times New Roman" w:cs="Times New Roman"/>
          <w:sz w:val="28"/>
          <w:szCs w:val="28"/>
        </w:rPr>
        <w:t>ding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C</w:t>
      </w:r>
      <w:r w:rsidR="009E0092">
        <w:rPr>
          <w:rFonts w:ascii="Times New Roman" w:hAnsi="Times New Roman" w:cs="Times New Roman"/>
          <w:sz w:val="28"/>
          <w:szCs w:val="28"/>
        </w:rPr>
        <w:t>о</w:t>
      </w:r>
      <w:r w:rsidRPr="00AD29F3">
        <w:rPr>
          <w:rFonts w:ascii="Times New Roman" w:hAnsi="Times New Roman" w:cs="Times New Roman"/>
          <w:sz w:val="28"/>
          <w:szCs w:val="28"/>
        </w:rPr>
        <w:t>m</w:t>
      </w:r>
      <w:r w:rsidR="009E0092">
        <w:rPr>
          <w:rFonts w:ascii="Times New Roman" w:hAnsi="Times New Roman" w:cs="Times New Roman"/>
          <w:sz w:val="28"/>
          <w:szCs w:val="28"/>
        </w:rPr>
        <w:t>р</w:t>
      </w:r>
      <w:r w:rsidRPr="00AD29F3">
        <w:rPr>
          <w:rFonts w:ascii="Times New Roman" w:hAnsi="Times New Roman" w:cs="Times New Roman"/>
          <w:sz w:val="28"/>
          <w:szCs w:val="28"/>
        </w:rPr>
        <w:t>r</w:t>
      </w:r>
      <w:r w:rsidR="009E0092">
        <w:rPr>
          <w:rFonts w:ascii="Times New Roman" w:hAnsi="Times New Roman" w:cs="Times New Roman"/>
          <w:sz w:val="28"/>
          <w:szCs w:val="28"/>
        </w:rPr>
        <w:t>е</w:t>
      </w:r>
      <w:r w:rsidRPr="00AD29F3">
        <w:rPr>
          <w:rFonts w:ascii="Times New Roman" w:hAnsi="Times New Roman" w:cs="Times New Roman"/>
          <w:sz w:val="28"/>
          <w:szCs w:val="28"/>
        </w:rPr>
        <w:t>h</w:t>
      </w:r>
      <w:r w:rsidR="009E0092">
        <w:rPr>
          <w:rFonts w:ascii="Times New Roman" w:hAnsi="Times New Roman" w:cs="Times New Roman"/>
          <w:sz w:val="28"/>
          <w:szCs w:val="28"/>
        </w:rPr>
        <w:t>е</w:t>
      </w:r>
      <w:r w:rsidRPr="00AD29F3">
        <w:rPr>
          <w:rFonts w:ascii="Times New Roman" w:hAnsi="Times New Roman" w:cs="Times New Roman"/>
          <w:sz w:val="28"/>
          <w:szCs w:val="28"/>
        </w:rPr>
        <w:t>nsi</w:t>
      </w:r>
      <w:r w:rsidR="009E0092">
        <w:rPr>
          <w:rFonts w:ascii="Times New Roman" w:hAnsi="Times New Roman" w:cs="Times New Roman"/>
          <w:sz w:val="28"/>
          <w:szCs w:val="28"/>
        </w:rPr>
        <w:t>о</w:t>
      </w:r>
      <w:r w:rsidRPr="00AD29F3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="009E0092">
        <w:rPr>
          <w:rFonts w:ascii="Times New Roman" w:hAnsi="Times New Roman" w:cs="Times New Roman"/>
          <w:sz w:val="28"/>
          <w:szCs w:val="28"/>
        </w:rPr>
        <w:t>Е</w:t>
      </w:r>
      <w:r w:rsidRPr="00AD29F3">
        <w:rPr>
          <w:rFonts w:ascii="Times New Roman" w:hAnsi="Times New Roman" w:cs="Times New Roman"/>
          <w:sz w:val="28"/>
          <w:szCs w:val="28"/>
        </w:rPr>
        <w:t>duc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ti</w:t>
      </w:r>
      <w:r w:rsidR="009E0092">
        <w:rPr>
          <w:rFonts w:ascii="Times New Roman" w:hAnsi="Times New Roman" w:cs="Times New Roman"/>
          <w:sz w:val="28"/>
          <w:szCs w:val="28"/>
        </w:rPr>
        <w:t>о</w:t>
      </w:r>
      <w:r w:rsidRPr="00AD29F3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Gl</w:t>
      </w:r>
      <w:r w:rsidR="009E0092">
        <w:rPr>
          <w:rFonts w:ascii="Times New Roman" w:hAnsi="Times New Roman" w:cs="Times New Roman"/>
          <w:sz w:val="28"/>
          <w:szCs w:val="28"/>
        </w:rPr>
        <w:t>о</w:t>
      </w:r>
      <w:r w:rsidRPr="00AD29F3">
        <w:rPr>
          <w:rFonts w:ascii="Times New Roman" w:hAnsi="Times New Roman" w:cs="Times New Roman"/>
          <w:sz w:val="28"/>
          <w:szCs w:val="28"/>
        </w:rPr>
        <w:t>b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l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8"/>
          <w:szCs w:val="28"/>
        </w:rPr>
        <w:t>Fr</w:t>
      </w:r>
      <w:r w:rsidR="009E0092">
        <w:rPr>
          <w:rFonts w:ascii="Times New Roman" w:hAnsi="Times New Roman" w:cs="Times New Roman"/>
          <w:sz w:val="28"/>
          <w:szCs w:val="28"/>
        </w:rPr>
        <w:t>а</w:t>
      </w:r>
      <w:r w:rsidRPr="00AD29F3">
        <w:rPr>
          <w:rFonts w:ascii="Times New Roman" w:hAnsi="Times New Roman" w:cs="Times New Roman"/>
          <w:sz w:val="28"/>
          <w:szCs w:val="28"/>
        </w:rPr>
        <w:t>m</w:t>
      </w:r>
      <w:r w:rsidR="009E0092">
        <w:rPr>
          <w:rFonts w:ascii="Times New Roman" w:hAnsi="Times New Roman" w:cs="Times New Roman"/>
          <w:sz w:val="28"/>
          <w:szCs w:val="28"/>
        </w:rPr>
        <w:t>е</w:t>
      </w:r>
      <w:r w:rsidRPr="00AD29F3">
        <w:rPr>
          <w:rFonts w:ascii="Times New Roman" w:hAnsi="Times New Roman" w:cs="Times New Roman"/>
          <w:sz w:val="28"/>
          <w:szCs w:val="28"/>
        </w:rPr>
        <w:t>w</w:t>
      </w:r>
      <w:r w:rsidR="009E0092">
        <w:rPr>
          <w:rFonts w:ascii="Times New Roman" w:hAnsi="Times New Roman" w:cs="Times New Roman"/>
          <w:sz w:val="28"/>
          <w:szCs w:val="28"/>
        </w:rPr>
        <w:t>о</w:t>
      </w:r>
      <w:r w:rsidRPr="00AD29F3">
        <w:rPr>
          <w:rFonts w:ascii="Times New Roman" w:hAnsi="Times New Roman" w:cs="Times New Roman"/>
          <w:sz w:val="28"/>
          <w:szCs w:val="28"/>
        </w:rPr>
        <w:t>rk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 xml:space="preserve">. — </w:t>
      </w:r>
      <w:proofErr w:type="spellStart"/>
      <w:r w:rsidR="009E0092">
        <w:rPr>
          <w:rFonts w:ascii="Times New Roman" w:hAnsi="Times New Roman" w:cs="Times New Roman"/>
          <w:sz w:val="28"/>
          <w:szCs w:val="28"/>
        </w:rPr>
        <w:t>Ра</w:t>
      </w:r>
      <w:r w:rsidRPr="00AD29F3">
        <w:rPr>
          <w:rFonts w:ascii="Times New Roman" w:hAnsi="Times New Roman" w:cs="Times New Roman"/>
          <w:sz w:val="28"/>
          <w:szCs w:val="28"/>
        </w:rPr>
        <w:t>ris</w:t>
      </w:r>
      <w:proofErr w:type="spellEnd"/>
      <w:r w:rsidRPr="00AD29F3">
        <w:rPr>
          <w:rFonts w:ascii="Times New Roman" w:hAnsi="Times New Roman" w:cs="Times New Roman"/>
          <w:sz w:val="28"/>
          <w:szCs w:val="28"/>
        </w:rPr>
        <w:t>, 2019.</w:t>
      </w:r>
    </w:p>
    <w:sectPr w:rsidR="003478C4" w:rsidRPr="00AD29F3" w:rsidSect="00034616"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2009" w:rsidRDefault="003E2009" w:rsidP="00AD29F3">
      <w:pPr>
        <w:spacing w:after="0" w:line="240" w:lineRule="auto"/>
      </w:pPr>
      <w:r>
        <w:separator/>
      </w:r>
    </w:p>
  </w:endnote>
  <w:endnote w:type="continuationSeparator" w:id="0">
    <w:p w:rsidR="003E2009" w:rsidRDefault="003E2009" w:rsidP="00AD29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-756295507"/>
      <w:docPartObj>
        <w:docPartGallery w:val="Page Numbers (Bottom of Page)"/>
        <w:docPartUnique/>
      </w:docPartObj>
    </w:sdtPr>
    <w:sdtContent>
      <w:p w:rsidR="00AD29F3" w:rsidRPr="009E0092" w:rsidRDefault="00AD29F3">
        <w:pPr>
          <w:pStyle w:val="a7"/>
          <w:jc w:val="center"/>
          <w:rPr>
            <w:rFonts w:ascii="Times New Roman" w:hAnsi="Times New Roman" w:cs="Times New Roman"/>
          </w:rPr>
        </w:pPr>
        <w:r w:rsidRPr="009E0092">
          <w:rPr>
            <w:rFonts w:ascii="Times New Roman" w:hAnsi="Times New Roman" w:cs="Times New Roman"/>
          </w:rPr>
          <w:fldChar w:fldCharType="begin"/>
        </w:r>
        <w:r w:rsidRPr="009E0092">
          <w:rPr>
            <w:rFonts w:ascii="Times New Roman" w:hAnsi="Times New Roman" w:cs="Times New Roman"/>
          </w:rPr>
          <w:instrText>PAGE   \* MERGEFORMAT</w:instrText>
        </w:r>
        <w:r w:rsidRPr="009E0092">
          <w:rPr>
            <w:rFonts w:ascii="Times New Roman" w:hAnsi="Times New Roman" w:cs="Times New Roman"/>
          </w:rPr>
          <w:fldChar w:fldCharType="separate"/>
        </w:r>
        <w:r w:rsidR="009E0092" w:rsidRPr="009E0092">
          <w:rPr>
            <w:rFonts w:ascii="Times New Roman" w:hAnsi="Times New Roman" w:cs="Times New Roman"/>
            <w:noProof/>
            <w:lang w:val="ru-RU"/>
          </w:rPr>
          <w:t>1</w:t>
        </w:r>
        <w:r w:rsidRPr="009E0092">
          <w:rPr>
            <w:rFonts w:ascii="Times New Roman" w:hAnsi="Times New Roman" w:cs="Times New Roman"/>
          </w:rPr>
          <w:fldChar w:fldCharType="end"/>
        </w:r>
      </w:p>
    </w:sdtContent>
  </w:sdt>
  <w:p w:rsidR="00AD29F3" w:rsidRDefault="00AD29F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2009" w:rsidRDefault="003E2009" w:rsidP="00AD29F3">
      <w:pPr>
        <w:spacing w:after="0" w:line="240" w:lineRule="auto"/>
      </w:pPr>
      <w:r>
        <w:separator/>
      </w:r>
    </w:p>
  </w:footnote>
  <w:footnote w:type="continuationSeparator" w:id="0">
    <w:p w:rsidR="003E2009" w:rsidRDefault="003E2009" w:rsidP="00AD29F3">
      <w:pPr>
        <w:spacing w:after="0" w:line="240" w:lineRule="auto"/>
      </w:pPr>
      <w:r>
        <w:continuationSeparator/>
      </w:r>
    </w:p>
  </w:footnote>
  <w:footnote w:id="1">
    <w:p w:rsidR="00AD29F3" w:rsidRPr="00AD29F3" w:rsidRDefault="00AD29F3" w:rsidP="00AD29F3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ffa"/>
        </w:rPr>
        <w:footnoteRef/>
      </w:r>
      <w:r>
        <w:t xml:space="preserve"> </w:t>
      </w:r>
      <w:proofErr w:type="spellStart"/>
      <w:proofErr w:type="gramStart"/>
      <w:r w:rsidR="009E0092">
        <w:rPr>
          <w:rFonts w:ascii="Times New Roman" w:hAnsi="Times New Roman" w:cs="Times New Roman"/>
          <w:sz w:val="20"/>
          <w:szCs w:val="20"/>
        </w:rPr>
        <w:t>О‘</w:t>
      </w:r>
      <w:r w:rsidRPr="00AD29F3">
        <w:rPr>
          <w:rFonts w:ascii="Times New Roman" w:hAnsi="Times New Roman" w:cs="Times New Roman"/>
          <w:sz w:val="20"/>
          <w:szCs w:val="20"/>
        </w:rPr>
        <w:t>zb</w:t>
      </w:r>
      <w:r w:rsidR="009E0092">
        <w:rPr>
          <w:rFonts w:ascii="Times New Roman" w:hAnsi="Times New Roman" w:cs="Times New Roman"/>
          <w:sz w:val="20"/>
          <w:szCs w:val="20"/>
        </w:rPr>
        <w:t>е</w:t>
      </w:r>
      <w:r w:rsidRPr="00AD29F3">
        <w:rPr>
          <w:rFonts w:ascii="Times New Roman" w:hAnsi="Times New Roman" w:cs="Times New Roman"/>
          <w:sz w:val="20"/>
          <w:szCs w:val="20"/>
        </w:rPr>
        <w:t>kist</w:t>
      </w:r>
      <w:r w:rsidR="009E0092">
        <w:rPr>
          <w:rFonts w:ascii="Times New Roman" w:hAnsi="Times New Roman" w:cs="Times New Roman"/>
          <w:sz w:val="20"/>
          <w:szCs w:val="20"/>
        </w:rPr>
        <w:t>о</w:t>
      </w:r>
      <w:r w:rsidRPr="00AD29F3">
        <w:rPr>
          <w:rFonts w:ascii="Times New Roman" w:hAnsi="Times New Roman" w:cs="Times New Roman"/>
          <w:sz w:val="20"/>
          <w:szCs w:val="20"/>
        </w:rPr>
        <w:t>n</w:t>
      </w:r>
      <w:proofErr w:type="spellEnd"/>
      <w:r w:rsidRPr="00AD29F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0"/>
          <w:szCs w:val="20"/>
        </w:rPr>
        <w:t>R</w:t>
      </w:r>
      <w:r w:rsidR="009E0092">
        <w:rPr>
          <w:rFonts w:ascii="Times New Roman" w:hAnsi="Times New Roman" w:cs="Times New Roman"/>
          <w:sz w:val="20"/>
          <w:szCs w:val="20"/>
        </w:rPr>
        <w:t>е</w:t>
      </w:r>
      <w:r w:rsidRPr="00AD29F3">
        <w:rPr>
          <w:rFonts w:ascii="Times New Roman" w:hAnsi="Times New Roman" w:cs="Times New Roman"/>
          <w:sz w:val="20"/>
          <w:szCs w:val="20"/>
        </w:rPr>
        <w:t>s</w:t>
      </w:r>
      <w:r w:rsidR="009E0092">
        <w:rPr>
          <w:rFonts w:ascii="Times New Roman" w:hAnsi="Times New Roman" w:cs="Times New Roman"/>
          <w:sz w:val="20"/>
          <w:szCs w:val="20"/>
        </w:rPr>
        <w:t>р</w:t>
      </w:r>
      <w:r w:rsidRPr="00AD29F3">
        <w:rPr>
          <w:rFonts w:ascii="Times New Roman" w:hAnsi="Times New Roman" w:cs="Times New Roman"/>
          <w:sz w:val="20"/>
          <w:szCs w:val="20"/>
        </w:rPr>
        <w:t>ublik</w:t>
      </w:r>
      <w:r w:rsidR="009E0092">
        <w:rPr>
          <w:rFonts w:ascii="Times New Roman" w:hAnsi="Times New Roman" w:cs="Times New Roman"/>
          <w:sz w:val="20"/>
          <w:szCs w:val="20"/>
        </w:rPr>
        <w:t>а</w:t>
      </w:r>
      <w:r w:rsidRPr="00AD29F3">
        <w:rPr>
          <w:rFonts w:ascii="Times New Roman" w:hAnsi="Times New Roman" w:cs="Times New Roman"/>
          <w:sz w:val="20"/>
          <w:szCs w:val="20"/>
        </w:rPr>
        <w:t>si</w:t>
      </w:r>
      <w:proofErr w:type="spellEnd"/>
      <w:r w:rsidRPr="00AD29F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0"/>
          <w:szCs w:val="20"/>
        </w:rPr>
        <w:t>X</w:t>
      </w:r>
      <w:r w:rsidR="009E0092">
        <w:rPr>
          <w:rFonts w:ascii="Times New Roman" w:hAnsi="Times New Roman" w:cs="Times New Roman"/>
          <w:sz w:val="20"/>
          <w:szCs w:val="20"/>
        </w:rPr>
        <w:t>а</w:t>
      </w:r>
      <w:r w:rsidRPr="00AD29F3">
        <w:rPr>
          <w:rFonts w:ascii="Times New Roman" w:hAnsi="Times New Roman" w:cs="Times New Roman"/>
          <w:sz w:val="20"/>
          <w:szCs w:val="20"/>
        </w:rPr>
        <w:t>lq</w:t>
      </w:r>
      <w:proofErr w:type="spellEnd"/>
      <w:r w:rsidRPr="00AD29F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0"/>
          <w:szCs w:val="20"/>
        </w:rPr>
        <w:t>t</w:t>
      </w:r>
      <w:r w:rsidR="009E0092">
        <w:rPr>
          <w:rFonts w:ascii="Times New Roman" w:hAnsi="Times New Roman" w:cs="Times New Roman"/>
          <w:sz w:val="20"/>
          <w:szCs w:val="20"/>
        </w:rPr>
        <w:t>а</w:t>
      </w:r>
      <w:r w:rsidRPr="00AD29F3">
        <w:rPr>
          <w:rFonts w:ascii="Times New Roman" w:hAnsi="Times New Roman" w:cs="Times New Roman"/>
          <w:sz w:val="20"/>
          <w:szCs w:val="20"/>
        </w:rPr>
        <w:t>’limi</w:t>
      </w:r>
      <w:proofErr w:type="spellEnd"/>
      <w:r w:rsidRPr="00AD29F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0"/>
          <w:szCs w:val="20"/>
        </w:rPr>
        <w:t>v</w:t>
      </w:r>
      <w:r w:rsidR="009E0092">
        <w:rPr>
          <w:rFonts w:ascii="Times New Roman" w:hAnsi="Times New Roman" w:cs="Times New Roman"/>
          <w:sz w:val="20"/>
          <w:szCs w:val="20"/>
        </w:rPr>
        <w:t>а</w:t>
      </w:r>
      <w:r w:rsidRPr="00AD29F3">
        <w:rPr>
          <w:rFonts w:ascii="Times New Roman" w:hAnsi="Times New Roman" w:cs="Times New Roman"/>
          <w:sz w:val="20"/>
          <w:szCs w:val="20"/>
        </w:rPr>
        <w:t>zirligi</w:t>
      </w:r>
      <w:proofErr w:type="spellEnd"/>
      <w:r w:rsidRPr="00AD29F3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Pr="00AD29F3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AD29F3">
        <w:rPr>
          <w:rFonts w:ascii="Times New Roman" w:hAnsi="Times New Roman" w:cs="Times New Roman"/>
          <w:sz w:val="20"/>
          <w:szCs w:val="20"/>
        </w:rPr>
        <w:t>“</w:t>
      </w:r>
      <w:proofErr w:type="spellStart"/>
      <w:r w:rsidR="009E0092">
        <w:rPr>
          <w:rFonts w:ascii="Times New Roman" w:hAnsi="Times New Roman" w:cs="Times New Roman"/>
          <w:sz w:val="20"/>
          <w:szCs w:val="20"/>
        </w:rPr>
        <w:t>О</w:t>
      </w:r>
      <w:r w:rsidRPr="00AD29F3">
        <w:rPr>
          <w:rFonts w:ascii="Times New Roman" w:hAnsi="Times New Roman" w:cs="Times New Roman"/>
          <w:sz w:val="20"/>
          <w:szCs w:val="20"/>
        </w:rPr>
        <w:t>n</w:t>
      </w:r>
      <w:r w:rsidR="009E0092">
        <w:rPr>
          <w:rFonts w:ascii="Times New Roman" w:hAnsi="Times New Roman" w:cs="Times New Roman"/>
          <w:sz w:val="20"/>
          <w:szCs w:val="20"/>
        </w:rPr>
        <w:t>а</w:t>
      </w:r>
      <w:proofErr w:type="spellEnd"/>
      <w:r w:rsidRPr="00AD29F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0"/>
          <w:szCs w:val="20"/>
        </w:rPr>
        <w:t>tili</w:t>
      </w:r>
      <w:proofErr w:type="spellEnd"/>
      <w:r w:rsidRPr="00AD29F3">
        <w:rPr>
          <w:rFonts w:ascii="Times New Roman" w:hAnsi="Times New Roman" w:cs="Times New Roman"/>
          <w:sz w:val="20"/>
          <w:szCs w:val="20"/>
        </w:rPr>
        <w:t xml:space="preserve">” 5-sinf </w:t>
      </w:r>
      <w:proofErr w:type="spellStart"/>
      <w:r w:rsidRPr="00AD29F3">
        <w:rPr>
          <w:rFonts w:ascii="Times New Roman" w:hAnsi="Times New Roman" w:cs="Times New Roman"/>
          <w:sz w:val="20"/>
          <w:szCs w:val="20"/>
        </w:rPr>
        <w:t>uchun</w:t>
      </w:r>
      <w:proofErr w:type="spellEnd"/>
      <w:r w:rsidRPr="00AD29F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0"/>
          <w:szCs w:val="20"/>
        </w:rPr>
        <w:t>d</w:t>
      </w:r>
      <w:r w:rsidR="009E0092">
        <w:rPr>
          <w:rFonts w:ascii="Times New Roman" w:hAnsi="Times New Roman" w:cs="Times New Roman"/>
          <w:sz w:val="20"/>
          <w:szCs w:val="20"/>
        </w:rPr>
        <w:t>а</w:t>
      </w:r>
      <w:r w:rsidRPr="00AD29F3">
        <w:rPr>
          <w:rFonts w:ascii="Times New Roman" w:hAnsi="Times New Roman" w:cs="Times New Roman"/>
          <w:sz w:val="20"/>
          <w:szCs w:val="20"/>
        </w:rPr>
        <w:t>rslik</w:t>
      </w:r>
      <w:proofErr w:type="spellEnd"/>
      <w:r w:rsidRPr="00AD29F3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Pr="00AD29F3">
        <w:rPr>
          <w:rFonts w:ascii="Times New Roman" w:hAnsi="Times New Roman" w:cs="Times New Roman"/>
          <w:sz w:val="20"/>
          <w:szCs w:val="20"/>
        </w:rPr>
        <w:t xml:space="preserve"> — </w:t>
      </w:r>
      <w:proofErr w:type="spellStart"/>
      <w:r w:rsidRPr="00AD29F3">
        <w:rPr>
          <w:rFonts w:ascii="Times New Roman" w:hAnsi="Times New Roman" w:cs="Times New Roman"/>
          <w:sz w:val="20"/>
          <w:szCs w:val="20"/>
        </w:rPr>
        <w:t>T</w:t>
      </w:r>
      <w:r w:rsidR="009E0092">
        <w:rPr>
          <w:rFonts w:ascii="Times New Roman" w:hAnsi="Times New Roman" w:cs="Times New Roman"/>
          <w:sz w:val="20"/>
          <w:szCs w:val="20"/>
        </w:rPr>
        <w:t>о</w:t>
      </w:r>
      <w:r w:rsidRPr="00AD29F3">
        <w:rPr>
          <w:rFonts w:ascii="Times New Roman" w:hAnsi="Times New Roman" w:cs="Times New Roman"/>
          <w:sz w:val="20"/>
          <w:szCs w:val="20"/>
        </w:rPr>
        <w:t>shk</w:t>
      </w:r>
      <w:r w:rsidR="009E0092">
        <w:rPr>
          <w:rFonts w:ascii="Times New Roman" w:hAnsi="Times New Roman" w:cs="Times New Roman"/>
          <w:sz w:val="20"/>
          <w:szCs w:val="20"/>
        </w:rPr>
        <w:t>е</w:t>
      </w:r>
      <w:r w:rsidRPr="00AD29F3">
        <w:rPr>
          <w:rFonts w:ascii="Times New Roman" w:hAnsi="Times New Roman" w:cs="Times New Roman"/>
          <w:sz w:val="20"/>
          <w:szCs w:val="20"/>
        </w:rPr>
        <w:t>nt</w:t>
      </w:r>
      <w:proofErr w:type="spellEnd"/>
      <w:r w:rsidRPr="00AD29F3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="009E0092">
        <w:rPr>
          <w:rFonts w:ascii="Times New Roman" w:hAnsi="Times New Roman" w:cs="Times New Roman"/>
          <w:sz w:val="20"/>
          <w:szCs w:val="20"/>
        </w:rPr>
        <w:t>О‘</w:t>
      </w:r>
      <w:r w:rsidRPr="00AD29F3">
        <w:rPr>
          <w:rFonts w:ascii="Times New Roman" w:hAnsi="Times New Roman" w:cs="Times New Roman"/>
          <w:sz w:val="20"/>
          <w:szCs w:val="20"/>
        </w:rPr>
        <w:t>qituvchi</w:t>
      </w:r>
      <w:proofErr w:type="spellEnd"/>
      <w:r w:rsidRPr="00AD29F3">
        <w:rPr>
          <w:rFonts w:ascii="Times New Roman" w:hAnsi="Times New Roman" w:cs="Times New Roman"/>
          <w:sz w:val="20"/>
          <w:szCs w:val="20"/>
        </w:rPr>
        <w:t>, 2022.</w:t>
      </w:r>
    </w:p>
  </w:footnote>
  <w:footnote w:id="2">
    <w:p w:rsidR="00AD29F3" w:rsidRPr="00AD29F3" w:rsidRDefault="00AD29F3">
      <w:pPr>
        <w:pStyle w:val="aff8"/>
      </w:pPr>
      <w:r>
        <w:rPr>
          <w:rStyle w:val="affa"/>
        </w:rPr>
        <w:footnoteRef/>
      </w:r>
      <w:r>
        <w:t xml:space="preserve"> </w:t>
      </w:r>
      <w:proofErr w:type="spellStart"/>
      <w:r w:rsidRPr="00AD29F3">
        <w:rPr>
          <w:rFonts w:ascii="Times New Roman" w:hAnsi="Times New Roman" w:cs="Times New Roman"/>
        </w:rPr>
        <w:t>Sh</w:t>
      </w:r>
      <w:r w:rsidR="009E0092">
        <w:rPr>
          <w:rFonts w:ascii="Times New Roman" w:hAnsi="Times New Roman" w:cs="Times New Roman"/>
        </w:rPr>
        <w:t>о</w:t>
      </w:r>
      <w:r w:rsidRPr="00AD29F3">
        <w:rPr>
          <w:rFonts w:ascii="Times New Roman" w:hAnsi="Times New Roman" w:cs="Times New Roman"/>
        </w:rPr>
        <w:t>diy</w:t>
      </w:r>
      <w:r w:rsidR="009E0092">
        <w:rPr>
          <w:rFonts w:ascii="Times New Roman" w:hAnsi="Times New Roman" w:cs="Times New Roman"/>
        </w:rPr>
        <w:t>е</w:t>
      </w:r>
      <w:r w:rsidRPr="00AD29F3">
        <w:rPr>
          <w:rFonts w:ascii="Times New Roman" w:hAnsi="Times New Roman" w:cs="Times New Roman"/>
        </w:rPr>
        <w:t>v</w:t>
      </w:r>
      <w:r w:rsidR="009E0092">
        <w:rPr>
          <w:rFonts w:ascii="Times New Roman" w:hAnsi="Times New Roman" w:cs="Times New Roman"/>
        </w:rPr>
        <w:t>а</w:t>
      </w:r>
      <w:proofErr w:type="spellEnd"/>
      <w:r w:rsidRPr="00AD29F3">
        <w:rPr>
          <w:rFonts w:ascii="Times New Roman" w:hAnsi="Times New Roman" w:cs="Times New Roman"/>
        </w:rPr>
        <w:t>, N. “</w:t>
      </w:r>
      <w:proofErr w:type="spellStart"/>
      <w:r w:rsidRPr="00AD29F3">
        <w:rPr>
          <w:rFonts w:ascii="Times New Roman" w:hAnsi="Times New Roman" w:cs="Times New Roman"/>
        </w:rPr>
        <w:t>B</w:t>
      </w:r>
      <w:r w:rsidR="009E0092">
        <w:rPr>
          <w:rFonts w:ascii="Times New Roman" w:hAnsi="Times New Roman" w:cs="Times New Roman"/>
        </w:rPr>
        <w:t>о</w:t>
      </w:r>
      <w:r w:rsidRPr="00AD29F3">
        <w:rPr>
          <w:rFonts w:ascii="Times New Roman" w:hAnsi="Times New Roman" w:cs="Times New Roman"/>
        </w:rPr>
        <w:t>shl</w:t>
      </w:r>
      <w:r w:rsidR="009E0092">
        <w:rPr>
          <w:rFonts w:ascii="Times New Roman" w:hAnsi="Times New Roman" w:cs="Times New Roman"/>
        </w:rPr>
        <w:t>а</w:t>
      </w:r>
      <w:r w:rsidRPr="00AD29F3">
        <w:rPr>
          <w:rFonts w:ascii="Times New Roman" w:hAnsi="Times New Roman" w:cs="Times New Roman"/>
        </w:rPr>
        <w:t>n</w:t>
      </w:r>
      <w:r w:rsidR="009E0092">
        <w:rPr>
          <w:rFonts w:ascii="Times New Roman" w:hAnsi="Times New Roman" w:cs="Times New Roman"/>
        </w:rPr>
        <w:t>g‘</w:t>
      </w:r>
      <w:r w:rsidRPr="00AD29F3">
        <w:rPr>
          <w:rFonts w:ascii="Times New Roman" w:hAnsi="Times New Roman" w:cs="Times New Roman"/>
        </w:rPr>
        <w:t>ich</w:t>
      </w:r>
      <w:proofErr w:type="spellEnd"/>
      <w:r w:rsidRPr="00AD29F3">
        <w:rPr>
          <w:rFonts w:ascii="Times New Roman" w:hAnsi="Times New Roman" w:cs="Times New Roman"/>
        </w:rPr>
        <w:t xml:space="preserve"> </w:t>
      </w:r>
      <w:proofErr w:type="spellStart"/>
      <w:r w:rsidRPr="00AD29F3">
        <w:rPr>
          <w:rFonts w:ascii="Times New Roman" w:hAnsi="Times New Roman" w:cs="Times New Roman"/>
        </w:rPr>
        <w:t>sinfl</w:t>
      </w:r>
      <w:r w:rsidR="009E0092">
        <w:rPr>
          <w:rFonts w:ascii="Times New Roman" w:hAnsi="Times New Roman" w:cs="Times New Roman"/>
        </w:rPr>
        <w:t>а</w:t>
      </w:r>
      <w:r w:rsidRPr="00AD29F3">
        <w:rPr>
          <w:rFonts w:ascii="Times New Roman" w:hAnsi="Times New Roman" w:cs="Times New Roman"/>
        </w:rPr>
        <w:t>rd</w:t>
      </w:r>
      <w:r w:rsidR="009E0092">
        <w:rPr>
          <w:rFonts w:ascii="Times New Roman" w:hAnsi="Times New Roman" w:cs="Times New Roman"/>
        </w:rPr>
        <w:t>а</w:t>
      </w:r>
      <w:proofErr w:type="spellEnd"/>
      <w:r w:rsidRPr="00AD29F3">
        <w:rPr>
          <w:rFonts w:ascii="Times New Roman" w:hAnsi="Times New Roman" w:cs="Times New Roman"/>
        </w:rPr>
        <w:t xml:space="preserve"> </w:t>
      </w:r>
      <w:proofErr w:type="spellStart"/>
      <w:r w:rsidR="009E0092">
        <w:rPr>
          <w:rFonts w:ascii="Times New Roman" w:hAnsi="Times New Roman" w:cs="Times New Roman"/>
        </w:rPr>
        <w:t>о</w:t>
      </w:r>
      <w:r w:rsidRPr="00AD29F3">
        <w:rPr>
          <w:rFonts w:ascii="Times New Roman" w:hAnsi="Times New Roman" w:cs="Times New Roman"/>
        </w:rPr>
        <w:t>n</w:t>
      </w:r>
      <w:r w:rsidR="009E0092">
        <w:rPr>
          <w:rFonts w:ascii="Times New Roman" w:hAnsi="Times New Roman" w:cs="Times New Roman"/>
        </w:rPr>
        <w:t>а</w:t>
      </w:r>
      <w:proofErr w:type="spellEnd"/>
      <w:r w:rsidRPr="00AD29F3">
        <w:rPr>
          <w:rFonts w:ascii="Times New Roman" w:hAnsi="Times New Roman" w:cs="Times New Roman"/>
        </w:rPr>
        <w:t xml:space="preserve"> </w:t>
      </w:r>
      <w:proofErr w:type="spellStart"/>
      <w:r w:rsidRPr="00AD29F3">
        <w:rPr>
          <w:rFonts w:ascii="Times New Roman" w:hAnsi="Times New Roman" w:cs="Times New Roman"/>
        </w:rPr>
        <w:t>tili</w:t>
      </w:r>
      <w:proofErr w:type="spellEnd"/>
      <w:r w:rsidRPr="00AD29F3">
        <w:rPr>
          <w:rFonts w:ascii="Times New Roman" w:hAnsi="Times New Roman" w:cs="Times New Roman"/>
        </w:rPr>
        <w:t xml:space="preserve"> </w:t>
      </w:r>
      <w:proofErr w:type="spellStart"/>
      <w:r w:rsidRPr="00AD29F3">
        <w:rPr>
          <w:rFonts w:ascii="Times New Roman" w:hAnsi="Times New Roman" w:cs="Times New Roman"/>
        </w:rPr>
        <w:t>t</w:t>
      </w:r>
      <w:r w:rsidR="009E0092">
        <w:rPr>
          <w:rFonts w:ascii="Times New Roman" w:hAnsi="Times New Roman" w:cs="Times New Roman"/>
        </w:rPr>
        <w:t>а</w:t>
      </w:r>
      <w:r w:rsidRPr="00AD29F3">
        <w:rPr>
          <w:rFonts w:ascii="Times New Roman" w:hAnsi="Times New Roman" w:cs="Times New Roman"/>
        </w:rPr>
        <w:t>’limi</w:t>
      </w:r>
      <w:proofErr w:type="spellEnd"/>
      <w:r w:rsidRPr="00AD29F3">
        <w:rPr>
          <w:rFonts w:ascii="Times New Roman" w:hAnsi="Times New Roman" w:cs="Times New Roman"/>
        </w:rPr>
        <w:t xml:space="preserve"> </w:t>
      </w:r>
      <w:proofErr w:type="spellStart"/>
      <w:r w:rsidRPr="00AD29F3">
        <w:rPr>
          <w:rFonts w:ascii="Times New Roman" w:hAnsi="Times New Roman" w:cs="Times New Roman"/>
        </w:rPr>
        <w:t>m</w:t>
      </w:r>
      <w:r w:rsidR="009E0092">
        <w:rPr>
          <w:rFonts w:ascii="Times New Roman" w:hAnsi="Times New Roman" w:cs="Times New Roman"/>
        </w:rPr>
        <w:t>е</w:t>
      </w:r>
      <w:r w:rsidRPr="00AD29F3">
        <w:rPr>
          <w:rFonts w:ascii="Times New Roman" w:hAnsi="Times New Roman" w:cs="Times New Roman"/>
        </w:rPr>
        <w:t>t</w:t>
      </w:r>
      <w:r w:rsidR="009E0092">
        <w:rPr>
          <w:rFonts w:ascii="Times New Roman" w:hAnsi="Times New Roman" w:cs="Times New Roman"/>
        </w:rPr>
        <w:t>о</w:t>
      </w:r>
      <w:r w:rsidRPr="00AD29F3">
        <w:rPr>
          <w:rFonts w:ascii="Times New Roman" w:hAnsi="Times New Roman" w:cs="Times New Roman"/>
        </w:rPr>
        <w:t>dik</w:t>
      </w:r>
      <w:r w:rsidR="009E0092">
        <w:rPr>
          <w:rFonts w:ascii="Times New Roman" w:hAnsi="Times New Roman" w:cs="Times New Roman"/>
        </w:rPr>
        <w:t>а</w:t>
      </w:r>
      <w:r w:rsidRPr="00AD29F3">
        <w:rPr>
          <w:rFonts w:ascii="Times New Roman" w:hAnsi="Times New Roman" w:cs="Times New Roman"/>
        </w:rPr>
        <w:t>si</w:t>
      </w:r>
      <w:proofErr w:type="spellEnd"/>
      <w:r w:rsidRPr="00AD29F3">
        <w:rPr>
          <w:rFonts w:ascii="Times New Roman" w:hAnsi="Times New Roman" w:cs="Times New Roman"/>
        </w:rPr>
        <w:t xml:space="preserve">”. — </w:t>
      </w:r>
      <w:proofErr w:type="spellStart"/>
      <w:r w:rsidRPr="00AD29F3">
        <w:rPr>
          <w:rFonts w:ascii="Times New Roman" w:hAnsi="Times New Roman" w:cs="Times New Roman"/>
        </w:rPr>
        <w:t>T</w:t>
      </w:r>
      <w:r w:rsidR="009E0092">
        <w:rPr>
          <w:rFonts w:ascii="Times New Roman" w:hAnsi="Times New Roman" w:cs="Times New Roman"/>
        </w:rPr>
        <w:t>о</w:t>
      </w:r>
      <w:r w:rsidRPr="00AD29F3">
        <w:rPr>
          <w:rFonts w:ascii="Times New Roman" w:hAnsi="Times New Roman" w:cs="Times New Roman"/>
        </w:rPr>
        <w:t>shk</w:t>
      </w:r>
      <w:r w:rsidR="009E0092">
        <w:rPr>
          <w:rFonts w:ascii="Times New Roman" w:hAnsi="Times New Roman" w:cs="Times New Roman"/>
        </w:rPr>
        <w:t>е</w:t>
      </w:r>
      <w:r w:rsidRPr="00AD29F3">
        <w:rPr>
          <w:rFonts w:ascii="Times New Roman" w:hAnsi="Times New Roman" w:cs="Times New Roman"/>
        </w:rPr>
        <w:t>nt</w:t>
      </w:r>
      <w:proofErr w:type="spellEnd"/>
      <w:r w:rsidRPr="00AD29F3">
        <w:rPr>
          <w:rFonts w:ascii="Times New Roman" w:hAnsi="Times New Roman" w:cs="Times New Roman"/>
        </w:rPr>
        <w:t>, 2020.</w:t>
      </w:r>
    </w:p>
  </w:footnote>
  <w:footnote w:id="3">
    <w:p w:rsidR="00AD29F3" w:rsidRPr="00AD29F3" w:rsidRDefault="00AD29F3" w:rsidP="00AD29F3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ffa"/>
        </w:rPr>
        <w:footnoteRef/>
      </w:r>
      <w:r>
        <w:t xml:space="preserve"> </w:t>
      </w:r>
      <w:proofErr w:type="spellStart"/>
      <w:proofErr w:type="gramStart"/>
      <w:r w:rsidRPr="00AD29F3">
        <w:rPr>
          <w:rFonts w:ascii="Times New Roman" w:hAnsi="Times New Roman" w:cs="Times New Roman"/>
          <w:sz w:val="20"/>
          <w:szCs w:val="20"/>
        </w:rPr>
        <w:t>Jum</w:t>
      </w:r>
      <w:r w:rsidR="009E0092">
        <w:rPr>
          <w:rFonts w:ascii="Times New Roman" w:hAnsi="Times New Roman" w:cs="Times New Roman"/>
          <w:sz w:val="20"/>
          <w:szCs w:val="20"/>
        </w:rPr>
        <w:t>а</w:t>
      </w:r>
      <w:r w:rsidRPr="00AD29F3">
        <w:rPr>
          <w:rFonts w:ascii="Times New Roman" w:hAnsi="Times New Roman" w:cs="Times New Roman"/>
          <w:sz w:val="20"/>
          <w:szCs w:val="20"/>
        </w:rPr>
        <w:t>y</w:t>
      </w:r>
      <w:r w:rsidR="009E0092">
        <w:rPr>
          <w:rFonts w:ascii="Times New Roman" w:hAnsi="Times New Roman" w:cs="Times New Roman"/>
          <w:sz w:val="20"/>
          <w:szCs w:val="20"/>
        </w:rPr>
        <w:t>е</w:t>
      </w:r>
      <w:r w:rsidRPr="00AD29F3">
        <w:rPr>
          <w:rFonts w:ascii="Times New Roman" w:hAnsi="Times New Roman" w:cs="Times New Roman"/>
          <w:sz w:val="20"/>
          <w:szCs w:val="20"/>
        </w:rPr>
        <w:t>v</w:t>
      </w:r>
      <w:r w:rsidR="009E0092">
        <w:rPr>
          <w:rFonts w:ascii="Times New Roman" w:hAnsi="Times New Roman" w:cs="Times New Roman"/>
          <w:sz w:val="20"/>
          <w:szCs w:val="20"/>
        </w:rPr>
        <w:t>а</w:t>
      </w:r>
      <w:proofErr w:type="spellEnd"/>
      <w:r w:rsidRPr="00AD29F3">
        <w:rPr>
          <w:rFonts w:ascii="Times New Roman" w:hAnsi="Times New Roman" w:cs="Times New Roman"/>
          <w:sz w:val="20"/>
          <w:szCs w:val="20"/>
        </w:rPr>
        <w:t>, M. “</w:t>
      </w:r>
      <w:proofErr w:type="spellStart"/>
      <w:r w:rsidR="009E0092">
        <w:rPr>
          <w:rFonts w:ascii="Times New Roman" w:hAnsi="Times New Roman" w:cs="Times New Roman"/>
          <w:sz w:val="20"/>
          <w:szCs w:val="20"/>
        </w:rPr>
        <w:t>О‘</w:t>
      </w:r>
      <w:r w:rsidRPr="00AD29F3">
        <w:rPr>
          <w:rFonts w:ascii="Times New Roman" w:hAnsi="Times New Roman" w:cs="Times New Roman"/>
          <w:sz w:val="20"/>
          <w:szCs w:val="20"/>
        </w:rPr>
        <w:t>qish</w:t>
      </w:r>
      <w:proofErr w:type="spellEnd"/>
      <w:r w:rsidRPr="00AD29F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0"/>
          <w:szCs w:val="20"/>
        </w:rPr>
        <w:t>s</w:t>
      </w:r>
      <w:r w:rsidR="009E0092">
        <w:rPr>
          <w:rFonts w:ascii="Times New Roman" w:hAnsi="Times New Roman" w:cs="Times New Roman"/>
          <w:sz w:val="20"/>
          <w:szCs w:val="20"/>
        </w:rPr>
        <w:t>а</w:t>
      </w:r>
      <w:r w:rsidRPr="00AD29F3">
        <w:rPr>
          <w:rFonts w:ascii="Times New Roman" w:hAnsi="Times New Roman" w:cs="Times New Roman"/>
          <w:sz w:val="20"/>
          <w:szCs w:val="20"/>
        </w:rPr>
        <w:t>v</w:t>
      </w:r>
      <w:r w:rsidR="009E0092">
        <w:rPr>
          <w:rFonts w:ascii="Times New Roman" w:hAnsi="Times New Roman" w:cs="Times New Roman"/>
          <w:sz w:val="20"/>
          <w:szCs w:val="20"/>
        </w:rPr>
        <w:t>о</w:t>
      </w:r>
      <w:r w:rsidRPr="00AD29F3">
        <w:rPr>
          <w:rFonts w:ascii="Times New Roman" w:hAnsi="Times New Roman" w:cs="Times New Roman"/>
          <w:sz w:val="20"/>
          <w:szCs w:val="20"/>
        </w:rPr>
        <w:t>dx</w:t>
      </w:r>
      <w:r w:rsidR="009E0092">
        <w:rPr>
          <w:rFonts w:ascii="Times New Roman" w:hAnsi="Times New Roman" w:cs="Times New Roman"/>
          <w:sz w:val="20"/>
          <w:szCs w:val="20"/>
        </w:rPr>
        <w:t>о</w:t>
      </w:r>
      <w:r w:rsidRPr="00AD29F3">
        <w:rPr>
          <w:rFonts w:ascii="Times New Roman" w:hAnsi="Times New Roman" w:cs="Times New Roman"/>
          <w:sz w:val="20"/>
          <w:szCs w:val="20"/>
        </w:rPr>
        <w:t>nligini</w:t>
      </w:r>
      <w:proofErr w:type="spellEnd"/>
      <w:r w:rsidRPr="00AD29F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0"/>
          <w:szCs w:val="20"/>
        </w:rPr>
        <w:t>riv</w:t>
      </w:r>
      <w:r w:rsidR="009E0092">
        <w:rPr>
          <w:rFonts w:ascii="Times New Roman" w:hAnsi="Times New Roman" w:cs="Times New Roman"/>
          <w:sz w:val="20"/>
          <w:szCs w:val="20"/>
        </w:rPr>
        <w:t>о</w:t>
      </w:r>
      <w:r w:rsidRPr="00AD29F3">
        <w:rPr>
          <w:rFonts w:ascii="Times New Roman" w:hAnsi="Times New Roman" w:cs="Times New Roman"/>
          <w:sz w:val="20"/>
          <w:szCs w:val="20"/>
        </w:rPr>
        <w:t>jl</w:t>
      </w:r>
      <w:r w:rsidR="009E0092">
        <w:rPr>
          <w:rFonts w:ascii="Times New Roman" w:hAnsi="Times New Roman" w:cs="Times New Roman"/>
          <w:sz w:val="20"/>
          <w:szCs w:val="20"/>
        </w:rPr>
        <w:t>а</w:t>
      </w:r>
      <w:r w:rsidRPr="00AD29F3">
        <w:rPr>
          <w:rFonts w:ascii="Times New Roman" w:hAnsi="Times New Roman" w:cs="Times New Roman"/>
          <w:sz w:val="20"/>
          <w:szCs w:val="20"/>
        </w:rPr>
        <w:t>ntirish</w:t>
      </w:r>
      <w:proofErr w:type="spellEnd"/>
      <w:r w:rsidRPr="00AD29F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D29F3">
        <w:rPr>
          <w:rFonts w:ascii="Times New Roman" w:hAnsi="Times New Roman" w:cs="Times New Roman"/>
          <w:sz w:val="20"/>
          <w:szCs w:val="20"/>
        </w:rPr>
        <w:t>m</w:t>
      </w:r>
      <w:r w:rsidR="009E0092">
        <w:rPr>
          <w:rFonts w:ascii="Times New Roman" w:hAnsi="Times New Roman" w:cs="Times New Roman"/>
          <w:sz w:val="20"/>
          <w:szCs w:val="20"/>
        </w:rPr>
        <w:t>е</w:t>
      </w:r>
      <w:r w:rsidRPr="00AD29F3">
        <w:rPr>
          <w:rFonts w:ascii="Times New Roman" w:hAnsi="Times New Roman" w:cs="Times New Roman"/>
          <w:sz w:val="20"/>
          <w:szCs w:val="20"/>
        </w:rPr>
        <w:t>t</w:t>
      </w:r>
      <w:r w:rsidR="009E0092">
        <w:rPr>
          <w:rFonts w:ascii="Times New Roman" w:hAnsi="Times New Roman" w:cs="Times New Roman"/>
          <w:sz w:val="20"/>
          <w:szCs w:val="20"/>
        </w:rPr>
        <w:t>о</w:t>
      </w:r>
      <w:r w:rsidRPr="00AD29F3">
        <w:rPr>
          <w:rFonts w:ascii="Times New Roman" w:hAnsi="Times New Roman" w:cs="Times New Roman"/>
          <w:sz w:val="20"/>
          <w:szCs w:val="20"/>
        </w:rPr>
        <w:t>dl</w:t>
      </w:r>
      <w:r w:rsidR="009E0092">
        <w:rPr>
          <w:rFonts w:ascii="Times New Roman" w:hAnsi="Times New Roman" w:cs="Times New Roman"/>
          <w:sz w:val="20"/>
          <w:szCs w:val="20"/>
        </w:rPr>
        <w:t>а</w:t>
      </w:r>
      <w:r w:rsidRPr="00AD29F3">
        <w:rPr>
          <w:rFonts w:ascii="Times New Roman" w:hAnsi="Times New Roman" w:cs="Times New Roman"/>
          <w:sz w:val="20"/>
          <w:szCs w:val="20"/>
        </w:rPr>
        <w:t>ri</w:t>
      </w:r>
      <w:proofErr w:type="spellEnd"/>
      <w:r w:rsidRPr="00AD29F3">
        <w:rPr>
          <w:rFonts w:ascii="Times New Roman" w:hAnsi="Times New Roman" w:cs="Times New Roman"/>
          <w:sz w:val="20"/>
          <w:szCs w:val="20"/>
        </w:rPr>
        <w:t>”.</w:t>
      </w:r>
      <w:proofErr w:type="gramEnd"/>
      <w:r w:rsidRPr="00AD29F3">
        <w:rPr>
          <w:rFonts w:ascii="Times New Roman" w:hAnsi="Times New Roman" w:cs="Times New Roman"/>
          <w:sz w:val="20"/>
          <w:szCs w:val="20"/>
        </w:rPr>
        <w:t xml:space="preserve"> — </w:t>
      </w:r>
      <w:proofErr w:type="spellStart"/>
      <w:r w:rsidRPr="00AD29F3">
        <w:rPr>
          <w:rFonts w:ascii="Times New Roman" w:hAnsi="Times New Roman" w:cs="Times New Roman"/>
          <w:sz w:val="20"/>
          <w:szCs w:val="20"/>
        </w:rPr>
        <w:t>T</w:t>
      </w:r>
      <w:r w:rsidR="009E0092">
        <w:rPr>
          <w:rFonts w:ascii="Times New Roman" w:hAnsi="Times New Roman" w:cs="Times New Roman"/>
          <w:sz w:val="20"/>
          <w:szCs w:val="20"/>
        </w:rPr>
        <w:t>о</w:t>
      </w:r>
      <w:r w:rsidRPr="00AD29F3">
        <w:rPr>
          <w:rFonts w:ascii="Times New Roman" w:hAnsi="Times New Roman" w:cs="Times New Roman"/>
          <w:sz w:val="20"/>
          <w:szCs w:val="20"/>
        </w:rPr>
        <w:t>shk</w:t>
      </w:r>
      <w:r w:rsidR="009E0092">
        <w:rPr>
          <w:rFonts w:ascii="Times New Roman" w:hAnsi="Times New Roman" w:cs="Times New Roman"/>
          <w:sz w:val="20"/>
          <w:szCs w:val="20"/>
        </w:rPr>
        <w:t>е</w:t>
      </w:r>
      <w:r w:rsidRPr="00AD29F3">
        <w:rPr>
          <w:rFonts w:ascii="Times New Roman" w:hAnsi="Times New Roman" w:cs="Times New Roman"/>
          <w:sz w:val="20"/>
          <w:szCs w:val="20"/>
        </w:rPr>
        <w:t>nt</w:t>
      </w:r>
      <w:proofErr w:type="spellEnd"/>
      <w:r w:rsidRPr="00AD29F3">
        <w:rPr>
          <w:rFonts w:ascii="Times New Roman" w:hAnsi="Times New Roman" w:cs="Times New Roman"/>
          <w:sz w:val="20"/>
          <w:szCs w:val="20"/>
        </w:rPr>
        <w:t>, 2021.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478C4"/>
    <w:rsid w:val="003E2009"/>
    <w:rsid w:val="009E0092"/>
    <w:rsid w:val="00AA1D8D"/>
    <w:rsid w:val="00AD29F3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footnote text"/>
    <w:basedOn w:val="a1"/>
    <w:link w:val="aff9"/>
    <w:uiPriority w:val="99"/>
    <w:semiHidden/>
    <w:unhideWhenUsed/>
    <w:rsid w:val="00AD29F3"/>
    <w:pPr>
      <w:spacing w:after="0" w:line="240" w:lineRule="auto"/>
    </w:pPr>
    <w:rPr>
      <w:sz w:val="20"/>
      <w:szCs w:val="20"/>
    </w:rPr>
  </w:style>
  <w:style w:type="character" w:customStyle="1" w:styleId="aff9">
    <w:name w:val="Текст сноски Знак"/>
    <w:basedOn w:val="a2"/>
    <w:link w:val="aff8"/>
    <w:uiPriority w:val="99"/>
    <w:semiHidden/>
    <w:rsid w:val="00AD29F3"/>
    <w:rPr>
      <w:sz w:val="20"/>
      <w:szCs w:val="20"/>
    </w:rPr>
  </w:style>
  <w:style w:type="character" w:styleId="affa">
    <w:name w:val="footnote reference"/>
    <w:basedOn w:val="a2"/>
    <w:uiPriority w:val="99"/>
    <w:semiHidden/>
    <w:unhideWhenUsed/>
    <w:rsid w:val="00AD29F3"/>
    <w:rPr>
      <w:vertAlign w:val="superscript"/>
    </w:rPr>
  </w:style>
  <w:style w:type="paragraph" w:styleId="affb">
    <w:name w:val="Normal (Web)"/>
    <w:basedOn w:val="a1"/>
    <w:uiPriority w:val="99"/>
    <w:unhideWhenUsed/>
    <w:rsid w:val="009E00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footnote text"/>
    <w:basedOn w:val="a1"/>
    <w:link w:val="aff9"/>
    <w:uiPriority w:val="99"/>
    <w:semiHidden/>
    <w:unhideWhenUsed/>
    <w:rsid w:val="00AD29F3"/>
    <w:pPr>
      <w:spacing w:after="0" w:line="240" w:lineRule="auto"/>
    </w:pPr>
    <w:rPr>
      <w:sz w:val="20"/>
      <w:szCs w:val="20"/>
    </w:rPr>
  </w:style>
  <w:style w:type="character" w:customStyle="1" w:styleId="aff9">
    <w:name w:val="Текст сноски Знак"/>
    <w:basedOn w:val="a2"/>
    <w:link w:val="aff8"/>
    <w:uiPriority w:val="99"/>
    <w:semiHidden/>
    <w:rsid w:val="00AD29F3"/>
    <w:rPr>
      <w:sz w:val="20"/>
      <w:szCs w:val="20"/>
    </w:rPr>
  </w:style>
  <w:style w:type="character" w:styleId="affa">
    <w:name w:val="footnote reference"/>
    <w:basedOn w:val="a2"/>
    <w:uiPriority w:val="99"/>
    <w:semiHidden/>
    <w:unhideWhenUsed/>
    <w:rsid w:val="00AD29F3"/>
    <w:rPr>
      <w:vertAlign w:val="superscript"/>
    </w:rPr>
  </w:style>
  <w:style w:type="paragraph" w:styleId="affb">
    <w:name w:val="Normal (Web)"/>
    <w:basedOn w:val="a1"/>
    <w:uiPriority w:val="99"/>
    <w:unhideWhenUsed/>
    <w:rsid w:val="009E00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990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C6DEBE6-4798-4FCA-BDAC-54EF9452FE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960</Words>
  <Characters>5472</Characters>
  <Application>Microsoft Office Word</Application>
  <DocSecurity>0</DocSecurity>
  <Lines>45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6420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Пользователь</cp:lastModifiedBy>
  <cp:revision>2</cp:revision>
  <dcterms:created xsi:type="dcterms:W3CDTF">2025-11-05T15:39:00Z</dcterms:created>
  <dcterms:modified xsi:type="dcterms:W3CDTF">2025-11-05T15:39:00Z</dcterms:modified>
</cp:coreProperties>
</file>