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Xizmat tavsifi: Mustaqil ish tayyorlayman</w:t>
      </w:r>
    </w:p>
    <w:p>
      <w:pPr>
        <w:pStyle w:val="Heading1"/>
      </w:pPr>
      <w:r>
        <w:t>✍️ Xizmat tavsifi</w:t>
      </w:r>
    </w:p>
    <w:p>
      <w:r>
        <w:t>Men oliy ta’lim talabalari uchun mustaqil ishlarni yozib berish va tahrirlash xizmatini taklif qilaman. Mustaqil ish barcha ilmiy va metodik talablarga mos holda, sifatli va o‘z vaqtida tayyorlanadi.</w:t>
        <w:br/>
        <w:br/>
        <w:t>✅ Xizmatim quyidagilarni o‘z ichiga oladi:</w:t>
        <w:br/>
        <w:t>- Mustaqil ish rejasini tuzib berish;</w:t>
        <w:br/>
        <w:t>- Mavzu bo‘yicha ilmiy adabiyotlar va manbalarni izlab topish;</w:t>
        <w:br/>
        <w:t>- Normativ talablar (shrift, interval, havolalar, sahifa raqamlari)ga mos yozish;</w:t>
        <w:br/>
        <w:t>- Plagiatni kamaytirishga yordam berish;</w:t>
        <w:br/>
        <w:t>- 1 marta bepul tahrir qilish imkoniyati.</w:t>
        <w:br/>
        <w:br/>
        <w:t>💰 Narxi: 70 000 so‘mdan boshlab (hajm va murakkablikka qarab)</w:t>
        <w:br/>
        <w:t>⏳ Muddat: 2–4 kun</w:t>
      </w:r>
    </w:p>
    <w:p>
      <w:pPr>
        <w:pStyle w:val="Heading1"/>
      </w:pPr>
      <w:r>
        <w:t>📌 Ishni boshlash uchun kerak bo‘ladigan ma’lumotlar:</w:t>
      </w:r>
    </w:p>
    <w:p>
      <w:r>
        <w:t>- Mustaqil ish mavzusi;</w:t>
        <w:br/>
        <w:t>- Fan va yo‘nalish nomi;</w:t>
        <w:br/>
        <w:t>- Topshiriqning hajmi (necha bet bo‘lishi kerak);</w:t>
        <w:br/>
        <w:t>- Universitetingiz yoki o‘qituvchingiz qo‘ygan talablar (format, shrift, interval, havolalar tartibi va hokazo);</w:t>
        <w:br/>
        <w:t>- Agar kerak bo‘lsa, namunaviy metodik ko‘rsatma yoki topshiriq fayli.</w:t>
      </w:r>
    </w:p>
    <w:p>
      <w:pPr>
        <w:pStyle w:val="Heading1"/>
      </w:pPr>
      <w:r>
        <w:t>📎 Qo‘shimcha fayllar:</w:t>
      </w:r>
    </w:p>
    <w:p>
      <w:r>
        <w:t>Ishni sifatli tayyorlash uchun mijozdan quyidagi fayllarni olish mumkin:</w:t>
        <w:br/>
        <w:t>- Metodik ko‘rsatma (o‘qituvchi bergan talablari bo‘lsa);</w:t>
        <w:br/>
        <w:t>- Namunaviy hujjatlar (avvalgi mustaqil ish, kurs ishi yoki referat namunasi);</w:t>
        <w:br/>
        <w:t>- Ilmiy maqola yoki darslikdan skan (foydalanilishi kerak bo‘lsa);</w:t>
        <w:br/>
        <w:t>- O‘qituvchi tayyorlagan savol-javoblar yoki yo‘riqnomalar;</w:t>
        <w:br/>
        <w:t>- Formatlash talablari (Word shablon, Times New Roman, interval 1.5 va h.k.).</w:t>
      </w:r>
    </w:p>
    <w:p>
      <w:pPr>
        <w:pStyle w:val="Heading1"/>
      </w:pPr>
      <w:r>
        <w:t>🔑 Teglar:</w:t>
      </w:r>
    </w:p>
    <w:p>
      <w:r>
        <w:t>Mustaqil ish, mustaqil ish yozish, mustaqil ish tayyorlash, ilmiy ish, referat, kurs ishi, akademik yozuv, mustaqil ish xizmatlari, mustaqil ish narxlari, mustaqil ishni yozib berish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